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Jack’d Film Festival Spotlights Queer Filmmakers of Colour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filmmakers of colour are being given a new screen through Jack’d Film Festival, a free in-app showcase and competition designed to celebrate stories often pushed to the margins. With cash prizes, audience voting and a high-profile judging panel, the event turns a dating platform into an unexpected cultural venue.</w:t>
      </w:r>
      <w:r/>
    </w:p>
    <w:p>
      <w:pPr>
        <w:pStyle w:val="Heading2"/>
      </w:pPr>
      <w:r>
        <w:t>Essential Takeaways</w:t>
      </w:r>
      <w:r/>
      <w:r/>
    </w:p>
    <w:p>
      <w:pPr>
        <w:pStyle w:val="ListBullet"/>
        <w:spacing w:line="240" w:lineRule="auto"/>
        <w:ind w:left="720"/>
      </w:pPr>
      <w:r/>
      <w:r>
        <w:rPr>
          <w:b/>
        </w:rPr>
        <w:t>New festival:</w:t>
      </w:r>
      <w:r>
        <w:t xml:space="preserve"> Jack’d is launching a film competition centred on queer creators and queer people of colour.</w:t>
      </w:r>
      <w:r/>
    </w:p>
    <w:p>
      <w:pPr>
        <w:pStyle w:val="ListBullet"/>
        <w:spacing w:line="240" w:lineRule="auto"/>
        <w:ind w:left="720"/>
      </w:pPr>
      <w:r/>
      <w:r>
        <w:rPr>
          <w:b/>
        </w:rPr>
        <w:t>Two £8,000 prizes:</w:t>
      </w:r>
      <w:r>
        <w:t xml:space="preserve"> The grand jury and audience choice winners will each receive $10,000.</w:t>
      </w:r>
      <w:r/>
    </w:p>
    <w:p>
      <w:pPr>
        <w:pStyle w:val="ListBullet"/>
        <w:spacing w:line="240" w:lineRule="auto"/>
        <w:ind w:left="720"/>
      </w:pPr>
      <w:r/>
      <w:r>
        <w:rPr>
          <w:b/>
        </w:rPr>
        <w:t>In-app viewing:</w:t>
      </w:r>
      <w:r>
        <w:t xml:space="preserve"> Selected films will stream exclusively through the Jack’d app during the festival window.</w:t>
      </w:r>
      <w:r/>
    </w:p>
    <w:p>
      <w:pPr>
        <w:pStyle w:val="ListBullet"/>
        <w:spacing w:line="240" w:lineRule="auto"/>
        <w:ind w:left="720"/>
      </w:pPr>
      <w:r/>
      <w:r>
        <w:rPr>
          <w:b/>
        </w:rPr>
        <w:t>Audience decides too:</w:t>
      </w:r>
      <w:r>
        <w:t xml:space="preserve"> Members can vote directly for their favourite entry.</w:t>
      </w:r>
      <w:r/>
    </w:p>
    <w:p>
      <w:pPr>
        <w:pStyle w:val="ListBullet"/>
        <w:spacing w:line="240" w:lineRule="auto"/>
        <w:ind w:left="720"/>
      </w:pPr>
      <w:r/>
      <w:r>
        <w:rPr>
          <w:b/>
        </w:rPr>
        <w:t>Free to enter and watch:</w:t>
      </w:r>
      <w:r>
        <w:t xml:space="preserve"> Filmmakers submit online, while viewers need the app to access the programme.</w:t>
      </w:r>
      <w:r/>
      <w:r/>
    </w:p>
    <w:p>
      <w:pPr>
        <w:pStyle w:val="Heading2"/>
      </w:pPr>
      <w:r>
        <w:t>A dating app becomes a film venue</w:t>
      </w:r>
      <w:r/>
    </w:p>
    <w:p>
      <w:r/>
      <w:r>
        <w:t>The most striking thing about Jack’d Film Festival is its setting. Rather than taking over cinemas or relying on a conventional streaming service, the event will live inside a social and dating app used by queer people around the world.</w:t>
      </w:r>
      <w:r/>
    </w:p>
    <w:p>
      <w:r/>
      <w:r>
        <w:t>That gives the festival an unusually direct relationship with its audience. Viewers won’t simply sit back and watch; they’ll also help determine which film receives the audience choice award. It’s a small but meaningful shift in who gets to shape the conversation around queer cinema.</w:t>
      </w:r>
      <w:r/>
    </w:p>
    <w:p>
      <w:r/>
      <w:r>
        <w:t xml:space="preserve">According to Jack’d’s festival announcement, the platform serves millions of users across more than 180 countries. That international footprint could give selected filmmakers access to viewers well beyond the usual festival circuit. </w:t>
      </w:r>
      <w:hyperlink r:id="rId9">
        <w:r>
          <w:rPr>
            <w:color w:val="0000EE"/>
            <w:u w:val="single"/>
          </w:rPr>
          <w:t>[2]</w:t>
        </w:r>
      </w:hyperlink>
      <w:r>
        <w:t xml:space="preserve">, </w:t>
      </w:r>
      <w:hyperlink r:id="rId10">
        <w:r>
          <w:rPr>
            <w:color w:val="0000EE"/>
            <w:u w:val="single"/>
          </w:rPr>
          <w:t>[3]</w:t>
        </w:r>
      </w:hyperlink>
      <w:r/>
    </w:p>
    <w:p>
      <w:pPr>
        <w:pStyle w:val="Heading2"/>
      </w:pPr>
      <w:r>
        <w:t>Stories by queer creators take centre stage</w:t>
      </w:r>
      <w:r/>
    </w:p>
    <w:p>
      <w:r/>
      <w:r>
        <w:t>The competition is particularly focused on films that reflect the experiences, perspectives and lives of queer people of colour. That focus matters because representation isn’t only about putting different faces on screen; it’s also about allowing communities to tell their own stories with texture, humour and complexity.</w:t>
      </w:r>
      <w:r/>
    </w:p>
    <w:p>
      <w:r/>
      <w:r>
        <w:t>Short films and full-length features are eligible, creating room for emerging directors as well as filmmakers with more ambitious projects. The format also feels refreshingly open. A tightly made short can sit beside a longer work without being squeezed into a single idea of what queer cinema should look like.</w:t>
      </w:r>
      <w:r/>
    </w:p>
    <w:p>
      <w:r/>
      <w:r>
        <w:t xml:space="preserve">The festival’s judges include TS Madison, Miss Lawrence, Bobby Ashley, Mike Gauyo and Dyllon Burnside, bringing experience across film, television, performance and LGBTQ+ culture. Their involvement adds visibility, but it also signals that the event wants to treat these films as serious creative work rather than simply promotional content. </w:t>
      </w:r>
      <w:hyperlink r:id="rId9">
        <w:r>
          <w:rPr>
            <w:color w:val="0000EE"/>
            <w:u w:val="single"/>
          </w:rPr>
          <w:t>[2]</w:t>
        </w:r>
      </w:hyperlink>
      <w:r/>
    </w:p>
    <w:p>
      <w:pPr>
        <w:pStyle w:val="Heading2"/>
      </w:pPr>
      <w:r>
        <w:t>How to submit, watch and vote</w:t>
      </w:r>
      <w:r/>
    </w:p>
    <w:p>
      <w:r/>
      <w:r>
        <w:t>Filmmakers must submit their work online by 5 p.m. Pacific Time on 21 October. Selected entries will then be available to Jack’d users from 2 November until 3 December, with all viewing and voting taking place through the app.</w:t>
      </w:r>
      <w:r/>
    </w:p>
    <w:p>
      <w:r/>
      <w:r>
        <w:t xml:space="preserve">For audiences, access is straightforward but not entirely platform-neutral. Joining the festival is free, yet viewers will need to download Jack’d for iOS or Android before they can watch the films and vote. The app is available through Apple’s App Store and Google Play, so the practical barrier is mainly having enough storage, a compatible device and a little patience during setup. </w:t>
      </w:r>
      <w:hyperlink r:id="rId11">
        <w:r>
          <w:rPr>
            <w:color w:val="0000EE"/>
            <w:u w:val="single"/>
          </w:rPr>
          <w:t>[4]</w:t>
        </w:r>
      </w:hyperlink>
      <w:r>
        <w:t xml:space="preserve">, </w:t>
      </w:r>
      <w:hyperlink r:id="rId12">
        <w:r>
          <w:rPr>
            <w:color w:val="0000EE"/>
            <w:u w:val="single"/>
          </w:rPr>
          <w:t>[5]</w:t>
        </w:r>
      </w:hyperlink>
      <w:r/>
    </w:p>
    <w:p>
      <w:r/>
      <w:r>
        <w:t>That app-first approach may help Jack’d keep the event close to its community, although it also means the films won’t be as immediately discoverable as titles hosted on a public website. If you’re planning to follow the festival, it’s worth installing the app early rather than waiting for opening day.</w:t>
      </w:r>
      <w:r/>
    </w:p>
    <w:p>
      <w:pPr>
        <w:pStyle w:val="Heading2"/>
      </w:pPr>
      <w:r>
        <w:t>The prizes could make a real difference</w:t>
      </w:r>
      <w:r/>
    </w:p>
    <w:p>
      <w:r/>
      <w:r>
        <w:t>A $20,000 prize pool is split between two $10,000 awards: one chosen by the grand jury and one selected by the audience. For an independent filmmaker, that kind of money can help fund festival fees, post-production, equipment or the next project.</w:t>
      </w:r>
      <w:r/>
    </w:p>
    <w:p>
      <w:r/>
      <w:r>
        <w:t>The audience award is especially interesting because it gives viewers a practical role in supporting the work they connect with. Votes won’t replace professional judgement, but they can highlight the films that spark the strongest emotional response among the people the festival is built to serve.</w:t>
      </w:r>
      <w:r/>
    </w:p>
    <w:p>
      <w:r/>
      <w:r>
        <w:t>There’s also a useful sense of immediacy here. Instead of waiting for a distributor or a traditional festival programme to decide what deserves attention, creators can put their work directly in front of a large, relevant audience. That’s a powerful proposition for filmmakers whose stories are still too often treated as niche.</w:t>
      </w:r>
      <w:r/>
    </w:p>
    <w:p>
      <w:pPr>
        <w:pStyle w:val="Heading2"/>
      </w:pPr>
      <w:r>
        <w:t>A promising addition to the queer film calendar</w:t>
      </w:r>
      <w:r/>
    </w:p>
    <w:p>
      <w:r/>
      <w:r>
        <w:t xml:space="preserve">Jack’d Film Festival arrives at a time when audiences are looking for more personal, community-rooted entertainment and creators are searching for alternatives to crowded commissioning systems. Research into online communities has long suggested that digital platforms can help people find connection and shared identity, although a festival adds something more tangible: a chance to gather around creative work. </w:t>
      </w:r>
      <w:hyperlink r:id="rId13">
        <w:r>
          <w:rPr>
            <w:color w:val="0000EE"/>
            <w:u w:val="single"/>
          </w:rPr>
          <w:t>[7]</w:t>
        </w:r>
      </w:hyperlink>
      <w:r/>
    </w:p>
    <w:p>
      <w:r/>
      <w:r>
        <w:t>The event’s success will depend on the quality and range of its submissions, as well as how easily viewers can discover films once they’re inside the app. Still, the concept feels smart. A platform built around connection is giving that connection a cinematic outlet.</w:t>
      </w:r>
      <w:r/>
    </w:p>
    <w:p>
      <w:r/>
      <w:r>
        <w:t>For viewers, the reward may be a handful of films they wouldn’t encounter elsewhere. For filmmakers, it could be a rare chance to be seen by an audience already invested in the communities their work represents.</w:t>
      </w:r>
      <w:r/>
    </w:p>
    <w:p>
      <w:r/>
      <w:r>
        <w:t>It’s a small-screen festival with a potentially big voice.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5">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https://variety.com/2026/film/festivals/queer-dating-app-jackd-lgbtq-film-festival-1236878059/</w:t>
        </w:r>
      </w:hyperlink>
      <w:r>
        <w:t xml:space="preserve"> - Please view link - unable to able to access data</w:t>
      </w:r>
      <w:r/>
    </w:p>
    <w:p>
      <w:pPr>
        <w:pStyle w:val="ListNumber"/>
        <w:spacing w:line="240" w:lineRule="auto"/>
        <w:ind w:left="720"/>
      </w:pPr>
      <w:r/>
      <w:hyperlink r:id="rId9">
        <w:r>
          <w:rPr>
            <w:color w:val="0000EE"/>
            <w:u w:val="single"/>
          </w:rPr>
          <w:t>https://www.jackd.com/filmfestival/</w:t>
        </w:r>
      </w:hyperlink>
      <w:r>
        <w:t xml:space="preserve"> - The Jack'd Film Festival is an initiative by Jack'd, the largest dating app for queer people of colour in the United States. This inaugural festival aims to showcase and celebrate original films by queer creators, with a particular focus on narratives that centre the experiences and perspectives of queer people of colour. The festival offers a platform for emerging filmmakers to present their work directly to their audience, fostering a sense of community and representation within the queer film industry.</w:t>
      </w:r>
      <w:r/>
    </w:p>
    <w:p>
      <w:pPr>
        <w:pStyle w:val="ListNumber"/>
        <w:spacing w:line="240" w:lineRule="auto"/>
        <w:ind w:left="720"/>
      </w:pPr>
      <w:r/>
      <w:hyperlink r:id="rId10">
        <w:r>
          <w:rPr>
            <w:color w:val="0000EE"/>
            <w:u w:val="single"/>
          </w:rPr>
          <w:t>https://www.jackd.com/</w:t>
        </w:r>
      </w:hyperlink>
      <w:r>
        <w:t xml:space="preserve"> - Jack'd is a prominent LGBTQ+ social networking and dating platform, serving millions of users across more than 180 countries and 2,000 cities. As an independent, LGBTQ+ owned and operated company, Jack'd provides a space for individuals to connect, chat, and form relationships. The platform offers features such as search filters, profile customization, and a 'Jack'd Match' feature to facilitate connections. Jack'd is available for download on both iOS and Android devices, catering to a diverse global community.</w:t>
      </w:r>
      <w:r/>
    </w:p>
    <w:p>
      <w:pPr>
        <w:pStyle w:val="ListNumber"/>
        <w:spacing w:line="240" w:lineRule="auto"/>
        <w:ind w:left="720"/>
      </w:pPr>
      <w:r/>
      <w:hyperlink r:id="rId11">
        <w:r>
          <w:rPr>
            <w:color w:val="0000EE"/>
            <w:u w:val="single"/>
          </w:rPr>
          <w:t>https://apps.apple.com/us/app/jackd-gay-chat-dating/id350426804</w:t>
        </w:r>
      </w:hyperlink>
      <w:r>
        <w:t xml:space="preserve"> - The Jack'd app, available on the App Store, is designed for gay chat and dating, boasting over 15 million users across 2,000 cities and 180 countries. It offers features like search filters, profile customization, and a 'Jack'd Match' feature to connect users with similar interests. The app is free to download, with in-app purchases available, and is rated for users aged 18 and over. Jack'd is developed by Perry Street Software, Inc., an independent, LGBTQ+ owned and operated company.</w:t>
      </w:r>
      <w:r/>
    </w:p>
    <w:p>
      <w:pPr>
        <w:pStyle w:val="ListNumber"/>
        <w:spacing w:line="240" w:lineRule="auto"/>
        <w:ind w:left="720"/>
      </w:pPr>
      <w:r/>
      <w:hyperlink r:id="rId12">
        <w:r>
          <w:rPr>
            <w:color w:val="0000EE"/>
            <w:u w:val="single"/>
          </w:rPr>
          <w:t>https://play.google.com/store/apps/details?id=mobi.jackd.android</w:t>
        </w:r>
      </w:hyperlink>
      <w:r>
        <w:t xml:space="preserve"> - The Jack'd app, available on Google Play, is a gay chat and dating platform with over 15 million users across 2,000 cities and 180 countries. It provides features such as search filters, profile customization, and a 'Jack'd Match' feature to connect users with similar interests. The app is free to download, with in-app purchases available, and is rated for users aged 17 and over. Jack'd is developed by Perry Street Software, an independent, LGBTQ+ owned and operated company.</w:t>
      </w:r>
      <w:r/>
    </w:p>
    <w:p>
      <w:pPr>
        <w:pStyle w:val="ListNumber"/>
        <w:spacing w:line="240" w:lineRule="auto"/>
        <w:ind w:left="720"/>
      </w:pPr>
      <w:r/>
      <w:hyperlink r:id="rId15">
        <w:r>
          <w:rPr>
            <w:color w:val="0000EE"/>
            <w:u w:val="single"/>
          </w:rPr>
          <w:t>https://www.youtube.com/watch?v=5kzVqmQggkc</w:t>
        </w:r>
      </w:hyperlink>
      <w:r>
        <w:t xml:space="preserve"> - This video provides a review of the Jack'd dating app, highlighting its features and functionalities. It discusses the app's user interface, profile creation process, and the various tools available for users to connect with others. The review also touches upon the app's community guidelines and safety measures, offering insights into the overall user experience. This resource is valuable for individuals considering using Jack'd for dating and social networking within the LGBTQ+ community.</w:t>
      </w:r>
      <w:r/>
    </w:p>
    <w:p>
      <w:pPr>
        <w:pStyle w:val="ListNumber"/>
        <w:spacing w:line="240" w:lineRule="auto"/>
        <w:ind w:left="720"/>
      </w:pPr>
      <w:r/>
      <w:hyperlink r:id="rId13">
        <w:r>
          <w:rPr>
            <w:color w:val="0000EE"/>
            <w:u w:val="single"/>
          </w:rPr>
          <w:t>https://arxiv.org/abs/1604.07850</w:t>
        </w:r>
      </w:hyperlink>
      <w:r>
        <w:t xml:space="preserve"> - This academic paper examines the location and privacy concerns associated with dating apps, specifically focusing on Jack'd and Grindr. It investigates how these applications handle user location data and the potential risks involved. The study highlights the effectiveness of privacy protection measures implemented by these apps and discusses the implications for user safety and data security. This resource is pertinent for users interested in understanding the privacy aspects of location-based dating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ackd.com/filmfestival/" TargetMode="External"/><Relationship Id="rId10" Type="http://schemas.openxmlformats.org/officeDocument/2006/relationships/hyperlink" Target="https://www.jackd.com/" TargetMode="External"/><Relationship Id="rId11" Type="http://schemas.openxmlformats.org/officeDocument/2006/relationships/hyperlink" Target="https://apps.apple.com/us/app/jackd-gay-chat-dating/id350426804" TargetMode="External"/><Relationship Id="rId12" Type="http://schemas.openxmlformats.org/officeDocument/2006/relationships/hyperlink" Target="https://play.google.com/store/apps/details?id=mobi.jackd.android" TargetMode="External"/><Relationship Id="rId13" Type="http://schemas.openxmlformats.org/officeDocument/2006/relationships/hyperlink" Target="https://arxiv.org/abs/1604.07850" TargetMode="External"/><Relationship Id="rId14" Type="http://schemas.openxmlformats.org/officeDocument/2006/relationships/hyperlink" Target="https://variety.com/2026/film/festivals/queer-dating-app-jackd-lgbtq-film-festival-1236878059/" TargetMode="External"/><Relationship Id="rId15" Type="http://schemas.openxmlformats.org/officeDocument/2006/relationships/hyperlink" Target="https://www.youtube.com/watch?v=5kzVqmQggk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