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Hercules’ Male Lovers Reveal Greek Myth’s Queerer Side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discovering Hercules’ male lovers are finding a very different version of the legendary Greek hero. From Hylas and Abderus to Nireus, these ancient stories add romance, grief and complexity to a myth often presented as simple muscle-bound adventure.</w:t>
      </w:r>
      <w:r/>
    </w:p>
    <w:p>
      <w:pPr>
        <w:pStyle w:val="Heading2"/>
      </w:pPr>
      <w:r>
        <w:t>Essential Takeaways</w:t>
      </w:r>
      <w:r/>
      <w:r/>
    </w:p>
    <w:p>
      <w:pPr>
        <w:pStyle w:val="ListBullet"/>
        <w:spacing w:line="240" w:lineRule="auto"/>
        <w:ind w:left="720"/>
      </w:pPr>
      <w:r/>
      <w:r>
        <w:rPr>
          <w:b/>
        </w:rPr>
        <w:t>Hercules had male lovers:</w:t>
      </w:r>
      <w:r>
        <w:t xml:space="preserve"> Ancient stories connect the hero with several men, alongside his female relationships.</w:t>
      </w:r>
      <w:r/>
    </w:p>
    <w:p>
      <w:pPr>
        <w:pStyle w:val="ListBullet"/>
        <w:spacing w:line="240" w:lineRule="auto"/>
        <w:ind w:left="720"/>
      </w:pPr>
      <w:r/>
      <w:r>
        <w:rPr>
          <w:b/>
        </w:rPr>
        <w:t>Hylas is the best-known romance:</w:t>
      </w:r>
      <w:r>
        <w:t xml:space="preserve"> His disappearance becomes one of Hercules’ most emotional episodes.</w:t>
      </w:r>
      <w:r/>
    </w:p>
    <w:p>
      <w:pPr>
        <w:pStyle w:val="ListBullet"/>
        <w:spacing w:line="240" w:lineRule="auto"/>
        <w:ind w:left="720"/>
      </w:pPr>
      <w:r/>
      <w:r>
        <w:rPr>
          <w:b/>
        </w:rPr>
        <w:t>Grief drives the plot:</w:t>
      </w:r>
      <w:r>
        <w:t xml:space="preserve"> Hercules’ response to Hylas’ loss affects his wider adventures.</w:t>
      </w:r>
      <w:r/>
    </w:p>
    <w:p>
      <w:pPr>
        <w:pStyle w:val="ListBullet"/>
        <w:spacing w:line="240" w:lineRule="auto"/>
        <w:ind w:left="720"/>
      </w:pPr>
      <w:r/>
      <w:r>
        <w:rPr>
          <w:b/>
        </w:rPr>
        <w:t>The tradition is broader than one hero:</w:t>
      </w:r>
      <w:r>
        <w:t xml:space="preserve"> Queer relationships appear throughout Greek mythology, art and poetry.</w:t>
      </w:r>
      <w:r/>
    </w:p>
    <w:p>
      <w:pPr>
        <w:pStyle w:val="ListBullet"/>
        <w:spacing w:line="240" w:lineRule="auto"/>
        <w:ind w:left="720"/>
      </w:pPr>
      <w:r/>
      <w:r>
        <w:rPr>
          <w:b/>
        </w:rPr>
        <w:t>Later retellings softened the edges:</w:t>
      </w:r>
      <w:r>
        <w:t xml:space="preserve"> Popular versions often leave out the myth’s messier, more intimate details.</w:t>
      </w:r>
      <w:r/>
      <w:r/>
    </w:p>
    <w:p>
      <w:pPr>
        <w:pStyle w:val="Heading2"/>
      </w:pPr>
      <w:r>
        <w:t>Hercules was more than a muscle-bound hero</w:t>
      </w:r>
      <w:r/>
    </w:p>
    <w:p>
      <w:r/>
      <w:r>
        <w:t>Hercules is usually sold as the ultimate strongman: broad shoulders, impossible labours and enough divine family drama to fill several television series. But beneath the lion skin sits a more complicated character, with a love life that included men as well as women.</w:t>
      </w:r>
      <w:r/>
    </w:p>
    <w:p>
      <w:r/>
      <w:r>
        <w:t>As Queerty’s account of the myth points out, the ancient tradition gives Hercules several male companions and lovers. The sheer number varies between writers, but the pattern is clear. This wasn’t a modern reinterpretation pasted on to an old story; same-sex desire was already woven into the mythic material. The Bisexual Resource Center’s character guide likewise presents Hercules as a figure whose relationships crossed gender lines.</w:t>
      </w:r>
      <w:r/>
    </w:p>
    <w:p>
      <w:r/>
      <w:r>
        <w:t>That makes the familiar heroic image feel rather incomplete. Hercules wasn’t simply chasing monsters and collecting trophies. He was also capable of attachment, heartbreak and devotion, which makes the character more emotionally recognisable, even when the surrounding mythology is gloriously strange.</w:t>
      </w:r>
      <w:r/>
    </w:p>
    <w:p>
      <w:pPr>
        <w:pStyle w:val="Heading2"/>
      </w:pPr>
      <w:r>
        <w:t>Hylas brought romance and heartbreak</w:t>
      </w:r>
      <w:r/>
    </w:p>
    <w:p>
      <w:r/>
      <w:r>
        <w:t>The most memorable relationship is Hercules’ bond with Hylas, a young companion whom the hero takes under his protection after killing Hylas’ father in battle. It’s an awkward beginning by modern standards, to put it mildly, but Greek mythology has never been especially interested in tidy meet-cutes.</w:t>
      </w:r>
      <w:r/>
    </w:p>
    <w:p>
      <w:r/>
      <w:r>
        <w:t>Hylas becomes Hercules’ beloved and travels with him until water nymphs lure the young man into a spring. As the account of Hylas records, he disappears while fetching water, leaving Hercules searching through the wilderness in anguish. The Cambridge Museums’ discussion of many-lover legends also places such stories within a wider tradition where desire, loss and the supernatural are tightly connected.</w:t>
      </w:r>
      <w:r/>
    </w:p>
    <w:p>
      <w:r/>
      <w:r>
        <w:t>The episode matters because Hylas isn’t just a footnote. His disappearance changes Hercules’ actions, turning love into a force that affects the hero’s journey. That emotional cause-and-effect is easy to lose in modern retellings, where the labours and battles tend to crowd everything else off the page.</w:t>
      </w:r>
      <w:r/>
    </w:p>
    <w:p>
      <w:pPr>
        <w:pStyle w:val="Heading2"/>
      </w:pPr>
      <w:r>
        <w:t>Other men appear in Hercules’ story</w:t>
      </w:r>
      <w:r/>
    </w:p>
    <w:p>
      <w:r/>
      <w:r>
        <w:t>Hylas wasn’t the only male figure linked romantically with Hercules. Abderus is another important name, and his death is remembered through the city Hercules was said to have founded in his honour. The story gives grief a physical landmark, turning a personal loss into part of the landscape.</w:t>
      </w:r>
      <w:r/>
    </w:p>
    <w:p>
      <w:r/>
      <w:r>
        <w:t>Nireus also appears in the wider tradition. He was celebrated as exceptionally handsome, second only to Achilles in some accounts, and later references connect him to Hercules. The details are less developed than the Hylas episode, but they still show how frequently male beauty and desire surface around heroic figures. Wikipedia’s overview of Nireus reflects that long-standing association with exceptional appearance and heroic mythology.</w:t>
      </w:r>
      <w:r/>
    </w:p>
    <w:p>
      <w:r/>
      <w:r>
        <w:t>Even the references to Hercules’ charioteer and the male-bonded Theban Sacred Band add useful context. Greek writers could present emotional and romantic ties between men as meaningful, practical or politically powerful, rather than forcing every close relationship into a modern category.</w:t>
      </w:r>
      <w:r/>
    </w:p>
    <w:p>
      <w:pPr>
        <w:pStyle w:val="Heading2"/>
      </w:pPr>
      <w:r>
        <w:t>Why popular retellings leave the relationships out</w:t>
      </w:r>
      <w:r/>
    </w:p>
    <w:p>
      <w:r/>
      <w:r>
        <w:t>Modern audiences often meet Hercules through simplified versions: animated films, children’s books and action-heavy blockbusters. Those adaptations usually keep the monsters, the jokes and the impressive physique, while quietly removing relationships that complicate the hero’s image.</w:t>
      </w:r>
      <w:r/>
    </w:p>
    <w:p>
      <w:r/>
      <w:r>
        <w:t>That pruning isn’t unique to Hercules. The story of Hylas has been repeatedly retold, but its romantic charge is often reduced to friendship or loyalty. Meanwhile, bi.org’s profile of Hercules highlights how bisexual readings can be supported by the surviving mythology, even if mainstream culture has been reluctant to discuss them plainly.</w:t>
      </w:r>
      <w:r/>
    </w:p>
    <w:p>
      <w:r/>
      <w:r>
        <w:t>It’s also worth remembering that ancient sexuality doesn’t map perfectly on to today’s labels. Greeks and Romans organised relationships, status and gender roles differently from modern societies. Still, refusing to acknowledge the male lovers altogether doesn’t make the evidence disappear. It simply gives readers a less honest version of the myth.</w:t>
      </w:r>
      <w:r/>
    </w:p>
    <w:p>
      <w:pPr>
        <w:pStyle w:val="Heading2"/>
      </w:pPr>
      <w:r>
        <w:t>Greek mythology was never as straight as the classroom version</w:t>
      </w:r>
      <w:r/>
    </w:p>
    <w:p>
      <w:r/>
      <w:r>
        <w:t>Hercules’ story sits within a much larger mythological world where gods and heroes pursue people of different genders. Zeus and Ganymede, Achilles and Patroclus, and the many romances surrounding the gods all complicate the idea that classical mythology was built around exclusively heterosexual heroes.</w:t>
      </w:r>
      <w:r/>
    </w:p>
    <w:p>
      <w:r/>
      <w:r>
        <w:t>The Cambridge Museums’ material on ancient legends points towards a tradition packed with lovers, transformations and divine interference. That variety is part of what makes the myths endure. They’re not moral instruction manuals with every character neatly labelled; they’re unruly stories about appetite, power, beauty, loyalty and loss.</w:t>
      </w:r>
      <w:r/>
    </w:p>
    <w:p>
      <w:r/>
      <w:r>
        <w:t>And perhaps that’s the most interesting modern discovery. Hercules becomes less polished but more vivid when the missing relationships return. The hero is still strong, certainly, but he’s also grieving, desiring and making questionable romantic decisions, which sounds considerably closer to real life.</w:t>
      </w:r>
      <w:r/>
    </w:p>
    <w:p>
      <w:r/>
      <w:r>
        <w:t>It’s a small correction to a huge legend, but it makes Hercules’ story far richer.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[7]</w:t>
        </w:r>
      </w:hyperlink>
      <w:r>
        <w:t xml:space="preserve">, </w:t>
      </w:r>
      <w:hyperlink r:id="rId15">
        <w:r>
          <w:rPr>
            <w:color w:val="0000EE"/>
            <w:u w:val="single"/>
          </w:rPr>
          <w:t>[4]</w:t>
        </w:r>
      </w:hyperlink>
      <w:r>
        <w:t xml:space="preserve">- Paragraph 5: </w:t>
      </w:r>
      <w:hyperlink r:id="rId15">
        <w:r>
          <w:rPr>
            <w:color w:val="0000EE"/>
            <w:u w:val="single"/>
          </w:rPr>
          <w:t>[4]</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3">
        <w:r>
          <w:rPr>
            <w:color w:val="0000EE"/>
            <w:u w:val="single"/>
          </w:rPr>
          <w:t>[6]</w:t>
        </w:r>
      </w:hyperlink>
      <w:r>
        <w:t xml:space="preserve">, </w:t>
      </w:r>
      <w:hyperlink r:id="rId12">
        <w:r>
          <w:rPr>
            <w:color w:val="0000EE"/>
            <w:u w:val="single"/>
          </w:rPr>
          <w:t>[3]</w:t>
        </w:r>
      </w:hyperlink>
      <w:r>
        <w:t xml:space="preserve">- Paragraph 8: </w:t>
      </w:r>
      <w:hyperlink r:id="rId10">
        <w:r>
          <w:rPr>
            <w:color w:val="0000EE"/>
            <w:u w:val="single"/>
          </w:rPr>
          <w:t>[2]</w:t>
        </w:r>
      </w:hyperlink>
      <w:r>
        <w:t xml:space="preserve">, </w:t>
      </w:r>
      <w:hyperlink r:id="rId15">
        <w:r>
          <w:rPr>
            <w:color w:val="0000EE"/>
            <w:u w:val="single"/>
          </w:rPr>
          <w:t>[4]</w:t>
        </w:r>
      </w:hyperlink>
      <w:r>
        <w:t xml:space="preserve">- Paragraph 9: </w:t>
      </w:r>
      <w:hyperlink r:id="rId11">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5">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https://www.queerty.com/apparently-hercules-had-loads-of-gay-lots-and-lots-of-boyfriends-20260506/</w:t>
        </w:r>
      </w:hyperlink>
      <w:r>
        <w:t xml:space="preserve"> - Please view link - unable to able to access data</w:t>
      </w:r>
      <w:r/>
    </w:p>
    <w:p>
      <w:pPr>
        <w:pStyle w:val="ListNumber"/>
        <w:spacing w:line="240" w:lineRule="auto"/>
        <w:ind w:left="720"/>
      </w:pPr>
      <w:r/>
      <w:hyperlink r:id="rId10">
        <w:r>
          <w:rPr>
            <w:color w:val="0000EE"/>
            <w:u w:val="single"/>
          </w:rPr>
          <w:t>https://bi.org/en/bi-characters/hercules/</w:t>
        </w:r>
      </w:hyperlink>
      <w:r>
        <w:t xml:space="preserve"> - This article discusses Hercules (Heracles) as a bisexual character in Greek mythology. It highlights his numerous male lovers, including Philoctetes, Iolaos, Hylas, and Nestor. The piece also notes that Plutarch described Hercules' list of male lovers as beyond counting, emphasizing the hero's complex sexual relationships in ancient myths.</w:t>
      </w:r>
      <w:r/>
    </w:p>
    <w:p>
      <w:pPr>
        <w:pStyle w:val="ListNumber"/>
        <w:spacing w:line="240" w:lineRule="auto"/>
        <w:ind w:left="720"/>
      </w:pPr>
      <w:r/>
      <w:hyperlink r:id="rId12">
        <w:r>
          <w:rPr>
            <w:color w:val="0000EE"/>
            <w:u w:val="single"/>
          </w:rPr>
          <w:t>https://greekmythology.fandom.com/wiki/Herakles</w:t>
        </w:r>
      </w:hyperlink>
      <w:r>
        <w:t xml:space="preserve"> - This entry provides an overview of Herakles (Hercules) in Greek mythology, listing his male lovers such as Abderus, Admetus, Adonis, Iolaus, and Nestor. It also mentions that Plutarch stated Herakles' male lovers were beyond counting, underscoring the hero's extensive romantic relationships.</w:t>
      </w:r>
      <w:r/>
    </w:p>
    <w:p>
      <w:pPr>
        <w:pStyle w:val="ListNumber"/>
        <w:spacing w:line="240" w:lineRule="auto"/>
        <w:ind w:left="720"/>
      </w:pPr>
      <w:r/>
      <w:hyperlink r:id="rId15">
        <w:r>
          <w:rPr>
            <w:color w:val="0000EE"/>
            <w:u w:val="single"/>
          </w:rPr>
          <w:t>https://en.wikipedia.org/wiki/Nireus</w:t>
        </w:r>
      </w:hyperlink>
      <w:r>
        <w:t xml:space="preserve"> - This article details Nireus, a king in Greek mythology known for his exceptional beauty. It mentions that Nireus was among the suitors of Helen and joined the campaign against Troy. The piece also notes that in some versions, Nireus was loved by Herakles, who helped him defeat the lion of Helicon.</w:t>
      </w:r>
      <w:r/>
    </w:p>
    <w:p>
      <w:pPr>
        <w:pStyle w:val="ListNumber"/>
        <w:spacing w:line="240" w:lineRule="auto"/>
        <w:ind w:left="720"/>
      </w:pPr>
      <w:r/>
      <w:hyperlink r:id="rId11">
        <w:r>
          <w:rPr>
            <w:color w:val="0000EE"/>
            <w:u w:val="single"/>
          </w:rPr>
          <w:t>https://museums.cam.ac.uk/magic/many-lovers-legend</w:t>
        </w:r>
      </w:hyperlink>
      <w:r>
        <w:t xml:space="preserve"> - This article explores the many lovers of Hercules, as described by the Greek historian Plutarch. It highlights male lovers such as Jason, Adonis, and Iolaus, noting that as late as the second century, lovers would visit Iolaus's tomb in Thebes to swear oaths of loyalty to each other.</w:t>
      </w:r>
      <w:r/>
    </w:p>
    <w:p>
      <w:pPr>
        <w:pStyle w:val="ListNumber"/>
        <w:spacing w:line="240" w:lineRule="auto"/>
        <w:ind w:left="720"/>
      </w:pPr>
      <w:r/>
      <w:hyperlink r:id="rId13">
        <w:r>
          <w:rPr>
            <w:color w:val="0000EE"/>
            <w:u w:val="single"/>
          </w:rPr>
          <w:t>https://en.wikipedia.org/wiki/Hylas</w:t>
        </w:r>
      </w:hyperlink>
      <w:r>
        <w:t xml:space="preserve"> - This entry discusses Hylas, a youth who served as a companion and servant to Herakles. It details his abduction by water nymphs, a theme depicted in ancient art, and his enduring presence in Western art traditions.</w:t>
      </w:r>
      <w:r/>
    </w:p>
    <w:p>
      <w:pPr>
        <w:pStyle w:val="ListNumber"/>
        <w:spacing w:line="240" w:lineRule="auto"/>
        <w:ind w:left="720"/>
      </w:pPr>
      <w:r/>
      <w:hyperlink r:id="rId14">
        <w:r>
          <w:rPr>
            <w:color w:val="0000EE"/>
            <w:u w:val="single"/>
          </w:rPr>
          <w:t>https://en.wikipedia.org/wiki/Abderus</w:t>
        </w:r>
      </w:hyperlink>
      <w:r>
        <w:t xml:space="preserve"> - This article covers Abderus, a divine hero in Greek mythology and reputed lover of Herakles. It narrates his tragic death by the mares of Diomedes and how Herakles founded the city of Abdera in his honor, where athletic games were held in his memory.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apparently-hercules-had-loads-of-gay-lots-and-lots-of-boyfriends-20260506/" TargetMode="External"/><Relationship Id="rId10" Type="http://schemas.openxmlformats.org/officeDocument/2006/relationships/hyperlink" Target="https://bi.org/en/bi-characters/hercules/" TargetMode="External"/><Relationship Id="rId11" Type="http://schemas.openxmlformats.org/officeDocument/2006/relationships/hyperlink" Target="https://museums.cam.ac.uk/magic/many-lovers-legend" TargetMode="External"/><Relationship Id="rId12" Type="http://schemas.openxmlformats.org/officeDocument/2006/relationships/hyperlink" Target="https://greekmythology.fandom.com/wiki/Herakles" TargetMode="External"/><Relationship Id="rId13" Type="http://schemas.openxmlformats.org/officeDocument/2006/relationships/hyperlink" Target="https://en.wikipedia.org/wiki/Hylas" TargetMode="External"/><Relationship Id="rId14" Type="http://schemas.openxmlformats.org/officeDocument/2006/relationships/hyperlink" Target="https://en.wikipedia.org/wiki/Abderus" TargetMode="External"/><Relationship Id="rId15" Type="http://schemas.openxmlformats.org/officeDocument/2006/relationships/hyperlink" Target="https://en.wikipedia.org/wiki/Nire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