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know about Brisbane Pride Fair Day and Joanne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Fair Day is returning to New Farm Park with 90s pop favourite Joanne headlining a lively LGBTQIA+ celebration. With drag, markets, food trucks and live performances on the bill, the event offers Brisbane visitors a joyful day out, plus a chance to sing along to “Jackie” with thousands of fellow fans.</w:t>
      </w:r>
      <w:r/>
    </w:p>
    <w:p>
      <w:pPr>
        <w:pStyle w:val="Heading2"/>
      </w:pPr>
      <w:r>
        <w:t>Essential Takeaways</w:t>
      </w:r>
      <w:r/>
      <w:r/>
    </w:p>
    <w:p>
      <w:pPr>
        <w:pStyle w:val="ListBullet"/>
        <w:spacing w:line="240" w:lineRule="auto"/>
        <w:ind w:left="720"/>
      </w:pPr>
      <w:r/>
      <w:r>
        <w:rPr>
          <w:b/>
        </w:rPr>
        <w:t>Joanne is headlining:</w:t>
      </w:r>
      <w:r>
        <w:t xml:space="preserve"> The ARIA Award-winning singer will perform a one-hour set spanning her classic and newer material.</w:t>
      </w:r>
      <w:r/>
    </w:p>
    <w:p>
      <w:pPr>
        <w:pStyle w:val="ListBullet"/>
        <w:spacing w:line="240" w:lineRule="auto"/>
        <w:ind w:left="720"/>
      </w:pPr>
      <w:r/>
      <w:r>
        <w:rPr>
          <w:b/>
        </w:rPr>
        <w:t>A packed programme awaits:</w:t>
      </w:r>
      <w:r>
        <w:t xml:space="preserve"> Expect music, drag, markets, community stalls, food trucks and live entertainment.</w:t>
      </w:r>
      <w:r/>
    </w:p>
    <w:p>
      <w:pPr>
        <w:pStyle w:val="ListBullet"/>
        <w:spacing w:line="240" w:lineRule="auto"/>
        <w:ind w:left="720"/>
      </w:pPr>
      <w:r/>
      <w:r>
        <w:rPr>
          <w:b/>
        </w:rPr>
        <w:t>The location matters:</w:t>
      </w:r>
      <w:r>
        <w:t xml:space="preserve"> Fair Day is returning to New Farm Park after an extended absence.</w:t>
      </w:r>
      <w:r/>
    </w:p>
    <w:p>
      <w:pPr>
        <w:pStyle w:val="ListBullet"/>
        <w:spacing w:line="240" w:lineRule="auto"/>
        <w:ind w:left="720"/>
      </w:pPr>
      <w:r/>
      <w:r>
        <w:rPr>
          <w:b/>
        </w:rPr>
        <w:t>The nostalgia is real:</w:t>
      </w:r>
      <w:r>
        <w:t xml:space="preserve"> “Jackie” remains a beloved LGBTQIA+ dance-floor anthem nearly three decades after release.</w:t>
      </w:r>
      <w:r/>
    </w:p>
    <w:p>
      <w:pPr>
        <w:pStyle w:val="ListBullet"/>
        <w:spacing w:line="240" w:lineRule="auto"/>
        <w:ind w:left="720"/>
      </w:pPr>
      <w:r/>
      <w:r>
        <w:rPr>
          <w:b/>
        </w:rPr>
        <w:t>Plan for a full day:</w:t>
      </w:r>
      <w:r>
        <w:t xml:space="preserve"> Brisbane Pride activities connect with the city’s rally, march and other Pride events.</w:t>
      </w:r>
      <w:r/>
      <w:r/>
    </w:p>
    <w:p>
      <w:pPr>
        <w:pStyle w:val="Heading2"/>
      </w:pPr>
      <w:r>
        <w:t>Joanne is bringing “Jackie” back to the park</w:t>
      </w:r>
      <w:r/>
    </w:p>
    <w:p>
      <w:r/>
      <w:r>
        <w:t>Some songs don’t merely survive; they develop their own social life. Joanne’s “Jackie” is one of them, still capable of turning a crowded dance floor into one enormous, wonderfully loud chorus. The singer has described the track as a lasting source of joy, confidence and pop nostalgia for LGBTQIA+ listeners. Star Observer reported that drag performers have told Joanne the song was among the first tracks they performed to, making its return feel personal as well as celebratory.</w:t>
      </w:r>
      <w:r/>
    </w:p>
    <w:p>
      <w:r/>
      <w:r>
        <w:t>Joanne will headline Brisbane Pride Fair Day with a full hour of music, including original releases and newer material. According to the event coverage, she’s especially excited about hearing the audience sing the familiar words back to her. It’s the kind of crowd participation that makes a live Pride performance feel less like a concert and more like a shared memory.</w:t>
      </w:r>
      <w:r/>
    </w:p>
    <w:p>
      <w:pPr>
        <w:pStyle w:val="Heading2"/>
      </w:pPr>
      <w:r>
        <w:t>New Farm Park is ready for a big Pride day</w:t>
      </w:r>
      <w:r/>
    </w:p>
    <w:p>
      <w:r/>
      <w:r>
        <w:t>Fair Day is scheduled to run from 10am to 5pm at New Farm Park, giving visitors plenty of time to browse, eat, dance and catch performances. Brisbane Pride’s event information highlights a broad programme of music, drag, community stalls, services, businesses and market activity, so there’s more here than a headline act.</w:t>
      </w:r>
      <w:r/>
    </w:p>
    <w:p>
      <w:r/>
      <w:r>
        <w:t>The return to New Farm Park adds another layer of significance. It gives the event a spacious outdoor setting while bringing Brisbane’s queer community together in a familiar public gathering place. Expect a relaxed daytime atmosphere, though the combination of entertainment, food and stalls means the park may feel anything but quiet.</w:t>
      </w:r>
      <w:r/>
    </w:p>
    <w:p>
      <w:pPr>
        <w:pStyle w:val="Heading2"/>
      </w:pPr>
      <w:r>
        <w:t>Drag stars, markets and food trucks fill the bill</w:t>
      </w:r>
      <w:r/>
    </w:p>
    <w:p>
      <w:r/>
      <w:r>
        <w:t>Joanne won’t be carrying the whole afternoon alone. Drag Race Down Under performers Vybe and Coco Jumbo are also scheduled to appear, while Paul Wheeler will host alongside Brisbane drag favourite Miss Synthetique. The line-up gives the day a useful mix of pop nostalgia, contemporary drag and local personality.</w:t>
      </w:r>
      <w:r/>
    </w:p>
    <w:p>
      <w:r/>
      <w:r>
        <w:t>For visitors, the markets and community stalls are just as important as the stage. Brisbane Pride’s event listing points to LGBTQIA+ organisations, services and businesses taking part, making Fair Day a practical way to discover local groups and queer-owned ventures. And, naturally, food trucks mean nobody needs to attempt a full Pride afternoon on an empty stomach.</w:t>
      </w:r>
      <w:r/>
    </w:p>
    <w:p>
      <w:pPr>
        <w:pStyle w:val="Heading2"/>
      </w:pPr>
      <w:r>
        <w:t>How to make the most of Brisbane Pride Fair Day</w:t>
      </w:r>
      <w:r/>
    </w:p>
    <w:p>
      <w:r/>
      <w:r>
        <w:t>Start by checking the official Brisbane Pride information before travelling, particularly for running times, access details and any updates. Comfortable shoes are a sensible choice, as the day can easily stretch from a quick visit into several hours of wandering between the stage, stalls and food trucks.</w:t>
      </w:r>
      <w:r/>
    </w:p>
    <w:p>
      <w:r/>
      <w:r>
        <w:t>It’s also worth treating Fair Day as one part of a much bigger Saturday. The wider programme includes the Brisbane Pride Rally and March, followed by other Pride-related celebrations, including MELT Festival events at Brisbane Powerhouse. If you’re planning to attend more than one activity, allow time for travel, breaks and the inevitable queue for something delicious.</w:t>
      </w:r>
      <w:r/>
    </w:p>
    <w:p>
      <w:pPr>
        <w:pStyle w:val="Heading2"/>
      </w:pPr>
      <w:r>
        <w:t>Why “Jackie” still lands with Pride crowds</w:t>
      </w:r>
      <w:r/>
    </w:p>
    <w:p>
      <w:r/>
      <w:r>
        <w:t>The appeal of “Jackie” goes beyond a catchy chorus. Joanne told Star Observer that listeners connect with its confidence and exuberance, while interviews such as JOY Breakfast’s have helped keep the story of her music and career in the conversation. That combination of nostalgia and emotional release explains why the song still feels at home in LGBTQIA+ spaces.</w:t>
      </w:r>
      <w:r/>
    </w:p>
    <w:p>
      <w:r/>
      <w:r>
        <w:t>There’s something lovely about a performance that lets people remember where they were, who they were with and how boldly they danced. At Fair Day, Joanne won’t just be revisiting a 90s pop hit; she’ll be adding another chapter to a song that has already soundtracked countless personal milestones. Frankly, a crowd singing “Jackie” together sounds like exactly the sort of joyful chaos Pride does best.</w:t>
      </w:r>
      <w:r/>
    </w:p>
    <w:p>
      <w:r/>
      <w:r>
        <w:t>It’s a small slice of pop history wrapped inside a very big Brisbane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9">
        <w:r>
          <w:rPr>
            <w:color w:val="0000EE"/>
            <w:u w:val="single"/>
          </w:rPr>
          <w:t>[2]</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https://www.starobserver.com.au/features/jack-jack-jackie-90s-pop-icon-joanne-honoured-to-headline-brisbane-pride-fair-day/244278</w:t>
        </w:r>
      </w:hyperlink>
      <w:r>
        <w:t xml:space="preserve"> - Please view link - unable to able to access data</w:t>
      </w:r>
      <w:r/>
    </w:p>
    <w:p>
      <w:pPr>
        <w:pStyle w:val="ListNumber"/>
        <w:spacing w:line="240" w:lineRule="auto"/>
        <w:ind w:left="720"/>
      </w:pPr>
      <w:r/>
      <w:hyperlink r:id="rId9">
        <w:r>
          <w:rPr>
            <w:color w:val="0000EE"/>
            <w:u w:val="single"/>
          </w:rPr>
          <w:t>https://www.starobserver.com.au/features/jack-jack-jackie-90s-pop-icon-joanne-honoured-to-headline-brisbane-pride-fair-day/244278</w:t>
        </w:r>
      </w:hyperlink>
      <w:r>
        <w:t xml:space="preserve"> - Joanne Accom, the Australian singer known for her 1998 hit 'Jackie', is set to headline Brisbane Pride Fair Day at New Farm Park on 24 October 2026. She reflects on the song's enduring popularity within the LGBTQIA+ community, sharing personal stories and expressing gratitude for the support she's received. The event will feature performances, food trucks, markets, and stalls from LGBTQIA+ organisations, with additional acts like RuPaul’s Drag Race Down Under stars Vybe and Coco Jumbo.</w:t>
      </w:r>
      <w:r/>
    </w:p>
    <w:p>
      <w:pPr>
        <w:pStyle w:val="ListNumber"/>
        <w:spacing w:line="240" w:lineRule="auto"/>
        <w:ind w:left="720"/>
      </w:pPr>
      <w:r/>
      <w:hyperlink r:id="rId12">
        <w:r>
          <w:rPr>
            <w:color w:val="0000EE"/>
            <w:u w:val="single"/>
          </w:rPr>
          <w:t>https://www.brisbanepride.org.au/events/fair-day/</w:t>
        </w:r>
      </w:hyperlink>
      <w:r>
        <w:t xml:space="preserve"> - Brisbane Pride's Fair Day is an annual community event held at New Farm Park, featuring live performances, the Rainbow Markets, and stalls from LGBTQIA+ organisations and small businesses. The 2026 Fair Day is scheduled for Saturday, 24 October, from 10am to 5pm, and is part of the Brisbane Pride Festival, which runs from 26 September to 31 October 2026.</w:t>
      </w:r>
      <w:r/>
    </w:p>
    <w:p>
      <w:pPr>
        <w:pStyle w:val="ListNumber"/>
        <w:spacing w:line="240" w:lineRule="auto"/>
        <w:ind w:left="720"/>
      </w:pPr>
      <w:r/>
      <w:hyperlink r:id="rId13">
        <w:r>
          <w:rPr>
            <w:color w:val="0000EE"/>
            <w:u w:val="single"/>
          </w:rPr>
          <w:t>https://mail.thepinktimes.com/article/brisbane-pride-sets-fair-day-lineup-with-joanne-vybe-and-coco-jumbo/</w:t>
        </w:r>
      </w:hyperlink>
      <w:r>
        <w:t xml:space="preserve"> - Brisbane Pride has announced the main performers for its 2026 Fair Day, with Joanne, Vybe, and Coco Jumbo set to headline Queensland’s largest LGBTQIA+ community celebration at New Farm Park. The event will feature live entertainment, markets, and a rally and march earlier in the day, running from 26 September to 31 October 2026.</w:t>
      </w:r>
      <w:r/>
    </w:p>
    <w:p>
      <w:pPr>
        <w:pStyle w:val="ListNumber"/>
        <w:spacing w:line="240" w:lineRule="auto"/>
        <w:ind w:left="720"/>
      </w:pPr>
      <w:r/>
      <w:hyperlink r:id="rId10">
        <w:r>
          <w:rPr>
            <w:color w:val="0000EE"/>
            <w:u w:val="single"/>
          </w:rPr>
          <w:t>https://en.wikipedia.org/wiki/Joanne_Accom</w:t>
        </w:r>
      </w:hyperlink>
      <w:r>
        <w:t xml:space="preserve"> - Joanne Accom, born on 13 November 1978, is an Australian singer and songwriter. Her debut single, 'Jackie', released in late 1998, reached No. 3 on the ARIA Charts and became the highest-selling single in Australia by an Australian artist during the 1999 ARIA Music Awards eligibility period. She released her only solo album, 'Do Not Disturb', in 2001, which peaked at No. 45 in Australia.</w:t>
      </w:r>
      <w:r/>
    </w:p>
    <w:p>
      <w:pPr>
        <w:pStyle w:val="ListNumber"/>
        <w:spacing w:line="240" w:lineRule="auto"/>
        <w:ind w:left="720"/>
      </w:pPr>
      <w:r/>
      <w:hyperlink r:id="rId14">
        <w:r>
          <w:rPr>
            <w:color w:val="0000EE"/>
            <w:u w:val="single"/>
          </w:rPr>
          <w:t>https://en.wikipedia.org/wiki/Do_Not_Disturb_(Joanne_Accom_album)</w:t>
        </w:r>
      </w:hyperlink>
      <w:r>
        <w:t xml:space="preserve"> - Released on 30 November 2001, 'Do Not Disturb' is the only studio album by Australian singer Joanne Accom. The album, a work in progress for two and a half years, reached No. 45 on the Australian ARIA Charts. It features a remix of her hit single 'Jackie' and includes new tracks like 'So Damn Fine', 'I Don't Know', and 'Busted'.</w:t>
      </w:r>
      <w:r/>
    </w:p>
    <w:p>
      <w:pPr>
        <w:pStyle w:val="ListNumber"/>
        <w:spacing w:line="240" w:lineRule="auto"/>
        <w:ind w:left="720"/>
      </w:pPr>
      <w:r/>
      <w:hyperlink r:id="rId11">
        <w:r>
          <w:rPr>
            <w:color w:val="0000EE"/>
            <w:u w:val="single"/>
          </w:rPr>
          <w:t>https://joy.org.au/joybreakfast/2024/09/08/joanne-interview/</w:t>
        </w:r>
      </w:hyperlink>
      <w:r>
        <w:t xml:space="preserve"> - In a 2024 interview with JOY Breakfast, Joanne Accom discusses the enduring popularity of her 1998 hit 'Jackie' within the LGBTQIA+ community. She shares insights into the song's impact, her collaboration with Mind Electric on a new remix, and her exploration of the Disco House genre. Joanne also reflects on performing in intimate queer spaces and her passion for connecting with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features/jack-jack-jackie-90s-pop-icon-joanne-honoured-to-headline-brisbane-pride-fair-day/244278" TargetMode="External"/><Relationship Id="rId10" Type="http://schemas.openxmlformats.org/officeDocument/2006/relationships/hyperlink" Target="https://en.wikipedia.org/wiki/Joanne_Accom" TargetMode="External"/><Relationship Id="rId11" Type="http://schemas.openxmlformats.org/officeDocument/2006/relationships/hyperlink" Target="https://joy.org.au/joybreakfast/2024/09/08/joanne-interview/" TargetMode="External"/><Relationship Id="rId12" Type="http://schemas.openxmlformats.org/officeDocument/2006/relationships/hyperlink" Target="https://www.brisbanepride.org.au/events/fair-day/" TargetMode="External"/><Relationship Id="rId13" Type="http://schemas.openxmlformats.org/officeDocument/2006/relationships/hyperlink" Target="https://mail.thepinktimes.com/article/brisbane-pride-sets-fair-day-lineup-with-joanne-vybe-and-coco-jumbo/" TargetMode="External"/><Relationship Id="rId14" Type="http://schemas.openxmlformats.org/officeDocument/2006/relationships/hyperlink" Target="https://en.wikipedia.org/wiki/Do_Not_Disturb_(Joanne_Accom_alb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