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Miss LifeWalk 2026 tickets for Dallas LGBTQ+ healthcare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drag fans can still catch Miss LifeWalk 2026 at the Rose Room this Sunday afternoon, where a lively pageant will turn camp, comedy and competition into vital support for Prism Health North Texas. Tickets start at $10, making it an easy, entertaining way to enjoy the DFW LGBTQ+ community while helping fund essential healthcare services.</w:t>
      </w:r>
      <w:r/>
    </w:p>
    <w:p>
      <w:pPr>
        <w:pStyle w:val="Heading2"/>
      </w:pPr>
      <w:r>
        <w:t>Essential Takeaways</w:t>
      </w:r>
      <w:r/>
      <w:r/>
    </w:p>
    <w:p>
      <w:pPr>
        <w:pStyle w:val="ListBullet"/>
        <w:spacing w:line="240" w:lineRule="auto"/>
        <w:ind w:left="720"/>
      </w:pPr>
      <w:r/>
      <w:r>
        <w:rPr>
          <w:b/>
        </w:rPr>
        <w:t>When:</w:t>
      </w:r>
      <w:r>
        <w:t xml:space="preserve"> Miss LifeWalk 2026 takes place on Sunday afternoon at Dallas’ Rose Room.</w:t>
      </w:r>
      <w:r/>
    </w:p>
    <w:p>
      <w:pPr>
        <w:pStyle w:val="ListBullet"/>
        <w:spacing w:line="240" w:lineRule="auto"/>
        <w:ind w:left="720"/>
      </w:pPr>
      <w:r/>
      <w:r>
        <w:rPr>
          <w:b/>
        </w:rPr>
        <w:t>Why go:</w:t>
      </w:r>
      <w:r>
        <w:t xml:space="preserve"> The drag pageant raises funds for Prism Health North Texas and its community healthcare work.</w:t>
      </w:r>
      <w:r/>
    </w:p>
    <w:p>
      <w:pPr>
        <w:pStyle w:val="ListBullet"/>
        <w:spacing w:line="240" w:lineRule="auto"/>
        <w:ind w:left="720"/>
      </w:pPr>
      <w:r/>
      <w:r>
        <w:rPr>
          <w:b/>
        </w:rPr>
        <w:t>Ticket choices:</w:t>
      </w:r>
      <w:r>
        <w:t xml:space="preserve"> Entry is listed at $10, $35 or $70, offering different ways to contribute.</w:t>
      </w:r>
      <w:r/>
    </w:p>
    <w:p>
      <w:pPr>
        <w:pStyle w:val="ListBullet"/>
        <w:spacing w:line="240" w:lineRule="auto"/>
        <w:ind w:left="720"/>
      </w:pPr>
      <w:r/>
      <w:r>
        <w:rPr>
          <w:b/>
        </w:rPr>
        <w:t>What to expect:</w:t>
      </w:r>
      <w:r>
        <w:t xml:space="preserve"> Hosted by Marsha Dimes, the event promises bold performances, sharp humour and plenty of runway drama.</w:t>
      </w:r>
      <w:r/>
    </w:p>
    <w:p>
      <w:pPr>
        <w:pStyle w:val="ListBullet"/>
        <w:spacing w:line="240" w:lineRule="auto"/>
        <w:ind w:left="720"/>
      </w:pPr>
      <w:r/>
      <w:r>
        <w:rPr>
          <w:b/>
        </w:rPr>
        <w:t>Weather update:</w:t>
      </w:r>
      <w:r>
        <w:t xml:space="preserve"> Burgers &amp; Burgundy has been postponed until Thursday, 22 October because of severe-weather concerns.</w:t>
      </w:r>
      <w:r/>
      <w:r/>
    </w:p>
    <w:p>
      <w:pPr>
        <w:pStyle w:val="Heading2"/>
      </w:pPr>
      <w:r>
        <w:t>Dallas drag brings the sparkle for a good cause</w:t>
      </w:r>
      <w:r/>
    </w:p>
    <w:p>
      <w:r/>
      <w:r>
        <w:t>The Rose Room will soon be full of sequins, quick changes and the unmistakable buzz of a drag pageant. Miss LifeWalk 2026 is designed to be raucous and funny, but its purpose is serious: raising money for Prism Health North Texas.</w:t>
      </w:r>
      <w:r/>
    </w:p>
    <w:p>
      <w:r/>
      <w:r>
        <w:t>According to event information from Prism Health North Texas, the organisation supports access to healthcare across the DFW LGBTQ+ community. That gives the afternoon a welcome extra layer. You can enjoy the theatrics, cheer from the crowd and know your ticket is doing more than buying a seat.</w:t>
      </w:r>
      <w:r/>
    </w:p>
    <w:p>
      <w:pPr>
        <w:pStyle w:val="Heading2"/>
      </w:pPr>
      <w:r>
        <w:t>What happens at Miss LifeWalk?</w:t>
      </w:r>
      <w:r/>
    </w:p>
    <w:p>
      <w:r/>
      <w:r>
        <w:t>Hosted by Marsha Dimes, the pageant brings together performers who know how to command a runway and land a punchline. Details from the event listings point to an afternoon centred on drag artistry, community spirit and friendly competition.</w:t>
      </w:r>
      <w:r/>
    </w:p>
    <w:p>
      <w:r/>
      <w:r>
        <w:t>That combination is part of the appeal. A traditional pageant might offer polished smiles and careful answers, whereas Miss LifeWalk sounds far more likely to deliver oversized glamour, affectionate chaos and a few moments that leave the audience laughing into its drinks.</w:t>
      </w:r>
      <w:r/>
    </w:p>
    <w:p>
      <w:pPr>
        <w:pStyle w:val="Heading2"/>
      </w:pPr>
      <w:r>
        <w:t>Affordable tickets make it an easy Sunday plan</w:t>
      </w:r>
      <w:r/>
    </w:p>
    <w:p>
      <w:r/>
      <w:r>
        <w:t>Tickets are available at three price points: $10, $35 and $70. The range means casual visitors can drop in without a hefty commitment, while regular supporters can choose a higher level of contribution.</w:t>
      </w:r>
      <w:r/>
    </w:p>
    <w:p>
      <w:r/>
      <w:r>
        <w:t>Prism Health North Texas says its work includes programmes connected with HIV prevention, testing and sexual health. Its LifeWalk fundraising activity helps keep those services visible and supported, which matters at a time when accessible, community-focused healthcare remains essential.</w:t>
      </w:r>
      <w:r/>
    </w:p>
    <w:p>
      <w:pPr>
        <w:pStyle w:val="Heading2"/>
      </w:pPr>
      <w:r>
        <w:t>A relaxed alternative to a big night out</w:t>
      </w:r>
      <w:r/>
    </w:p>
    <w:p>
      <w:r/>
      <w:r>
        <w:t>Because Miss LifeWalk takes place on a Sunday afternoon, it has the makings of a wonderfully low-pressure outing. Have brunch, head to the show, applaud the queens and still make it home before the evening disappears.</w:t>
      </w:r>
      <w:r/>
    </w:p>
    <w:p>
      <w:r/>
      <w:r>
        <w:t>The timing also makes it suitable for visitors who want a first taste of Dallas drag without committing to a late night. Bring friends, leave room for laughter and expect your idea of a quiet Sunday to acquire considerably more glitter.</w:t>
      </w:r>
      <w:r/>
    </w:p>
    <w:p>
      <w:pPr>
        <w:pStyle w:val="Heading2"/>
      </w:pPr>
      <w:r>
        <w:t>Burgers &amp; Burgundy moves to October</w:t>
      </w:r>
      <w:r/>
    </w:p>
    <w:p>
      <w:r/>
      <w:r>
        <w:t>There is one separate schedule change to note. Burgers &amp; Burgundy has been postponed to Thursday, 22 October because of the potential for severe weather, according to the event update.</w:t>
      </w:r>
      <w:r/>
    </w:p>
    <w:p>
      <w:r/>
      <w:r>
        <w:t>That rescheduling shouldn't dampen enthusiasm for Miss LifeWalk, which remains the standout weekend plan for anyone keen to support local performers and Prism Health North Texas. After all, a little rain may disrupt a food-and-wine event, but it won't necessarily stop a drag queen with a runway to conquer.</w:t>
      </w:r>
      <w:r/>
    </w:p>
    <w:p>
      <w:r/>
      <w:r>
        <w:t>Miss LifeWalk is a small-ticket outing with a big-hearted purpose, so choose your level of support and enjoy the show.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[3]</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5">
        <w:r>
          <w:rPr>
            <w:color w:val="0000EE"/>
            <w:u w:val="single"/>
          </w:rPr>
          <w:t>[2]</w:t>
        </w:r>
      </w:hyperlink>
      <w:r>
        <w:t xml:space="preserve">, </w:t>
      </w:r>
      <w:hyperlink r:id="rId14">
        <w:r>
          <w:rPr>
            <w:color w:val="0000EE"/>
            <w:u w:val="single"/>
          </w:rPr>
          <w:t>[5]</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[7]</w:t>
        </w:r>
      </w:hyperlink>
      <w:r>
        <w:t xml:space="preserve">- Paragraph 11: </w:t>
      </w:r>
      <w:hyperlink r:id="rId15">
        <w:r>
          <w:rPr>
            <w:color w:val="0000EE"/>
            <w:u w:val="single"/>
          </w:rPr>
          <w:t>[2]</w:t>
        </w:r>
      </w:hyperlink>
      <w:r>
        <w:t xml:space="preserve">, </w:t>
      </w:r>
      <w:hyperlink r:id="rId14">
        <w:r>
          <w:rPr>
            <w:color w:val="0000EE"/>
            <w:u w:val="single"/>
          </w:rPr>
          <w:t>[5]</w:t>
        </w:r>
      </w:hyperlink>
      <w:r>
        <w:t xml:space="preserve">- Paragraph 12: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https://hesaiddallas.com/2026/09/30/her-first-name-aint-baby-its-janet-miss-lifewalk-if-youre-nasty/</w:t>
        </w:r>
      </w:hyperlink>
      <w:r>
        <w:t xml:space="preserve"> - Please view link - unable to able to access data</w:t>
      </w:r>
      <w:r/>
    </w:p>
    <w:p>
      <w:pPr>
        <w:pStyle w:val="ListNumber"/>
        <w:spacing w:line="240" w:lineRule="auto"/>
        <w:ind w:left="720"/>
      </w:pPr>
      <w:r/>
      <w:hyperlink r:id="rId15">
        <w:r>
          <w:rPr>
            <w:color w:val="0000EE"/>
            <w:u w:val="single"/>
          </w:rPr>
          <w:t>https://dallasvoice.com/breaking-burgers-burgundy-rescheduled/</w:t>
        </w:r>
      </w:hyperlink>
      <w:r>
        <w:t xml:space="preserve"> - Due to anticipated severe weather, DIFFA Dallas has postponed their Burgers + Burgundy event from October 1 to October 22. The event will still be held at The Village, with all other details remaining unchanged. (</w:t>
      </w:r>
      <w:hyperlink r:id="rId16">
        <w:r>
          <w:rPr>
            <w:color w:val="0000EE"/>
            <w:u w:val="single"/>
          </w:rPr>
          <w:t>dallasvoice.com</w:t>
        </w:r>
      </w:hyperlink>
      <w:r>
        <w:t>)</w:t>
      </w:r>
      <w:r/>
    </w:p>
    <w:p>
      <w:pPr>
        <w:pStyle w:val="ListNumber"/>
        <w:spacing w:line="240" w:lineRule="auto"/>
        <w:ind w:left="720"/>
      </w:pPr>
      <w:r/>
      <w:hyperlink r:id="rId10">
        <w:r>
          <w:rPr>
            <w:color w:val="0000EE"/>
            <w:u w:val="single"/>
          </w:rPr>
          <w:t>https://www.phntx.org/event/miss-lifewalk-2026/</w:t>
        </w:r>
      </w:hyperlink>
      <w:r>
        <w:t xml:space="preserve"> - Prism Health North Texas is hosting the 22nd annual Miss LifeWalk pageant on October 4, 2026, at Station 4's Rose Room. The event aims to raise funds for LGBTQIA+ healthcare programs and services, featuring local drag performers competing for the title of Miss LifeWalk 2026. (</w:t>
      </w:r>
      <w:hyperlink r:id="rId17">
        <w:r>
          <w:rPr>
            <w:color w:val="0000EE"/>
            <w:u w:val="single"/>
          </w:rPr>
          <w:t>phntx.org</w:t>
        </w:r>
      </w:hyperlink>
      <w:r>
        <w:t>)</w:t>
      </w:r>
      <w:r/>
    </w:p>
    <w:p>
      <w:pPr>
        <w:pStyle w:val="ListNumber"/>
        <w:spacing w:line="240" w:lineRule="auto"/>
        <w:ind w:left="720"/>
      </w:pPr>
      <w:r/>
      <w:hyperlink r:id="rId11">
        <w:r>
          <w:rPr>
            <w:color w:val="0000EE"/>
            <w:u w:val="single"/>
          </w:rPr>
          <w:t>https://dfw501c.com/event/miss-lifewalk-2026-pageant-for-prism-health-ntx/</w:t>
        </w:r>
      </w:hyperlink>
      <w:r>
        <w:t xml:space="preserve"> - The 22nd annual Miss LifeWalk Pageant, hosted by Marsha Dimes, is scheduled for October 4, 2026, at Station 4's Rose Room. The event will showcase local drag performers competing for the title of Miss LifeWalk 2026, with proceeds supporting Prism Health North Texas and its essential healthcare services. (</w:t>
      </w:r>
      <w:hyperlink r:id="rId18">
        <w:r>
          <w:rPr>
            <w:color w:val="0000EE"/>
            <w:u w:val="single"/>
          </w:rPr>
          <w:t>dfw501c.com</w:t>
        </w:r>
      </w:hyperlink>
      <w:r>
        <w:t>)</w:t>
      </w:r>
      <w:r/>
    </w:p>
    <w:p>
      <w:pPr>
        <w:pStyle w:val="ListNumber"/>
        <w:spacing w:line="240" w:lineRule="auto"/>
        <w:ind w:left="720"/>
      </w:pPr>
      <w:r/>
      <w:hyperlink r:id="rId14">
        <w:r>
          <w:rPr>
            <w:color w:val="0000EE"/>
            <w:u w:val="single"/>
          </w:rPr>
          <w:t>https://happeningnext.com/event/miss-lifewalk-2026-pageant-for-prism-health-ntx-eid1ar56ct4o8</w:t>
        </w:r>
      </w:hyperlink>
      <w:r>
        <w:t xml:space="preserve"> - Prism Health North Texas presents the 22nd annual Miss LifeWalk Pageant on October 4, 2026, at Station 4's Rose Room. Hosted by Marsha Dimes, the event features local drag performers competing for the title of Miss LifeWalk 2026, with proceeds supporting LGBTQIA+ healthcare programs and services. (</w:t>
      </w:r>
      <w:hyperlink r:id="rId19">
        <w:r>
          <w:rPr>
            <w:color w:val="0000EE"/>
            <w:u w:val="single"/>
          </w:rPr>
          <w:t>happeningnext.com</w:t>
        </w:r>
      </w:hyperlink>
      <w:r>
        <w:t>)</w:t>
      </w:r>
      <w:r/>
    </w:p>
    <w:p>
      <w:pPr>
        <w:pStyle w:val="ListNumber"/>
        <w:spacing w:line="240" w:lineRule="auto"/>
        <w:ind w:left="720"/>
      </w:pPr>
      <w:r/>
      <w:hyperlink r:id="rId12">
        <w:r>
          <w:rPr>
            <w:color w:val="0000EE"/>
            <w:u w:val="single"/>
          </w:rPr>
          <w:t>https://www.phntx.org/lifewalk/</w:t>
        </w:r>
      </w:hyperlink>
      <w:r>
        <w:t xml:space="preserve"> - Miss LifeWalk is a fundraising event for Prism Health North Texas, celebrating drag artistry, community, and giving back. Contestants showcase their talent and creativity, with all funds raised supporting the organisation's mission to advance the health of North Texans through education, research, prevention, and personalised HIV care. (</w:t>
      </w:r>
      <w:hyperlink r:id="rId20">
        <w:r>
          <w:rPr>
            <w:color w:val="0000EE"/>
            <w:u w:val="single"/>
          </w:rPr>
          <w:t>phntx.org</w:t>
        </w:r>
      </w:hyperlink>
      <w:r>
        <w:t>)</w:t>
      </w:r>
      <w:r/>
    </w:p>
    <w:p>
      <w:pPr>
        <w:pStyle w:val="ListNumber"/>
        <w:spacing w:line="240" w:lineRule="auto"/>
        <w:ind w:left="720"/>
      </w:pPr>
      <w:r/>
      <w:hyperlink r:id="rId13">
        <w:r>
          <w:rPr>
            <w:color w:val="0000EE"/>
            <w:u w:val="single"/>
          </w:rPr>
          <w:t>https://dallasweekly.com/2026/09/phntx-miss-lifewalk-pageant/</w:t>
        </w:r>
      </w:hyperlink>
      <w:r>
        <w:t xml:space="preserve"> - Prism Health North Texas has announced its 22nd annual Miss LifeWalk pageant, scheduled for October 4, 2026, at Station 4's Rose Room. Hosted by Marsha Dimes, the fundraiser supports LGBTQIA+ healthcare programs and services for over 17,000 patients, with the winner receiving a $500 cash prize and serving as a community healthcare ambassador through October 2027. (</w:t>
      </w:r>
      <w:hyperlink r:id="rId21">
        <w:r>
          <w:rPr>
            <w:color w:val="0000EE"/>
            <w:u w:val="single"/>
          </w:rPr>
          <w:t>dallasweekly.com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09/30/her-first-name-aint-baby-its-janet-miss-lifewalk-if-youre-nasty/" TargetMode="External"/><Relationship Id="rId10" Type="http://schemas.openxmlformats.org/officeDocument/2006/relationships/hyperlink" Target="https://www.phntx.org/event/miss-lifewalk-2026/" TargetMode="External"/><Relationship Id="rId11" Type="http://schemas.openxmlformats.org/officeDocument/2006/relationships/hyperlink" Target="https://dfw501c.com/event/miss-lifewalk-2026-pageant-for-prism-health-ntx/" TargetMode="External"/><Relationship Id="rId12" Type="http://schemas.openxmlformats.org/officeDocument/2006/relationships/hyperlink" Target="https://www.phntx.org/lifewalk/" TargetMode="External"/><Relationship Id="rId13" Type="http://schemas.openxmlformats.org/officeDocument/2006/relationships/hyperlink" Target="https://dallasweekly.com/2026/09/phntx-miss-lifewalk-pageant/" TargetMode="External"/><Relationship Id="rId14" Type="http://schemas.openxmlformats.org/officeDocument/2006/relationships/hyperlink" Target="https://happeningnext.com/event/miss-lifewalk-2026-pageant-for-prism-health-ntx-eid1ar56ct4o8" TargetMode="External"/><Relationship Id="rId15" Type="http://schemas.openxmlformats.org/officeDocument/2006/relationships/hyperlink" Target="https://dallasvoice.com/breaking-burgers-burgundy-rescheduled/" TargetMode="External"/><Relationship Id="rId16" Type="http://schemas.openxmlformats.org/officeDocument/2006/relationships/hyperlink" Target="https://dallasvoice.com/breaking-burgers-burgundy-rescheduled/?utm_source=openai" TargetMode="External"/><Relationship Id="rId17" Type="http://schemas.openxmlformats.org/officeDocument/2006/relationships/hyperlink" Target="https://www.phntx.org/event/miss-lifewalk-2026/?utm_source=openai" TargetMode="External"/><Relationship Id="rId18" Type="http://schemas.openxmlformats.org/officeDocument/2006/relationships/hyperlink" Target="https://dfw501c.com/event/miss-lifewalk-2026-pageant-for-prism-health-ntx/?utm_source=openai" TargetMode="External"/><Relationship Id="rId19" Type="http://schemas.openxmlformats.org/officeDocument/2006/relationships/hyperlink" Target="https://happeningnext.com/event/miss-lifewalk-2026-pageant-for-prism-health-ntx-eid1ar56ct4o8?utm_source=openai" TargetMode="External"/><Relationship Id="rId20" Type="http://schemas.openxmlformats.org/officeDocument/2006/relationships/hyperlink" Target="https://www.phntx.org/lifewalk/?utm_source=openai" TargetMode="External"/><Relationship Id="rId21" Type="http://schemas.openxmlformats.org/officeDocument/2006/relationships/hyperlink" Target="https://dallasweekly.com/2026/09/phntx-miss-lifewalk-pagean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