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Comics Coming November 2026 for Queer Readers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hunting for the best LGBTQIA+ comics coming in November 2026 have plenty to choose from, including festive superhero anthologies, tender queer romance and unnerving horror. Across Dark Horse, DC, IDW, Image and Marvel, the month mixes familiar heroes with fresh graphic novels and bold genre stories.</w:t>
      </w:r>
      <w:r/>
    </w:p>
    <w:p>
      <w:pPr>
        <w:pStyle w:val="Heading2"/>
      </w:pPr>
      <w:r>
        <w:t>Essential Takeaways</w:t>
      </w:r>
      <w:r/>
      <w:r/>
    </w:p>
    <w:p>
      <w:pPr>
        <w:pStyle w:val="ListBullet"/>
        <w:spacing w:line="240" w:lineRule="auto"/>
        <w:ind w:left="720"/>
      </w:pPr>
      <w:r/>
      <w:r>
        <w:rPr>
          <w:b/>
        </w:rPr>
        <w:t>Holiday highlights:</w:t>
      </w:r>
      <w:r>
        <w:t xml:space="preserve"> DC’s Naughty List and Marvel Winter Break Special arrive on 25 November.</w:t>
      </w:r>
      <w:r/>
    </w:p>
    <w:p>
      <w:pPr>
        <w:pStyle w:val="ListBullet"/>
        <w:spacing w:line="240" w:lineRule="auto"/>
        <w:ind w:left="720"/>
      </w:pPr>
      <w:r/>
      <w:r>
        <w:rPr>
          <w:b/>
        </w:rPr>
        <w:t>Queer romance:</w:t>
      </w:r>
      <w:r>
        <w:t xml:space="preserve"> Dream Girl Disaster brings rivals, student filmmaking and complicated feelings together.</w:t>
      </w:r>
      <w:r/>
    </w:p>
    <w:p>
      <w:pPr>
        <w:pStyle w:val="ListBullet"/>
        <w:spacing w:line="240" w:lineRule="auto"/>
        <w:ind w:left="720"/>
      </w:pPr>
      <w:r/>
      <w:r>
        <w:rPr>
          <w:b/>
        </w:rPr>
        <w:t>Body horror:</w:t>
      </w:r>
      <w:r>
        <w:t xml:space="preserve"> Did You Hear About Mimi Green turns wellness culture and online backlash into surreal horror.</w:t>
      </w:r>
      <w:r/>
    </w:p>
    <w:p>
      <w:pPr>
        <w:pStyle w:val="ListBullet"/>
        <w:spacing w:line="240" w:lineRule="auto"/>
        <w:ind w:left="720"/>
      </w:pPr>
      <w:r/>
      <w:r>
        <w:rPr>
          <w:b/>
        </w:rPr>
        <w:t>Big superhero moments:</w:t>
      </w:r>
      <w:r>
        <w:t xml:space="preserve"> Justice League Unlimited, Batwoman, X-Men and Black Cat all feature queer-relevant characters or themes.</w:t>
      </w:r>
      <w:r/>
    </w:p>
    <w:p>
      <w:pPr>
        <w:pStyle w:val="ListBullet"/>
        <w:spacing w:line="240" w:lineRule="auto"/>
        <w:ind w:left="720"/>
      </w:pPr>
      <w:r/>
      <w:r>
        <w:rPr>
          <w:b/>
        </w:rPr>
        <w:t>Shop local:</w:t>
      </w:r>
      <w:r>
        <w:t xml:space="preserve"> Independent comic shops and bookshops remain useful for pre-orders, recommendations and hard-to-find editions.</w:t>
      </w:r>
      <w:r/>
      <w:r/>
    </w:p>
    <w:p>
      <w:pPr>
        <w:pStyle w:val="Heading2"/>
      </w:pPr>
      <w:r>
        <w:t>November’s queer comics line-up is wonderfully hard to predict</w:t>
      </w:r>
      <w:r/>
    </w:p>
    <w:p>
      <w:r/>
      <w:r>
        <w:t>November’s list feels less like a single trend and more like a packed comic-shop shelf: one minute you’re browsing a warm YA romance, the next you’re staring at a gilded nightmare of celebrity culture. The selection spans superhero serials, historical BL, holiday stories, science fiction and horror, giving queer readers plenty of different moods to choose from.</w:t>
      </w:r>
      <w:r/>
    </w:p>
    <w:p>
      <w:r/>
      <w:r>
        <w:t>The common thread is visibility, rather than one particular genre. Some books centre LGBTQIA+ characters, while others qualify through queer themes, creators or allies. That makes the month especially appealing for readers who want representation without being funnelled into one narrow category.</w:t>
      </w:r>
      <w:r/>
    </w:p>
    <w:p>
      <w:r/>
      <w:r>
        <w:t>For newcomers, the individual issue numbering can look intimidating. A collected graphic novel such as Dream Girl Disaster or Did You Hear About Mimi Green is usually the easiest starting point, while ongoing titles reward readers who enjoy following a story month by month.</w:t>
      </w:r>
      <w:r/>
    </w:p>
    <w:p>
      <w:pPr>
        <w:pStyle w:val="Heading2"/>
      </w:pPr>
      <w:r>
        <w:t>Dream Girl Disaster makes awkward feelings the main event</w:t>
      </w:r>
      <w:r/>
    </w:p>
    <w:p>
      <w:r/>
      <w:r>
        <w:t>Balazs Lorinczi’s Dream Girl Disaster follows Jo, Susie and Helen as a student film project brings old tensions into sharp focus. Jo and Helen are rivals, but Jo’s vivid dreams begin placing her inside Helen’s action-film world, where the emotional boundaries become rather less tidy.</w:t>
      </w:r>
      <w:r/>
    </w:p>
    <w:p>
      <w:r/>
      <w:r>
        <w:t>It’s a familiar YA setup with a playful supernatural twist: creative collaboration, friendship anxiety and the suspicion that irritation might be covering something more complicated. The film-school setting also gives the story a lively, handmade quality. You can almost hear the clatter of equipment and feel the pressure of a deadline approaching.</w:t>
      </w:r>
      <w:r/>
    </w:p>
    <w:p>
      <w:r/>
      <w:r>
        <w:t>Lorinczi previously made Doughnuts and Doom, and this marks his fourth YA graphic novel. For readers searching for a queer graphic novel about rivals-to-romance tension, dreams and messy friendship, it looks like one of the month’s gentler but most promising choices.</w:t>
      </w:r>
      <w:r/>
    </w:p>
    <w:p>
      <w:pPr>
        <w:pStyle w:val="Heading2"/>
      </w:pPr>
      <w:r>
        <w:t>Mimi Green turns wellness culture into a nightmare</w:t>
      </w:r>
      <w:r/>
    </w:p>
    <w:p>
      <w:r/>
      <w:r>
        <w:t>Did You Hear About Mimi Green takes a much darker route. Connor Goldsmith and Josh Cornillon’s graphic novel follows a popular essayist whose old, cruel writing resurfaces online, sending her to an isolated mental health facility while public outrage gathers around her.</w:t>
      </w:r>
      <w:r/>
    </w:p>
    <w:p>
      <w:r/>
      <w:r>
        <w:t>By day, the retreat offers sound baths, crystals and polished reassurance. By night, it shifts into something grotesque, with an older, hungry version of the building waiting beyond the ordinary corridors. The setup gives the book room to probe body image, public punishment, reputation and the performance of being a perfectly curated person.</w:t>
      </w:r>
      <w:r/>
    </w:p>
    <w:p>
      <w:r/>
      <w:r>
        <w:t>Natalie, Mimi’s lesbian former lover, becomes central to the search for her. That relationship adds emotional weight to a story that might otherwise be content with simply being strange and bloody. Described as a collision between Silent Hill and The Substance, it’s clearly aimed at readers who like their social commentary with a strong queasy aftertaste.</w:t>
      </w:r>
      <w:r/>
    </w:p>
    <w:p>
      <w:pPr>
        <w:pStyle w:val="Heading2"/>
      </w:pPr>
      <w:r>
        <w:t>Holiday specials bring queer-friendly chaos to the mantelpiece</w:t>
      </w:r>
      <w:r/>
    </w:p>
    <w:p>
      <w:r/>
      <w:r>
        <w:t>Comic-book holiday specials can be wonderfully silly, and November 2026 has two arriving together. DC’s Naughty List gathers villains including Poison Ivy, Livewire, Catman and Mr Freeze for a festive anthology that treats seasonal goodwill as an optional extra.</w:t>
      </w:r>
      <w:r/>
    </w:p>
    <w:p>
      <w:r/>
      <w:r>
        <w:t>Marvel’s Winter Break Special takes a brighter, more glamorous approach. Set around a New Year’s Eve party, it promises heroic fashion, multiple stories and a Wolverine-led Avengers versus X-Men hockey game. Black Cat’s appearance is enough to give the issue a place on this LGBTQIA+-focused list, even though the publisher hasn’t supplied a creator roster for the anthology.</w:t>
      </w:r>
      <w:r/>
    </w:p>
    <w:p>
      <w:r/>
      <w:r>
        <w:t>Both books are scheduled for 25 November, making them easy additions to a pre-Thanksgiving comic-shop visit. They’re also the sort of releases that work well as casual gifts: colourful, recognisable and not dependent on a reader knowing every detail of current continuity.</w:t>
      </w:r>
      <w:r/>
    </w:p>
    <w:p>
      <w:pPr>
        <w:pStyle w:val="Heading2"/>
      </w:pPr>
      <w:r>
        <w:t>Superhero shelves remain packed with queer representation</w:t>
      </w:r>
      <w:r/>
    </w:p>
    <w:p>
      <w:r/>
      <w:r>
        <w:t>DC’s ongoing books offer several strong options. Batwoman continues Kate Kane’s tense investigation, while Justice League Unlimited gives Dreamer a major role in a story written by Nicole Maines. Renee Montoya also appears in the wider Justice League cast, and Tim Drake features in Batman.</w:t>
      </w:r>
      <w:r/>
    </w:p>
    <w:p>
      <w:r/>
      <w:r>
        <w:t>There’s plenty for readers who prefer collected editions. New Titans Vol. 1: The Future Is Tomorrow launches a new era for the young team, while Nightwing Vol. 4: Bludhaven Lore brings supernatural noir, urban folklore and an appearance from a certain red-haired Titan. Poison Ivy Vol. 8: Grassroots Monarchy is another notable collection, pushing Pamela into Gotham’s political machinery with predictably messy results.</w:t>
      </w:r>
      <w:r/>
    </w:p>
    <w:p>
      <w:r/>
      <w:r>
        <w:t>Marvel’s list is similarly busy. Black Cat teams Felicia Hardy with Emma Frost, while X-Men titles include Bobby Drake, Rictor and Shatterstar among their queer characters. These appearances aren’t all the same in size or importance, but together they show how queer heroes and relationships are now woven through mainstream superhero continuity rather than kept to one specialist corner.</w:t>
      </w:r>
      <w:r/>
    </w:p>
    <w:p>
      <w:pPr>
        <w:pStyle w:val="Heading2"/>
      </w:pPr>
      <w:r>
        <w:t>How to choose what to read first</w:t>
      </w:r>
      <w:r/>
    </w:p>
    <w:p>
      <w:r/>
      <w:r>
        <w:t>If you want a complete story, start with a trade paperback. Dream Girl Disaster is the obvious softer option, while Did You Hear About Mimi Green suits readers after horror with teeth. Akatsubaki offers a historical demon romance, although its tragic tone means it’s better approached with a little emotional preparation.</w:t>
      </w:r>
      <w:r/>
    </w:p>
    <w:p>
      <w:r/>
      <w:r>
        <w:t>For monthly readers, look for a first issue or a clearly signposted new arc. Exquisite Corpses: Lone Gunman #1 expands Image’s violent anthology world, while Spider-Woman #1 begins a new series during Jessica Drew’s 50th anniversary celebrations. Marvel’s X-Orcists #1 is another accessible one-shot-style entry point, blending mutant superhero action with demonic horror.</w:t>
      </w:r>
      <w:r/>
    </w:p>
    <w:p>
      <w:r/>
      <w:r>
        <w:t>Before ordering, check whether a title is a single issue, a complete collection or the latest instalment in a longer run. Your local comic shop can usually flag the right jumping-on point, arrange a pull-list copy and explain which previous volume you’ll actually need. That small conversation can save both money and a mildly bewildered evening.</w:t>
      </w:r>
      <w:r/>
    </w:p>
    <w:p>
      <w:r/>
      <w:r>
        <w:t>November’s LGBTQIA+ comics offer everything from soft romance to spectacularly weird horror, so there’s no need to settle for just one mood.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w:t>
      </w:r>
      <w:r/>
    </w:p>
    <w:p>
      <w:pPr>
        <w:pStyle w:val="Heading2"/>
      </w:pPr>
      <w:r>
        <w:t>Bibliography</w:t>
      </w:r>
      <w:r/>
    </w:p>
    <w:p>
      <w:r/>
      <w:r>
        <w:t xml:space="preserve">1. </w:t>
      </w:r>
      <w:hyperlink r:id="rId9">
        <w:r>
          <w:rPr>
            <w:color w:val="0000EE"/>
            <w:u w:val="single"/>
          </w:rPr>
          <w:t>https://gayleague.com/lgbtqa-previews-november-2026-part-2/</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league.com/lgbtqa-previews-november-2026-part-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