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Star Wars Characters and Why They Matter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Fans are looking beyond lightsabers and space battles to celebrate the LGBTQ+ Star Wars characters who’ve expanded the galaxy’s idea of identity, love and heroism. From Lando Calrissian’s pansexual swagger to Djobvi Resmia’s nonbinary representation, these figures show why the franchise feels richer when its future includes everyone.</w:t>
      </w:r>
      <w:r/>
    </w:p>
    <w:p>
      <w:pPr>
        <w:pStyle w:val="Heading2"/>
      </w:pPr>
      <w:r>
        <w:t>Essential Takeaways</w:t>
      </w:r>
      <w:r/>
      <w:r/>
    </w:p>
    <w:p>
      <w:pPr>
        <w:pStyle w:val="ListBullet"/>
        <w:spacing w:line="240" w:lineRule="auto"/>
        <w:ind w:left="720"/>
      </w:pPr>
      <w:r/>
      <w:r>
        <w:rPr>
          <w:b/>
        </w:rPr>
        <w:t>Lando’s identity:</w:t>
      </w:r>
      <w:r>
        <w:t xml:space="preserve"> Writers described the charming smuggler as pansexual, adding fresh context to his flirtatious personality.</w:t>
      </w:r>
      <w:r/>
    </w:p>
    <w:p>
      <w:pPr>
        <w:pStyle w:val="ListBullet"/>
        <w:spacing w:line="240" w:lineRule="auto"/>
        <w:ind w:left="720"/>
      </w:pPr>
      <w:r/>
      <w:r>
        <w:rPr>
          <w:b/>
        </w:rPr>
        <w:t>Djobvi’s importance:</w:t>
      </w:r>
      <w:r>
        <w:t xml:space="preserve"> The Young Jedi Adventures character gives younger viewers a visible nonbinary Jedi hero.</w:t>
      </w:r>
      <w:r/>
    </w:p>
    <w:p>
      <w:pPr>
        <w:pStyle w:val="ListBullet"/>
        <w:spacing w:line="240" w:lineRule="auto"/>
        <w:ind w:left="720"/>
      </w:pPr>
      <w:r/>
      <w:r>
        <w:rPr>
          <w:b/>
        </w:rPr>
        <w:t>Queer rebellion:</w:t>
      </w:r>
      <w:r>
        <w:t xml:space="preserve"> Andor’s Cinta Kaz shows how love, trauma and resistance can collide in morally complicated ways.</w:t>
      </w:r>
      <w:r/>
    </w:p>
    <w:p>
      <w:pPr>
        <w:pStyle w:val="ListBullet"/>
        <w:spacing w:line="240" w:lineRule="auto"/>
        <w:ind w:left="720"/>
      </w:pPr>
      <w:r/>
      <w:r>
        <w:rPr>
          <w:b/>
        </w:rPr>
        <w:t>Historic screen moment:</w:t>
      </w:r>
      <w:r>
        <w:t xml:space="preserve"> Commander Larma D’Acy and Lieutenant Wrobie Tyce shared Star Wars’ first onscreen lesbian kiss.</w:t>
      </w:r>
      <w:r/>
    </w:p>
    <w:p>
      <w:pPr>
        <w:pStyle w:val="ListBullet"/>
        <w:spacing w:line="240" w:lineRule="auto"/>
        <w:ind w:left="720"/>
      </w:pPr>
      <w:r/>
      <w:r>
        <w:rPr>
          <w:b/>
        </w:rPr>
        <w:t>A wider canon:</w:t>
      </w:r>
      <w:r>
        <w:t xml:space="preserve"> Characters such as Sister and Doctor Aphra have helped bring trans and lesbian representation into books and comics.</w:t>
      </w:r>
      <w:r/>
      <w:r/>
    </w:p>
    <w:p>
      <w:pPr>
        <w:pStyle w:val="Heading2"/>
      </w:pPr>
      <w:r>
        <w:t>Star Wars has always had room for more than one kind of hero</w:t>
      </w:r>
      <w:r/>
    </w:p>
    <w:p>
      <w:r/>
      <w:r>
        <w:t>The most exciting thing about LGBTQ+ Star Wars characters is how naturally they fit the franchise’s huge, unruly universe. This is a setting packed with different species, cultures and ways of living, so a galaxy without queer people would feel far less believable.</w:t>
      </w:r>
      <w:r/>
    </w:p>
    <w:p>
      <w:r/>
      <w:r>
        <w:t>That wider view has arrived gradually rather than all at once. Some characters were later clarified through interviews, novels or comics, while others received more visible recognition on screen. As coverage from NME and Den of Geek shows, Lando’s sexuality became a particularly lively part of the conversation after Solo: A Star Wars Story.</w:t>
      </w:r>
      <w:r/>
    </w:p>
    <w:p>
      <w:pPr>
        <w:pStyle w:val="Heading2"/>
      </w:pPr>
      <w:r>
        <w:t>Lando Calrissian brings pansexual swagger to the galaxy</w:t>
      </w:r>
      <w:r/>
    </w:p>
    <w:p>
      <w:r/>
      <w:r>
        <w:t>Lando remains one of the series’ smoothest creations: part gambler, part negotiator and entirely too confident for his own safety. His charm has always crossed social boundaries, which makes the later description of him as pansexual feel less like a sudden rewrite and more like a name for something fans had already sensed.</w:t>
      </w:r>
      <w:r/>
    </w:p>
    <w:p>
      <w:r/>
      <w:r>
        <w:t>Screenwriter Jonathan Kasdan described Lando that way during discussion of Solo, while Donald Glover welcomed the interpretation. Maxim reported on the comments at the time, and Slashfilm also highlighted the creative team’s explanation. It’s a small but meaningful shift, turning the character’s flirtation from a running joke into part of his identity.</w:t>
      </w:r>
      <w:r/>
    </w:p>
    <w:p>
      <w:r/>
      <w:r>
        <w:t>That matters because Lando’s queerness isn’t presented as his only defining trait. He’s still a complicated operator with questionable judgement, a sharp wardrobe and a worrying talent for getting friends into trouble. In other words, he gets to be a full Star Wars character first.</w:t>
      </w:r>
      <w:r/>
    </w:p>
    <w:p>
      <w:pPr>
        <w:pStyle w:val="Heading2"/>
      </w:pPr>
      <w:r>
        <w:t>Djobvi Resmia offers young viewers a nonbinary hero</w:t>
      </w:r>
      <w:r/>
    </w:p>
    <w:p>
      <w:r/>
      <w:r>
        <w:t>Representation lands differently when it appears in stories made for children. Djobvi Resmia, from Star Wars: Young Jedi Adventures, gives younger audiences a nonbinary character who is a lively, competitive member of the group rather than an abstract lesson about difference.</w:t>
      </w:r>
      <w:r/>
    </w:p>
    <w:p>
      <w:r/>
      <w:r>
        <w:t>The character’s presence is especially valuable in science fiction, where nonbinary identities have too often been attached only to alien creatures or distant, unexplained societies. Djobvi is recognisably a child learning, competing and making mistakes, which makes the representation feel warm and grounded.</w:t>
      </w:r>
      <w:r/>
    </w:p>
    <w:p>
      <w:r/>
      <w:r>
        <w:t>Star Wars fan references identify Djobvi as one of the franchise’s nonbinary characters, while coverage of Young Jedi Adventures places them within the series’ young Jedi ensemble. That combination gives the show an appealing message: winning feels better when nobody gets left behind.</w:t>
      </w:r>
      <w:r/>
    </w:p>
    <w:p>
      <w:pPr>
        <w:pStyle w:val="Heading2"/>
      </w:pPr>
      <w:r>
        <w:t>Andor makes queer resistance complicated and human</w:t>
      </w:r>
      <w:r/>
    </w:p>
    <w:p>
      <w:r/>
      <w:r>
        <w:t>Cinta Kaz represents a grittier side of queer storytelling in Star Wars. Her relationship with Vel Sartha exists within a rebellion shaped by loss, secrecy and violence, so romance never becomes a neat escape from the wider conflict.</w:t>
      </w:r>
      <w:r/>
    </w:p>
    <w:p>
      <w:r/>
      <w:r>
        <w:t>That tension is part of what makes the pairing so affecting. Cinta’s determination is rooted in personal tragedy, while her bond with Vel offers a glimpse of trust inside a world built around suspicion. The result is not a glossy space opera romance, but something quieter and more bruised.</w:t>
      </w:r>
      <w:r/>
    </w:p>
    <w:p>
      <w:r/>
      <w:r>
        <w:t>Andor’s approach also reflects a broader change in the franchise. Recent stories have become more comfortable with heroes who are morally messy, emotionally guarded and shaped by systems they’re trying to destroy. For queer characters, that complexity is important: they don’t have to be perfect to be meaningful.</w:t>
      </w:r>
      <w:r/>
    </w:p>
    <w:p>
      <w:pPr>
        <w:pStyle w:val="Heading2"/>
      </w:pPr>
      <w:r>
        <w:t>The first onscreen kiss changed the conversation</w:t>
      </w:r>
      <w:r/>
    </w:p>
    <w:p>
      <w:r/>
      <w:r>
        <w:t>Commander Larma D’Acy’s embrace with Lieutenant Wrobie Tyce in The Last Jedi was brief, but its importance travelled well beyond the scene itself. It gave the main Star Wars films a visible lesbian couple at a moment when queer affection was still frustratingly rare in the blockbuster series.</w:t>
      </w:r>
      <w:r/>
    </w:p>
    <w:p>
      <w:r/>
      <w:r>
        <w:t>The scene doesn’t stop the story for a speech or turn the characters into symbols. Instead, it appears amid celebration and relief, a quick moment of intimacy after the Resistance survives another brutal chapter. That ordinariness is precisely why it carries weight.</w:t>
      </w:r>
      <w:r/>
    </w:p>
    <w:p>
      <w:r/>
      <w:r>
        <w:t>It also points to the difference between being present in a franchise and being visible within it. Books and comics had already opened doors for LGBTQ+ characters, but a simple onscreen gesture can reach audiences who never encounter the expanded canon.</w:t>
      </w:r>
      <w:r/>
    </w:p>
    <w:p>
      <w:pPr>
        <w:pStyle w:val="Heading2"/>
      </w:pPr>
      <w:r>
        <w:t>Books and comics pushed the galaxy further</w:t>
      </w:r>
      <w:r/>
    </w:p>
    <w:p>
      <w:r/>
      <w:r>
        <w:t>Sister, the transgender clone introduced in Queen’s Hope, brings a different kind of representation to the Clone Wars era. Her story centres on identity, acceptance and the support of fellow soldiers, offering a reminder that solidarity can exist even inside a military machine.</w:t>
      </w:r>
      <w:r/>
    </w:p>
    <w:p>
      <w:r/>
      <w:r>
        <w:t>Doctor Chelli Lona Aphra, meanwhile, became one of the most prominent lesbian characters in Star Wars comics. Her adventures are gloriously chaotic, involving ancient technology, dangerous alliances and enough bad decisions to keep any sensible person far away. She also has the rare distinction of leading her own comic series, rather than appearing only at the edge of someone else’s story.</w:t>
      </w:r>
      <w:r/>
    </w:p>
    <w:p>
      <w:r/>
      <w:r>
        <w:t>Together, these characters show how much the wider canon can contribute. Films may draw the biggest crowds, but novels and comics often have the breathing space to explore identity, relationships and personal history with more texture. That’s good news for a universe this vast, because there’s clearly room for many more stories.</w:t>
      </w:r>
      <w:r/>
    </w:p>
    <w:p>
      <w:r/>
      <w:r>
        <w:t>Queer representation makes Star Wars feel more like the galaxy it claims to be.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1">
        <w:r>
          <w:rPr>
            <w:color w:val="0000EE"/>
            <w:u w:val="single"/>
          </w:rPr>
          <w:t>[8]</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1">
        <w:r>
          <w:rPr>
            <w:color w:val="0000EE"/>
            <w:u w:val="single"/>
          </w:rPr>
          <w:t>[8]</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1">
        <w:r>
          <w:rPr>
            <w:color w:val="0000EE"/>
            <w:u w:val="single"/>
          </w:rPr>
          <w:t>[8]</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1">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https://gaymingmag.com/2026/09/the-best-lgbtq-star-wars-characters/?utm_source=rss&amp;utm_medium=rss&amp;utm_campaign=the-best-lgbtq-star-wars-characters</w:t>
        </w:r>
      </w:hyperlink>
      <w:r>
        <w:t xml:space="preserve"> - Please view link - unable to able to access data</w:t>
      </w:r>
      <w:r/>
    </w:p>
    <w:p>
      <w:pPr>
        <w:pStyle w:val="ListNumber"/>
        <w:spacing w:line="240" w:lineRule="auto"/>
        <w:ind w:left="720"/>
      </w:pPr>
      <w:r/>
      <w:hyperlink r:id="rId10">
        <w:r>
          <w:rPr>
            <w:color w:val="0000EE"/>
            <w:u w:val="single"/>
          </w:rPr>
          <w:t>https://www.maxim.com/entertainment/star-wars-writer-lando-calrissian-pansexual-2018-5/</w:t>
        </w:r>
      </w:hyperlink>
      <w:r>
        <w:t xml:space="preserve"> - In May 2018, Jonathan Kasdan, co-writer of 'Solo: A Star Wars Story', confirmed that Lando Calrissian is pansexual. He stated, "I would say yes," when asked about Lando's sexuality, highlighting the character's fluidity and openness to various attractions. Kasdan expressed a desire for a more explicitly LGBT character in the film, noting the fun in exploring Lando's spectrum of sexuality. This revelation adds depth to Lando's character, aligning with the film's portrayal of his charismatic and charming nature.</w:t>
      </w:r>
      <w:r/>
    </w:p>
    <w:p>
      <w:pPr>
        <w:pStyle w:val="ListNumber"/>
        <w:spacing w:line="240" w:lineRule="auto"/>
        <w:ind w:left="720"/>
      </w:pPr>
      <w:r/>
      <w:hyperlink r:id="rId11">
        <w:r>
          <w:rPr>
            <w:color w:val="0000EE"/>
            <w:u w:val="single"/>
          </w:rPr>
          <w:t>https://www.denofgeek.com/movies/star-wars-is-lando-pansexual/</w:t>
        </w:r>
      </w:hyperlink>
      <w:r>
        <w:t xml:space="preserve"> - In May 2018, screenwriters Jonathan and Lawrence Kasdan revealed that Lando Calrissian is pansexual. Jonathan Kasdan described Lando's sexuality as having "a fluidity," emphasizing the character's openness to various attractions. He expressed a desire for a more explicitly LGBT character in the film, stating, "I would have loved to have gotten a more explicitly LGBT character into this movie." This confirmation adds depth to Lando's character, aligning with the film's portrayal of his charismatic and charming nature.</w:t>
      </w:r>
      <w:r/>
    </w:p>
    <w:p>
      <w:pPr>
        <w:pStyle w:val="ListNumber"/>
        <w:spacing w:line="240" w:lineRule="auto"/>
        <w:ind w:left="720"/>
      </w:pPr>
      <w:r/>
      <w:hyperlink r:id="rId12">
        <w:r>
          <w:rPr>
            <w:color w:val="0000EE"/>
            <w:u w:val="single"/>
          </w:rPr>
          <w:t>https://www.nme.com/news/film/star-wars-icon-lando-calrissian-is-pansexual-2318935</w:t>
        </w:r>
      </w:hyperlink>
      <w:r>
        <w:t xml:space="preserve"> - In May 2018, Jonathan Kasdan, co-writer of 'Solo: A Star Wars Story', confirmed that Lando Calrissian is pansexual. He stated, "I would say yes," when asked about Lando's sexuality, highlighting the character's fluidity and openness to various attractions. Kasdan expressed a desire for a more explicitly LGBT character in the film, noting the fun in exploring Lando's spectrum of sexuality. This revelation adds depth to Lando's character, aligning with the film's portrayal of his charismatic and charming nature.</w:t>
      </w:r>
      <w:r/>
    </w:p>
    <w:p>
      <w:pPr>
        <w:pStyle w:val="ListNumber"/>
        <w:spacing w:line="240" w:lineRule="auto"/>
        <w:ind w:left="720"/>
      </w:pPr>
      <w:r/>
      <w:hyperlink r:id="rId13">
        <w:r>
          <w:rPr>
            <w:color w:val="0000EE"/>
            <w:u w:val="single"/>
          </w:rPr>
          <w:t>https://www.slashfilm.com/558340/lando-is-pansexual-in-solo/</w:t>
        </w:r>
      </w:hyperlink>
      <w:r>
        <w:t xml:space="preserve"> - In May 2018, Jonathan Kasdan, co-writer of 'Solo: A Star Wars Story', confirmed that Lando Calrissian is pansexual. He stated, "I would say yes," when asked about Lando's sexuality, highlighting the character's fluidity and openness to various attractions. Kasdan expressed a desire for a more explicitly LGBT character in the film, noting the fun in exploring Lando's spectrum of sexuality. This revelation adds depth to Lando's character, aligning with the film's portrayal of his charismatic and charming nature.</w:t>
      </w:r>
      <w:r/>
    </w:p>
    <w:p>
      <w:pPr>
        <w:pStyle w:val="ListNumber"/>
        <w:spacing w:line="240" w:lineRule="auto"/>
        <w:ind w:left="720"/>
      </w:pPr>
      <w:r/>
      <w:hyperlink r:id="rId14">
        <w:r>
          <w:rPr>
            <w:color w:val="0000EE"/>
            <w:u w:val="single"/>
          </w:rPr>
          <w:t>https://starwars.fandom.com/wiki/Djovi_Resmia</w:t>
        </w:r>
      </w:hyperlink>
      <w:r>
        <w:t xml:space="preserve"> - Djovi Resmia is a non-binary character introduced in the animated series 'Star Wars: Young Jedi Adventures'. Voiced by non-binary actor Valeria Rodriguez, Djovi is a Jedi Initiate on the planet Tenoo during the High Republic Era. The character's inclusion marks a significant step in representing non-binary identities within the Star Wars universe, providing a well-rounded example of this identity in science fiction media. Djovi's presence offers representation for both new and existing Star Wars fans, highlighting the franchise's commitment to diversity.</w:t>
      </w:r>
      <w:r/>
    </w:p>
    <w:p>
      <w:pPr>
        <w:pStyle w:val="ListNumber"/>
        <w:spacing w:line="240" w:lineRule="auto"/>
        <w:ind w:left="720"/>
      </w:pPr>
      <w:r/>
      <w:hyperlink r:id="rId15">
        <w:r>
          <w:rPr>
            <w:color w:val="0000EE"/>
            <w:u w:val="single"/>
          </w:rPr>
          <w:t>https://en.wikipedia.org/wiki/Star_Wars:_Young_Jedi_Adventures</w:t>
        </w:r>
      </w:hyperlink>
      <w:r>
        <w:t xml:space="preserve"> - 'Star Wars: Young Jedi Adventures' is an American animated children's television series that follows a group of younglings as they learn to become Jedi Knights during the High Republic era. The series introduces Djovi Resmia, a non-binary character voiced by Valeria Rodriguez, marking a significant step in representing non-binary identities within the Star Wars universe. The show aims to teach young viewers about compassion, self-discipline, teamwork, and patience, aligning with the core values of the Jedi Order.</w:t>
      </w:r>
      <w:r/>
    </w:p>
    <w:p>
      <w:pPr>
        <w:pStyle w:val="ListNumber"/>
        <w:spacing w:line="240" w:lineRule="auto"/>
        <w:ind w:left="720"/>
      </w:pPr>
      <w:r/>
      <w:hyperlink r:id="rId11">
        <w:r>
          <w:rPr>
            <w:color w:val="0000EE"/>
            <w:u w:val="single"/>
          </w:rPr>
          <w:t>https://www.denofgeek.com/movies/star-wars-is-lando-pansexual/</w:t>
        </w:r>
      </w:hyperlink>
      <w:r>
        <w:t xml:space="preserve"> - In May 2018, screenwriters Jonathan and Lawrence Kasdan revealed that Lando Calrissian is pansexual. Jonathan Kasdan described Lando's sexuality as having "a fluidity," emphasizing the character's openness to various attractions. He expressed a desire for a more explicitly LGBT character in the film, stating, "I would have loved to have gotten a more explicitly LGBT character into this movie." This confirmation adds depth to Lando's character, aligning with the film's portrayal of his charismatic and charming nature.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mingmag.com/2026/09/the-best-lgbtq-star-wars-characters/?utm_source=rss&amp;utm_medium=rss&amp;utm_campaign=the-best-lgbtq-star-wars-characters" TargetMode="External"/><Relationship Id="rId10" Type="http://schemas.openxmlformats.org/officeDocument/2006/relationships/hyperlink" Target="https://www.maxim.com/entertainment/star-wars-writer-lando-calrissian-pansexual-2018-5/" TargetMode="External"/><Relationship Id="rId11" Type="http://schemas.openxmlformats.org/officeDocument/2006/relationships/hyperlink" Target="https://www.denofgeek.com/movies/star-wars-is-lando-pansexual/" TargetMode="External"/><Relationship Id="rId12" Type="http://schemas.openxmlformats.org/officeDocument/2006/relationships/hyperlink" Target="https://www.nme.com/news/film/star-wars-icon-lando-calrissian-is-pansexual-2318935" TargetMode="External"/><Relationship Id="rId13" Type="http://schemas.openxmlformats.org/officeDocument/2006/relationships/hyperlink" Target="https://www.slashfilm.com/558340/lando-is-pansexual-in-solo/" TargetMode="External"/><Relationship Id="rId14" Type="http://schemas.openxmlformats.org/officeDocument/2006/relationships/hyperlink" Target="https://starwars.fandom.com/wiki/Djovi_Resmia" TargetMode="External"/><Relationship Id="rId15" Type="http://schemas.openxmlformats.org/officeDocument/2006/relationships/hyperlink" Target="https://en.wikipedia.org/wiki/Star_Wars:_Young_Jedi_Adventu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