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History Month Events in New Hope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can expect a lively October in New Hope, Lambertville and nearby towns, as New Hope Celebrates brings together wellness, theatre, family activities, drag performances and the much-loved High Heel Drag Race. The month-long programme offers both joyful nights out and a chance to connect with the region's LGBTQ+ history.</w:t>
      </w:r>
      <w:r/>
    </w:p>
    <w:p>
      <w:pPr>
        <w:pStyle w:val="Heading2"/>
      </w:pPr>
      <w:r>
        <w:t>Essential Takeaways</w:t>
      </w:r>
      <w:r/>
      <w:r/>
    </w:p>
    <w:p>
      <w:pPr>
        <w:pStyle w:val="ListBullet"/>
        <w:spacing w:line="240" w:lineRule="auto"/>
        <w:ind w:left="720"/>
      </w:pPr>
      <w:r/>
      <w:r>
        <w:rPr>
          <w:b/>
        </w:rPr>
        <w:t>A full month of events:</w:t>
      </w:r>
      <w:r>
        <w:t xml:space="preserve"> Activities run from early October through the High Heel Drag Race on 25 October.</w:t>
      </w:r>
      <w:r/>
    </w:p>
    <w:p>
      <w:pPr>
        <w:pStyle w:val="ListBullet"/>
        <w:spacing w:line="240" w:lineRule="auto"/>
        <w:ind w:left="720"/>
      </w:pPr>
      <w:r/>
      <w:r>
        <w:rPr>
          <w:b/>
        </w:rPr>
        <w:t>The headline attraction:</w:t>
      </w:r>
      <w:r>
        <w:t xml:space="preserve"> Contestants will sprint in heels of at least three inches while carrying and decorating pumpkins.</w:t>
      </w:r>
      <w:r/>
    </w:p>
    <w:p>
      <w:pPr>
        <w:pStyle w:val="ListBullet"/>
        <w:spacing w:line="240" w:lineRule="auto"/>
        <w:ind w:left="720"/>
      </w:pPr>
      <w:r/>
      <w:r>
        <w:rPr>
          <w:b/>
        </w:rPr>
        <w:t>A colourful new backdrop:</w:t>
      </w:r>
      <w:r>
        <w:t xml:space="preserve"> The race will cross a Progress Pride street art installation on West Mechanic Street.</w:t>
      </w:r>
      <w:r/>
    </w:p>
    <w:p>
      <w:pPr>
        <w:pStyle w:val="ListBullet"/>
        <w:spacing w:line="240" w:lineRule="auto"/>
        <w:ind w:left="720"/>
      </w:pPr>
      <w:r/>
      <w:r>
        <w:rPr>
          <w:b/>
        </w:rPr>
        <w:t>Something for families:</w:t>
      </w:r>
      <w:r>
        <w:t xml:space="preserve"> Drag Queen Story Hour takes place at Lambertville Free Public Library on National Coming Out Day.</w:t>
      </w:r>
      <w:r/>
    </w:p>
    <w:p>
      <w:pPr>
        <w:pStyle w:val="ListBullet"/>
        <w:spacing w:line="240" w:lineRule="auto"/>
        <w:ind w:left="720"/>
      </w:pPr>
      <w:r/>
      <w:r>
        <w:rPr>
          <w:b/>
        </w:rPr>
        <w:t>Community support matters:</w:t>
      </w:r>
      <w:r>
        <w:t xml:space="preserve"> Several events raise funds for local arts, youth and LGBTQ+ organisations.</w:t>
      </w:r>
      <w:r/>
      <w:r/>
    </w:p>
    <w:p>
      <w:pPr>
        <w:pStyle w:val="Heading2"/>
      </w:pPr>
      <w:r>
        <w:t>October gets a distinctly New Hope flavour</w:t>
      </w:r>
      <w:r/>
    </w:p>
    <w:p>
      <w:r/>
      <w:r>
        <w:t xml:space="preserve">New Hope Celebrates is turning LGBTQ+ History Month into a broad community programme rather than a single big weekend. The schedule stretches across New Hope, Lambertville, Bristol and Stockton, mixing gentle daytime activities with theatre, cabaret and late-night celebrations. According to New Hope Celebrates, the programme is designed to connect local pride with the people and movements that shaped LGBTQ+ rights. </w:t>
      </w:r>
      <w:hyperlink r:id="rId9">
        <w:r>
          <w:rPr>
            <w:color w:val="0000EE"/>
            <w:u w:val="single"/>
          </w:rPr>
          <w:t>[3]</w:t>
        </w:r>
      </w:hyperlink>
      <w:r/>
    </w:p>
    <w:p>
      <w:r/>
      <w:r>
        <w:t xml:space="preserve">That balance gives OUT in October its appeal. You could start with a short walk above the Delaware River, spend another evening laughing at a campy Dracula production, then finish the month cheering on racers in glitter and towering footwear. It's celebratory, certainly, but it also keeps history in the room. </w:t>
      </w:r>
      <w:hyperlink r:id="rId10">
        <w:r>
          <w:rPr>
            <w:color w:val="0000EE"/>
            <w:u w:val="single"/>
          </w:rPr>
          <w:t>[4]</w:t>
        </w:r>
      </w:hyperlink>
      <w:r/>
    </w:p>
    <w:p>
      <w:pPr>
        <w:pStyle w:val="Heading2"/>
      </w:pPr>
      <w:r>
        <w:t>The High Heel Drag Race remains the main event</w:t>
      </w:r>
      <w:r/>
    </w:p>
    <w:p>
      <w:r/>
      <w:r>
        <w:t xml:space="preserve">The 22nd annual High Heel Drag Race takes over West Mechanic Street in New Hope on Sunday 25 October, with festivities beginning at 2pm and the race set for 3pm. Hosted by Miss Pumpkin, competitors will dash along the street in heels measuring at least three inches, carrying pumpkins before decorating them and racing back. </w:t>
      </w:r>
      <w:hyperlink r:id="rId11">
        <w:r>
          <w:rPr>
            <w:color w:val="0000EE"/>
            <w:u w:val="single"/>
          </w:rPr>
          <w:t>[2]</w:t>
        </w:r>
      </w:hyperlink>
      <w:r/>
    </w:p>
    <w:p>
      <w:r/>
      <w:r>
        <w:t xml:space="preserve">The race has changed over the years, with new costumes, themes and surprises joining its familiar format. This year's theme, "Over the Rainbow - There's No Place Like New Hope", gives the event a suitably theatrical frame, while the pumpkins add an enjoyably autumnal twist. </w:t>
      </w:r>
      <w:hyperlink r:id="rId10">
        <w:r>
          <w:rPr>
            <w:color w:val="0000EE"/>
            <w:u w:val="single"/>
          </w:rPr>
          <w:t>[4]</w:t>
        </w:r>
      </w:hyperlink>
      <w:r/>
    </w:p>
    <w:p>
      <w:r/>
      <w:r>
        <w:t xml:space="preserve">For spectators, the practical advice is simple: arrive early, expect crowds and wear comfortable shoes. The race is short, but the atmosphere lasts much longer, particularly if you stay for the official after-party at Havana New Hope from 4pm. </w:t>
      </w:r>
      <w:hyperlink r:id="rId12">
        <w:r>
          <w:rPr>
            <w:color w:val="0000EE"/>
            <w:u w:val="single"/>
          </w:rPr>
          <w:t>[5]</w:t>
        </w:r>
      </w:hyperlink>
      <w:r/>
    </w:p>
    <w:p>
      <w:pPr>
        <w:pStyle w:val="Heading2"/>
      </w:pPr>
      <w:r>
        <w:t>A permanent splash of Pride changes the route</w:t>
      </w:r>
      <w:r/>
    </w:p>
    <w:p>
      <w:r/>
      <w:r>
        <w:t xml:space="preserve">This year's race will pass over a new Progress Pride street art installation on West Mechanic Street. Designed by local resident Paul Kokesh, the artwork was unveiled in July after years of planning and includes a chequered racing-flag border that links directly to the event. </w:t>
      </w:r>
      <w:hyperlink r:id="rId10">
        <w:r>
          <w:rPr>
            <w:color w:val="0000EE"/>
            <w:u w:val="single"/>
          </w:rPr>
          <w:t>[4]</w:t>
        </w:r>
      </w:hyperlink>
      <w:r/>
    </w:p>
    <w:p>
      <w:r/>
      <w:r>
        <w:t xml:space="preserve">That detail does more than provide a photogenic finish line. The installation gives the race a lasting visual connection to New Hope's reputation as an artists' enclave and LGBTQ+ safe haven, so the message remains visible after the costumes have been packed away. </w:t>
      </w:r>
      <w:hyperlink r:id="rId11">
        <w:r>
          <w:rPr>
            <w:color w:val="0000EE"/>
            <w:u w:val="single"/>
          </w:rPr>
          <w:t>[2]</w:t>
        </w:r>
      </w:hyperlink>
      <w:r/>
    </w:p>
    <w:p>
      <w:r/>
      <w:r>
        <w:t xml:space="preserve">It also makes the event feel rooted in place. A temporary celebration is fun, but a permanent public artwork says something quieter and more durable about belonging. For visitors, it's one more reason to linger along West Mechanic Street rather than treating the race as a quick stop. </w:t>
      </w:r>
      <w:hyperlink r:id="rId9">
        <w:r>
          <w:rPr>
            <w:color w:val="0000EE"/>
            <w:u w:val="single"/>
          </w:rPr>
          <w:t>[3]</w:t>
        </w:r>
      </w:hyperlink>
      <w:r/>
    </w:p>
    <w:p>
      <w:pPr>
        <w:pStyle w:val="Heading2"/>
      </w:pPr>
      <w:r>
        <w:t>From wellness walks to drag cabaret, there's plenty beyond the race</w:t>
      </w:r>
      <w:r/>
    </w:p>
    <w:p>
      <w:r/>
      <w:r>
        <w:t xml:space="preserve">The programme opens on 3 October with a free Path to Pride Wellness Walk at Goat Hill Overlook in Lambertville. The 30-minute walk begins at 11am and offers views across the Delaware River, New Hope and Lambertville, with registration encouraged but not required. </w:t>
      </w:r>
      <w:hyperlink r:id="rId9">
        <w:r>
          <w:rPr>
            <w:color w:val="0000EE"/>
            <w:u w:val="single"/>
          </w:rPr>
          <w:t>[3]</w:t>
        </w:r>
      </w:hyperlink>
      <w:r/>
    </w:p>
    <w:p>
      <w:r/>
      <w:r>
        <w:t xml:space="preserve">Families can mark National Coming Out Day on 11 October with Drag Queen Story Hour at Lambertville Free Public Library. Later in the month, the Divine Intervention Cabaret at New Hope Arts Center brings performers including Miss NHC 2024 Diva Divine Monroe to the stage on 24 October. </w:t>
      </w:r>
      <w:hyperlink r:id="rId13">
        <w:r>
          <w:rPr>
            <w:color w:val="0000EE"/>
            <w:u w:val="single"/>
          </w:rPr>
          <w:t>[6]</w:t>
        </w:r>
      </w:hyperlink>
      <w:r/>
    </w:p>
    <w:p>
      <w:r/>
      <w:r>
        <w:t xml:space="preserve">There are also easygoing social options, including a community happy hour at Odd Bird Brewing in Stockton on 15 October. For theatre fans, an LGBTQ+ night out at Bristol Riverside Theatre on 10 October pairs a reception with "Dracula: A Comedy of Terrors". </w:t>
      </w:r>
      <w:hyperlink r:id="rId14">
        <w:r>
          <w:rPr>
            <w:color w:val="0000EE"/>
            <w:u w:val="single"/>
          </w:rPr>
          <w:t>[7]</w:t>
        </w:r>
      </w:hyperlink>
      <w:r/>
    </w:p>
    <w:p>
      <w:pPr>
        <w:pStyle w:val="Heading2"/>
      </w:pPr>
      <w:r>
        <w:t>How to plan your October in New Hope</w:t>
      </w:r>
      <w:r/>
    </w:p>
    <w:p>
      <w:r/>
      <w:r>
        <w:t xml:space="preserve">If you're looking for a relaxed start, choose the wellness walk or the library event. Theatre and cabaret tickets are the ones to book ahead, while the happy hour and street race offer more flexible ways to join in. Checking the official calendar before travelling is sensible, as timings, availability and venues can change. </w:t>
      </w:r>
      <w:hyperlink r:id="rId9">
        <w:r>
          <w:rPr>
            <w:color w:val="0000EE"/>
            <w:u w:val="single"/>
          </w:rPr>
          <w:t>[3]</w:t>
        </w:r>
      </w:hyperlink>
      <w:r/>
    </w:p>
    <w:p>
      <w:r/>
      <w:r>
        <w:t xml:space="preserve">The programme also gives visitors a chance to spend locally while supporting community causes. Ticket income and suggested donations benefit organisations including New Hope Celebrates, New Hope Arts, Fisherman's Mark and the Rainbow Room, which supports LGBTQ+ young people. </w:t>
      </w:r>
      <w:hyperlink r:id="rId12">
        <w:r>
          <w:rPr>
            <w:color w:val="0000EE"/>
            <w:u w:val="single"/>
          </w:rPr>
          <w:t>[5]</w:t>
        </w:r>
      </w:hyperlink>
      <w:r/>
    </w:p>
    <w:p>
      <w:r/>
      <w:r>
        <w:t xml:space="preserve">That combination of entertainment and purpose is what makes the month feel more substantial than a standard events listing. You can come for the spectacle, stay for the community and leave with a better sense of why this corner of Pennsylvania and New Jersey matters to so many people. </w:t>
      </w:r>
      <w:hyperlink r:id="rId10">
        <w:r>
          <w:rPr>
            <w:color w:val="0000EE"/>
            <w:u w:val="single"/>
          </w:rPr>
          <w:t>[4]</w:t>
        </w:r>
      </w:hyperlink>
      <w:r/>
    </w:p>
    <w:p>
      <w:r/>
      <w:r>
        <w:t>It's a bright, busy and welcoming way to celebrate LGBTQ+ history, one event - and one pair of heels - at a time.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[4]</w:t>
        </w:r>
      </w:hyperlink>
      <w:r>
        <w:t xml:space="preserve">, </w:t>
      </w:r>
      <w:hyperlink r:id="rId11">
        <w:r>
          <w:rPr>
            <w:color w:val="0000EE"/>
            <w:u w:val="single"/>
          </w:rPr>
          <w:t>[2]</w:t>
        </w:r>
      </w:hyperlink>
      <w:r>
        <w:t xml:space="preserve">- Paragraph 5: </w:t>
      </w:r>
      <w:hyperlink r:id="rId9">
        <w:r>
          <w:rPr>
            <w:color w:val="0000EE"/>
            <w:u w:val="single"/>
          </w:rPr>
          <w:t>[3]</w:t>
        </w:r>
      </w:hyperlink>
      <w:r>
        <w:t xml:space="preserve">, </w:t>
      </w:r>
      <w:hyperlink r:id="rId11">
        <w:r>
          <w:rPr>
            <w:color w:val="0000EE"/>
            <w:u w:val="single"/>
          </w:rPr>
          <w:t>[2]</w:t>
        </w:r>
      </w:hyperlink>
      <w:r>
        <w:t xml:space="preserve">- Paragraph 6: </w:t>
      </w:r>
      <w:hyperlink r:id="rId9">
        <w:r>
          <w:rPr>
            <w:color w:val="0000EE"/>
            <w:u w:val="single"/>
          </w:rPr>
          <w:t>[3]</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4">
        <w:r>
          <w:rPr>
            <w:color w:val="0000EE"/>
            <w:u w:val="single"/>
          </w:rPr>
          <w:t>[7]</w:t>
        </w:r>
      </w:hyperlink>
      <w:r>
        <w:t xml:space="preserve">, </w:t>
      </w:r>
      <w:hyperlink r:id="rId9">
        <w:r>
          <w:rPr>
            <w:color w:val="0000EE"/>
            <w:u w:val="single"/>
          </w:rPr>
          <w:t>[3]</w:t>
        </w:r>
      </w:hyperlink>
      <w:r>
        <w:t xml:space="preserve">- Paragraph 9: </w:t>
      </w:r>
      <w:hyperlink r:id="rId9">
        <w:r>
          <w:rPr>
            <w:color w:val="0000EE"/>
            <w:u w:val="single"/>
          </w:rPr>
          <w:t>[3]</w:t>
        </w:r>
      </w:hyperlink>
      <w:r>
        <w:t xml:space="preserve">, </w:t>
      </w:r>
      <w:hyperlink r:id="rId12">
        <w:r>
          <w:rPr>
            <w:color w:val="0000EE"/>
            <w:u w:val="single"/>
          </w:rPr>
          <w:t>[5]</w:t>
        </w:r>
      </w:hyperlink>
      <w:r>
        <w:t xml:space="preserve">- Paragraph 10: </w:t>
      </w:r>
      <w:hyperlink r:id="rId12">
        <w:r>
          <w:rPr>
            <w:color w:val="0000EE"/>
            <w:u w:val="single"/>
          </w:rPr>
          <w:t>[5]</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https://epgn.com/2026/09/30/new-hope-celebrates-returns-with-out-in-october/</w:t>
        </w:r>
      </w:hyperlink>
      <w:r>
        <w:t xml:space="preserve"> - Please view link - unable to able to access data</w:t>
      </w:r>
      <w:r/>
    </w:p>
    <w:p>
      <w:pPr>
        <w:pStyle w:val="ListNumber"/>
        <w:spacing w:line="240" w:lineRule="auto"/>
        <w:ind w:left="720"/>
      </w:pPr>
      <w:r/>
      <w:hyperlink r:id="rId11">
        <w:r>
          <w:rPr>
            <w:color w:val="0000EE"/>
            <w:u w:val="single"/>
          </w:rPr>
          <w:t>https://www.newhopecelebrates.com/high-heel-drag-race/</w:t>
        </w:r>
      </w:hyperlink>
      <w:r>
        <w:t xml:space="preserve"> - The High Heel Drag Race is a cherished annual event in New Hope, Pennsylvania, celebrating its 22nd edition on October 25, 2026. Contestants don high heels and carry pumpkins, racing up and down West Mechanic Street. The event, themed 'Over the Rainbow – There's No Place Like New Hope!', is hosted by Miss Pumpkin and marks a significant tradition in the community. Registration for participants is open, and the race is set to begin at 3 p.m., with pre-race festivities starting at 2 p.m. The event is free for spectators, and all proceeds support New Hope Celebrates and the LGBTQ+ community.</w:t>
      </w:r>
      <w:r/>
    </w:p>
    <w:p>
      <w:pPr>
        <w:pStyle w:val="ListNumber"/>
        <w:spacing w:line="240" w:lineRule="auto"/>
        <w:ind w:left="720"/>
      </w:pPr>
      <w:r/>
      <w:hyperlink r:id="rId9">
        <w:r>
          <w:rPr>
            <w:color w:val="0000EE"/>
            <w:u w:val="single"/>
          </w:rPr>
          <w:t>https://www.newhopecelebrates.com/out-in-october/</w:t>
        </w:r>
      </w:hyperlink>
      <w:r>
        <w:t xml:space="preserve"> - New Hope Celebrates (NHC) is commemorating LGBTQ+ History Month with 'OUT in October 2026', a month-long series of events across New Hope, Lambertville, and the surrounding region. The celebration includes wellness walks, theater performances, family programming, drag cabarets, and community gatherings. Highlights include the LGBTQ+ Night OUT for 'Dracula: A Comedy of Terrors' on October 10, Drag Queen Story Hour on October 11, and the Divine Intervention Cabaret on October 24. The month culminates with the 22nd Annual High Heel Drag Race on October 25. For a full list of events, visit NHC's events calendar.</w:t>
      </w:r>
      <w:r/>
    </w:p>
    <w:p>
      <w:pPr>
        <w:pStyle w:val="ListNumber"/>
        <w:spacing w:line="240" w:lineRule="auto"/>
        <w:ind w:left="720"/>
      </w:pPr>
      <w:r/>
      <w:hyperlink r:id="rId10">
        <w:r>
          <w:rPr>
            <w:color w:val="0000EE"/>
            <w:u w:val="single"/>
          </w:rPr>
          <w:t>https://globalnews411.com/articles/new-hope-marks-lgbtq-history-month-with-high-heel-drag-race</w:t>
        </w:r>
      </w:hyperlink>
      <w:r>
        <w:t xml:space="preserve"> - New Hope Celebrates is marking LGBTQ+ History Month with a series of events throughout October, culminating in the 22nd Annual High Heel Drag Race on October 25. The month-long 'OUT in October' celebration features wellness programming, theater, family activities, drag performances, and community gatherings across the Delaware River towns and surrounding region. The High Heel Drag Race, themed 'Over the Rainbow – There's No Place Like New Hope!', will take place on West Mechanic Street in New Hope, with contestants racing uphill in at least 3-inch heels while carrying pumpkins, decorating them, and racing back down.</w:t>
      </w:r>
      <w:r/>
    </w:p>
    <w:p>
      <w:pPr>
        <w:pStyle w:val="ListNumber"/>
        <w:spacing w:line="240" w:lineRule="auto"/>
        <w:ind w:left="720"/>
      </w:pPr>
      <w:r/>
      <w:hyperlink r:id="rId12">
        <w:r>
          <w:rPr>
            <w:color w:val="0000EE"/>
            <w:u w:val="single"/>
          </w:rPr>
          <w:t>https://newtownyardley.com/entertainment/events/2026-10-25/22nd-annual-high-heel-drag-race-after-party-nhc</w:t>
        </w:r>
      </w:hyperlink>
      <w:r>
        <w:t xml:space="preserve"> - Following the 22nd Annual High Heel Drag Race on October 25, 2026, New Hope Celebrates is hosting an official after-party at Havana New Hope. The event, starting at 4 p.m., will be hosted by Miss NHC 2026 Athena Chanteuse and will feature drag performances, music, and a $10 suggested donation to support New Hope Celebrates and Pride 2027. The after-party offers attendees a chance to continue the celebration in the heart of New Hope.</w:t>
      </w:r>
      <w:r/>
    </w:p>
    <w:p>
      <w:pPr>
        <w:pStyle w:val="ListNumber"/>
        <w:spacing w:line="240" w:lineRule="auto"/>
        <w:ind w:left="720"/>
      </w:pPr>
      <w:r/>
      <w:hyperlink r:id="rId13">
        <w:r>
          <w:rPr>
            <w:color w:val="0000EE"/>
            <w:u w:val="single"/>
          </w:rPr>
          <w:t>https://phillygaycalendar.com/events/divine-intervention-cabaret/</w:t>
        </w:r>
      </w:hyperlink>
      <w:r>
        <w:t xml:space="preserve"> - The Divine Intervention Cabaret is a high-energy drag performance scheduled for October 24, 2026, at the New Hope Arts Center. Hosted by Diva Divine Monroe and friends, the event promises live singing, dancing, group numbers, and theatrical performances. Doors open at 7:30 p.m., with the show beginning at 8 p.m. Tickets are priced at $25 and can be purchased through New Hope Arts. Proceeds from the event will benefit New Hope Arts and Fisherman's Mark.</w:t>
      </w:r>
      <w:r/>
    </w:p>
    <w:p>
      <w:pPr>
        <w:pStyle w:val="ListNumber"/>
        <w:spacing w:line="240" w:lineRule="auto"/>
        <w:ind w:left="720"/>
      </w:pPr>
      <w:r/>
      <w:hyperlink r:id="rId14">
        <w:r>
          <w:rPr>
            <w:color w:val="0000EE"/>
            <w:u w:val="single"/>
          </w:rPr>
          <w:t>https://newtownyardley.com/events/2026-10-24/divine-intervention-cabaret-new-hope-arts-center</w:t>
        </w:r>
      </w:hyperlink>
      <w:r>
        <w:t xml:space="preserve"> - The Divine Intervention Cabaret, scheduled for October 24, 2026, at the New Hope Arts Center, is a high-energy drag performance featuring live singing, dancing, and group numbers. Hosted by Diva Divine Monroe and friends, the event offers a theatrical experience filled with entertainment and laughter. Doors open at 7:30 p.m., with the performance starting at 8 p.m. Tickets are available for $25 through New Hope Arts, with proceeds benefiting New Hope Arts and Fisherman's Mark.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hopecelebrates.com/out-in-october/" TargetMode="External"/><Relationship Id="rId10" Type="http://schemas.openxmlformats.org/officeDocument/2006/relationships/hyperlink" Target="https://globalnews411.com/articles/new-hope-marks-lgbtq-history-month-with-high-heel-drag-race" TargetMode="External"/><Relationship Id="rId11" Type="http://schemas.openxmlformats.org/officeDocument/2006/relationships/hyperlink" Target="https://www.newhopecelebrates.com/high-heel-drag-race/" TargetMode="External"/><Relationship Id="rId12" Type="http://schemas.openxmlformats.org/officeDocument/2006/relationships/hyperlink" Target="https://newtownyardley.com/entertainment/events/2026-10-25/22nd-annual-high-heel-drag-race-after-party-nhc" TargetMode="External"/><Relationship Id="rId13" Type="http://schemas.openxmlformats.org/officeDocument/2006/relationships/hyperlink" Target="https://phillygaycalendar.com/events/divine-intervention-cabaret/" TargetMode="External"/><Relationship Id="rId14" Type="http://schemas.openxmlformats.org/officeDocument/2006/relationships/hyperlink" Target="https://newtownyardley.com/events/2026-10-24/divine-intervention-cabaret-new-hope-arts-center" TargetMode="External"/><Relationship Id="rId15" Type="http://schemas.openxmlformats.org/officeDocument/2006/relationships/hyperlink" Target="https://epgn.com/2026/09/30/new-hope-celebrates-returns-with-out-in-octo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