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Arts and Nightlife Events in San Francisco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into culture seekers as San Francisco’s autumn calendar fills with queer theatre, live music, dance, galleries, bars and community gatherings. From historic Castro celebrations to immersive shows and lively nightclubs, this week’s guide offers plenty of ways to spend an evening, whether you want a thoughtful performance or a gloriously camp night out.</w:t>
      </w:r>
      <w:r/>
    </w:p>
    <w:p>
      <w:pPr>
        <w:pStyle w:val="Heading2"/>
      </w:pPr>
      <w:r>
        <w:t>Essential Takeaways</w:t>
      </w:r>
      <w:r/>
      <w:r/>
    </w:p>
    <w:p>
      <w:pPr>
        <w:pStyle w:val="ListBullet"/>
        <w:spacing w:line="240" w:lineRule="auto"/>
        <w:ind w:left="720"/>
      </w:pPr>
      <w:r/>
      <w:r>
        <w:rPr>
          <w:b/>
        </w:rPr>
        <w:t>Historic theatre:</w:t>
      </w:r>
      <w:r>
        <w:t xml:space="preserve"> Compton’s Cafeteria Riot brings a pivotal 1966 uprising to life in a recreated diner setting.</w:t>
      </w:r>
      <w:r/>
    </w:p>
    <w:p>
      <w:pPr>
        <w:pStyle w:val="ListBullet"/>
        <w:spacing w:line="240" w:lineRule="auto"/>
        <w:ind w:left="720"/>
      </w:pPr>
      <w:r/>
      <w:r>
        <w:rPr>
          <w:b/>
        </w:rPr>
        <w:t>Big laughs:</w:t>
      </w:r>
      <w:r>
        <w:t xml:space="preserve"> Improv, clowning and backstage chaos offer easy-going comic relief across the Bay Area.</w:t>
      </w:r>
      <w:r/>
    </w:p>
    <w:p>
      <w:pPr>
        <w:pStyle w:val="ListBullet"/>
        <w:spacing w:line="240" w:lineRule="auto"/>
        <w:ind w:left="720"/>
      </w:pPr>
      <w:r/>
      <w:r>
        <w:rPr>
          <w:b/>
        </w:rPr>
        <w:t>High drama:</w:t>
      </w:r>
      <w:r>
        <w:t xml:space="preserve"> Dracula, King Lear, opera and major musicals cover everything from Shakespearean tragedy to spectacular touring productions.</w:t>
      </w:r>
      <w:r/>
    </w:p>
    <w:p>
      <w:pPr>
        <w:pStyle w:val="ListBullet"/>
        <w:spacing w:line="240" w:lineRule="auto"/>
        <w:ind w:left="720"/>
      </w:pPr>
      <w:r/>
      <w:r>
        <w:rPr>
          <w:b/>
        </w:rPr>
        <w:t>Queer community:</w:t>
      </w:r>
      <w:r>
        <w:t xml:space="preserve"> The Castro Street Fair, LGBTQ centres and local history projects mix celebration with valuable cultural context.</w:t>
      </w:r>
      <w:r/>
    </w:p>
    <w:p>
      <w:pPr>
        <w:pStyle w:val="ListBullet"/>
        <w:spacing w:line="240" w:lineRule="auto"/>
        <w:ind w:left="720"/>
      </w:pPr>
      <w:r/>
      <w:r>
        <w:rPr>
          <w:b/>
        </w:rPr>
        <w:t>Nightlife variety:</w:t>
      </w:r>
      <w:r>
        <w:t xml:space="preserve"> Drag, dancing, cabaret, karaoke and themed parties keep the city lively well beyond the theatre curtain.</w:t>
      </w:r>
      <w:r/>
      <w:r/>
    </w:p>
    <w:p>
      <w:pPr>
        <w:pStyle w:val="Heading2"/>
      </w:pPr>
      <w:r>
        <w:t>San Francisco’s queer history takes centre stage</w:t>
      </w:r>
      <w:r/>
    </w:p>
    <w:p>
      <w:r/>
      <w:r>
        <w:t>The most powerful event on the autumn list may be Compton’s Cafeteria Riot, a dramatic recreation of the 1966 uprising by trans and drag communities. Staged inside a recreated diner, the production adds breakfast to an experience that’s part theatre, part living history. The Tenderloin Museum describes it as an ongoing presentation of a story that still resonates today.</w:t>
      </w:r>
      <w:r/>
    </w:p>
    <w:p>
      <w:r/>
      <w:r>
        <w:t>That combination of performance and place gives the show a particular charge. Rather than treating LGBTQ history as something sealed behind glass, it puts audiences in the room, surrounded by the atmosphere of a working café and the voices of people who resisted harassment and exclusion.</w:t>
      </w:r>
      <w:r/>
    </w:p>
    <w:p>
      <w:r/>
      <w:r>
        <w:t>The wider calendar follows that same interest in remembering, celebrating and reclaiming. The GLBT History Museum, the LGBTQ History Project and the San Francisco Public Library all offer exhibitions, talks and archives, making it easy to build a full cultural day around a performance.</w:t>
      </w:r>
      <w:r/>
    </w:p>
    <w:p>
      <w:pPr>
        <w:pStyle w:val="Heading2"/>
      </w:pPr>
      <w:r>
        <w:t>Big laughs, bold costumes and a little theatrical chaos</w:t>
      </w:r>
      <w:r/>
    </w:p>
    <w:p>
      <w:r/>
      <w:r>
        <w:t>For a lighter night, there’s no shortage of comic energy. BATS Improv promises quick-thinking comedy, including improvised musicals, while Theatre Rhinoceros presents Clownish, a playful production led by Sara Toby Moore and DeMarcello Funes. According to Theatre Rhinoceros, the show is designed around physical comedy and eccentric stage presence rather than solemn drama.</w:t>
      </w:r>
      <w:r/>
    </w:p>
    <w:p>
      <w:r/>
      <w:r>
        <w:t>Great Star Theater’s Big Gay Halloween turns the seasonal mood up several notches with acrobatics, burlesque and variety entertainment. Costumes are encouraged, so it’s the sort of event where arriving slightly overdressed is probably the safer choice.</w:t>
      </w:r>
      <w:r/>
    </w:p>
    <w:p>
      <w:r/>
      <w:r>
        <w:t>Meanwhile, Fou Fou Ha’s anniversary celebration brings clowning, variety acts and an after-party to Brava Theater. These events are a useful reminder that queer performance doesn’t have to fit neatly into one category. It can be polished, ridiculous, athletic, glamorous or all four before the interval.</w:t>
      </w:r>
      <w:r/>
    </w:p>
    <w:p>
      <w:pPr>
        <w:pStyle w:val="Heading2"/>
      </w:pPr>
      <w:r>
        <w:t>Musicals and classics offer plenty of choice</w:t>
      </w:r>
      <w:r/>
    </w:p>
    <w:p>
      <w:r/>
      <w:r>
        <w:t>Theatre-goers have a remarkably broad menu this autumn. Dear San Francisco continues at Club Fugazi with acrobatics and a city-focused story, while Berkeley Repertory Theatre stages The Cook, a sharply observed drama set against revolutionary change in Havana. Club Fugazi’s production is built around the physical skill of The 7 Fingers, making it an appealing choice for anyone who likes theatre with a strong visual pulse.</w:t>
      </w:r>
      <w:r/>
    </w:p>
    <w:p>
      <w:r/>
      <w:r>
        <w:t>There’s also classic drama in abundance. TheatreWorks Silicon Valley brings Dracula to Mountain View, Oakland Theater Project presents King Lear with an original score, and Sweet Thunder Shakespeare tackles Macbeth in Hayward. Each offers a different flavour of theatrical intensity, from gothic suspense to family betrayal and supernatural dread.</w:t>
      </w:r>
      <w:r/>
    </w:p>
    <w:p>
      <w:r/>
      <w:r>
        <w:t>If you prefer your drama with a chorus and a catchy refrain, Little Shop of Horrors, Legally Blonde The Musical, Gutenberg! The Musical! and the touring production of The Phantom of the Opera are all in the mix. New Conservatory Theatre Center’s Audrey II is expected to be a particular visual treat, according to the theatre’s programme information.</w:t>
      </w:r>
      <w:r/>
    </w:p>
    <w:p>
      <w:pPr>
        <w:pStyle w:val="Heading2"/>
      </w:pPr>
      <w:r>
        <w:t>Dance, music and outdoor events keep things moving</w:t>
      </w:r>
      <w:r/>
    </w:p>
    <w:p>
      <w:r/>
      <w:r>
        <w:t>Dance fans can choose between intimate studio performances and larger seasonal programmes. PUSHfest includes new work exploring Black and Asian social relations, memory and ancestral identity, while Margaret Jenkins Dance Company launches its latest season with Foolish Fires, a world premiere combining choreography, poetry, visual design and costume.</w:t>
      </w:r>
      <w:r/>
    </w:p>
    <w:p>
      <w:r/>
      <w:r>
        <w:t>For something more relaxed, Sarah Bush Dance Project’s Pitch takes place outdoors in Oakland and draws on oral histories and community research connected to lesbian and dyke life. Pack a picnic, check the weather and treat it as an afternoon rather than a conventional theatre trip.</w:t>
      </w:r>
      <w:r/>
    </w:p>
    <w:p>
      <w:r/>
      <w:r>
        <w:t>Music is equally varied. GAPA Men’s Chorus presents Resilience, Feinstein’s at the Nikko hosts storytelling and music, and local venues such as Yoshi’s continue to offer jazz and R&amp;B. The autumn programme also includes opera, cabaret and record-release events, so there’s plenty for listeners who prefer a velvet seat, a dance floor or a pint beside the stage.</w:t>
      </w:r>
      <w:r/>
    </w:p>
    <w:p>
      <w:pPr>
        <w:pStyle w:val="Heading2"/>
      </w:pPr>
      <w:r>
        <w:t>Museums, fairs and nightlife make it easy to build a whole evening</w:t>
      </w:r>
      <w:r/>
    </w:p>
    <w:p>
      <w:r/>
      <w:r>
        <w:t>The Castro Street Fair remains one of the calendar’s biggest communal occasions, with food, drinks, stalls, DJs and live music stretching through the district. The event’s long history gives it more weight than a typical street party, but the mood is still wonderfully informal: wander, snack, browse and see where the crowd takes you.</w:t>
      </w:r>
      <w:r/>
    </w:p>
    <w:p>
      <w:r/>
      <w:r>
        <w:t>Art lovers can pair a gallery visit with a drink nearby. Castro Art Walk offers a self-guided route, while the Asian Art Museum, de Young Museum, SFMOMA and queer-focused spaces such as OUT Museum provide more structured exhibitions. The new Queer American Memorials exhibition in San Jose also adds a reflective note, focusing on antigay hate crimes and public remembrance.</w:t>
      </w:r>
      <w:r/>
    </w:p>
    <w:p>
      <w:r/>
      <w:r>
        <w:t>Later, the city’s nightlife opens into a sprawling choice of drag shows, dance parties, karaoke, cabaret and themed bar nights. Beaux, The Cafe, Jolene’s, The Edge, The Stud and the SF Eagle each offer distinct atmospheres, while Oakland’s Fluid510, Town Bar &amp; Lounge and White Horse Bar broaden the options beyond San Francisco proper. It’s worth checking venue websites before travelling, as door times, ticket prices and line-ups can change quickly.</w:t>
      </w:r>
      <w:r/>
    </w:p>
    <w:p>
      <w:pPr>
        <w:pStyle w:val="Heading2"/>
      </w:pPr>
      <w:r>
        <w:t>How to choose the right autumn outing</w:t>
      </w:r>
      <w:r/>
    </w:p>
    <w:p>
      <w:r/>
      <w:r>
        <w:t>Start with the mood you want. For a history-led evening, choose Compton’s Cafeteria Riot or a museum talk; for spectacle, try Dear San Francisco, Big Gay Halloween or The Soiled Dove. If you’re after a low-pressure night, a gallery walk followed by a neighbourhood bar is an easier plan than committing to a three-hour touring musical.</w:t>
      </w:r>
      <w:r/>
    </w:p>
    <w:p>
      <w:r/>
      <w:r>
        <w:t>Budget also varies sharply. Community events and some outdoor performances are free or donation-based, while major productions can cost well over £100 once transport, food and drinks are added. Booking early makes sense for popular shows, but leaving room for a spontaneous bar or gallery stop is part of the fun.</w:t>
      </w:r>
      <w:r/>
    </w:p>
    <w:p>
      <w:r/>
      <w:r>
        <w:t>Most importantly, check the official venue listing on the day. The calendar is busy, but that’s a good problem to have. San Francisco’s autumn arts scene feels less like a single festival and more like a city-wide invitation to keep going out.</w:t>
      </w:r>
      <w:r/>
    </w:p>
    <w:p>
      <w:r/>
      <w:r>
        <w:t>It's a small city break in spirit, even when the next venue is only a few streets away.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https://www.ebar.com/story/170770/</w:t>
        </w:r>
      </w:hyperlink>
      <w:r>
        <w:t xml:space="preserve"> - Please view link - unable to able to access data</w:t>
      </w:r>
      <w:r/>
    </w:p>
    <w:p>
      <w:pPr>
        <w:pStyle w:val="ListNumber"/>
        <w:spacing w:line="240" w:lineRule="auto"/>
        <w:ind w:left="720"/>
      </w:pPr>
      <w:r/>
      <w:hyperlink r:id="rId10">
        <w:r>
          <w:rPr>
            <w:color w:val="0000EE"/>
            <w:u w:val="single"/>
          </w:rPr>
          <w:t>https://www.tenderloinmuseum.org/the-comptons-cafeteria-riot-play</w:t>
        </w:r>
      </w:hyperlink>
      <w:r>
        <w:t xml:space="preserve"> - The Tenderloin Museum presents 'The Compton’s Cafeteria Riot,' an immersive theatrical experience that recreates the 1966 uprising in San Francisco's Tenderloin district. The play, written by Colette LeGrande, Mark Nassar, and Donna Personna, is performed at 835 Larkin Street, with shows every Friday and Saturday at 7:00 PM. Tickets are priced at $75 and include a meal. The production has been extended through October 2026. (</w:t>
      </w:r>
      <w:hyperlink r:id="rId15">
        <w:r>
          <w:rPr>
            <w:color w:val="0000EE"/>
            <w:u w:val="single"/>
          </w:rPr>
          <w:t>tenderloinmuseum.org</w:t>
        </w:r>
      </w:hyperlink>
      <w:r>
        <w:t>)</w:t>
      </w:r>
      <w:r/>
    </w:p>
    <w:p>
      <w:pPr>
        <w:pStyle w:val="ListNumber"/>
        <w:spacing w:line="240" w:lineRule="auto"/>
        <w:ind w:left="720"/>
      </w:pPr>
      <w:r/>
      <w:hyperlink r:id="rId12">
        <w:r>
          <w:rPr>
            <w:color w:val="0000EE"/>
            <w:u w:val="single"/>
          </w:rPr>
          <w:t>https://www.greatstartheater.org</w:t>
        </w:r>
      </w:hyperlink>
      <w:r>
        <w:t xml:space="preserve"> - Great Star Theater is hosting 'Big Gay Halloween,' a festive variety show featuring acrobats, burlesque, and a spooky theme. The event runs from October 8 to October 22, 2026, with performances on Thursday through Sunday. Tickets range from $45 to $87.50. Costumes are encouraged for attendees.</w:t>
      </w:r>
      <w:r/>
    </w:p>
    <w:p>
      <w:pPr>
        <w:pStyle w:val="ListNumber"/>
        <w:spacing w:line="240" w:lineRule="auto"/>
        <w:ind w:left="720"/>
      </w:pPr>
      <w:r/>
      <w:hyperlink r:id="rId11">
        <w:r>
          <w:rPr>
            <w:color w:val="0000EE"/>
            <w:u w:val="single"/>
          </w:rPr>
          <w:t>https://www.therhino.org</w:t>
        </w:r>
      </w:hyperlink>
      <w:r>
        <w:t xml:space="preserve"> - Theatre Rhinoceros is presenting 'Clownish,' a comic performance featuring Sara Toby Moore and DeMarcello Funes. The show runs through October 4, 2026, with tickets priced between $27 and $40. Performances are held at 4229 18th Street.</w:t>
      </w:r>
      <w:r/>
    </w:p>
    <w:p>
      <w:pPr>
        <w:pStyle w:val="ListNumber"/>
        <w:spacing w:line="240" w:lineRule="auto"/>
        <w:ind w:left="720"/>
      </w:pPr>
      <w:r/>
      <w:hyperlink r:id="rId13">
        <w:r>
          <w:rPr>
            <w:color w:val="0000EE"/>
            <w:u w:val="single"/>
          </w:rPr>
          <w:t>https://www.clubfugazisf.com</w:t>
        </w:r>
      </w:hyperlink>
      <w:r>
        <w:t xml:space="preserve"> - Club Fugazi is hosting 'Dear San Francisco,' a high-flying acrobatics show by The 7 Fingers, celebrating its fifth anniversary. The show runs through October 2026, with tickets ranging from $87 to $200. Performances are held at 678 Green Street.</w:t>
      </w:r>
      <w:r/>
    </w:p>
    <w:p>
      <w:pPr>
        <w:pStyle w:val="ListNumber"/>
        <w:spacing w:line="240" w:lineRule="auto"/>
        <w:ind w:left="720"/>
      </w:pPr>
      <w:r/>
      <w:hyperlink r:id="rId14">
        <w:r>
          <w:rPr>
            <w:color w:val="0000EE"/>
            <w:u w:val="single"/>
          </w:rPr>
          <w:t>https://www.berkeleyrep.org</w:t>
        </w:r>
      </w:hyperlink>
      <w:r>
        <w:t xml:space="preserve"> - Berkeley Repertory Theatre is presenting 'The Cook,' a sharply funny drama by Eduardo Machado about a cook who maintains a house in Havana, Cuba, after the rich owners fled during the Castro revolution. The show runs through October 11, 2026, with tickets priced between $25 and $137. Performances are held at 2025 Addison Street.</w:t>
      </w:r>
      <w:r/>
    </w:p>
    <w:p>
      <w:pPr>
        <w:pStyle w:val="ListNumber"/>
        <w:spacing w:line="240" w:lineRule="auto"/>
        <w:ind w:left="720"/>
      </w:pPr>
      <w:r/>
      <w:hyperlink r:id="rId13">
        <w:r>
          <w:rPr>
            <w:color w:val="0000EE"/>
            <w:u w:val="single"/>
          </w:rPr>
          <w:t>https://www.clubfugazisf.com</w:t>
        </w:r>
      </w:hyperlink>
      <w:r>
        <w:t xml:space="preserve"> - Club Fugazi is hosting 'Dear San Francisco,' a high-flying acrobatics show by The 7 Fingers, celebrating its fifth anniversary. The show runs through October 2026, with tickets ranging from $87 to $200. Performances are held at 678 Green Street.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770/" TargetMode="External"/><Relationship Id="rId10" Type="http://schemas.openxmlformats.org/officeDocument/2006/relationships/hyperlink" Target="https://www.tenderloinmuseum.org/the-comptons-cafeteria-riot-play" TargetMode="External"/><Relationship Id="rId11" Type="http://schemas.openxmlformats.org/officeDocument/2006/relationships/hyperlink" Target="https://www.therhino.org" TargetMode="External"/><Relationship Id="rId12" Type="http://schemas.openxmlformats.org/officeDocument/2006/relationships/hyperlink" Target="https://www.greatstartheater.org" TargetMode="External"/><Relationship Id="rId13" Type="http://schemas.openxmlformats.org/officeDocument/2006/relationships/hyperlink" Target="https://www.clubfugazisf.com" TargetMode="External"/><Relationship Id="rId14" Type="http://schemas.openxmlformats.org/officeDocument/2006/relationships/hyperlink" Target="https://www.berkeleyrep.org" TargetMode="External"/><Relationship Id="rId15" Type="http://schemas.openxmlformats.org/officeDocument/2006/relationships/hyperlink" Target="https://www.tenderloinmuseum.org/the-comptons-cafeteria-riot-pla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