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Georgia Pride festivals for an October weekend road trip</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and locals are planning colourful October getaways across Georgia, with Pride festivals bringing live music, food, drag, markets and community spirit to cities from Carrollton to Savannah. Whether you want a relaxed daytime event or a Halloween-themed night out, these Georgia Pride festivals offer plenty of reasons to make the journey.</w:t>
      </w:r>
      <w:r/>
    </w:p>
    <w:p>
      <w:pPr>
        <w:pStyle w:val="Heading2"/>
      </w:pPr>
      <w:r>
        <w:t>Essential Takeaways</w:t>
      </w:r>
      <w:r/>
      <w:r/>
    </w:p>
    <w:p>
      <w:pPr>
        <w:pStyle w:val="ListBullet"/>
        <w:spacing w:line="240" w:lineRule="auto"/>
        <w:ind w:left="720"/>
      </w:pPr>
      <w:r/>
      <w:r>
        <w:rPr>
          <w:b/>
        </w:rPr>
        <w:t>Six events stand out:</w:t>
      </w:r>
      <w:r>
        <w:t xml:space="preserve"> October’s programme spans Carrollton, Statesboro, Valdosta, Athens, Savannah and Columbus.</w:t>
      </w:r>
      <w:r/>
    </w:p>
    <w:p>
      <w:pPr>
        <w:pStyle w:val="ListBullet"/>
        <w:spacing w:line="240" w:lineRule="auto"/>
        <w:ind w:left="720"/>
      </w:pPr>
      <w:r/>
      <w:r>
        <w:rPr>
          <w:b/>
        </w:rPr>
        <w:t>Family-friendly options:</w:t>
      </w:r>
      <w:r>
        <w:t xml:space="preserve"> Carrollton Pride combines local artists, food trucks, vendors and community organisations in a welcoming daytime setting.</w:t>
      </w:r>
      <w:r/>
    </w:p>
    <w:p>
      <w:pPr>
        <w:pStyle w:val="ListBullet"/>
        <w:spacing w:line="240" w:lineRule="auto"/>
        <w:ind w:left="720"/>
      </w:pPr>
      <w:r/>
      <w:r>
        <w:rPr>
          <w:b/>
        </w:rPr>
        <w:t>Late-night energy:</w:t>
      </w:r>
      <w:r>
        <w:t xml:space="preserve"> Boro Pride, Savannah Pride and Columbus’s Halloween festival run into the evening, with music and performances.</w:t>
      </w:r>
      <w:r/>
    </w:p>
    <w:p>
      <w:pPr>
        <w:pStyle w:val="ListBullet"/>
        <w:spacing w:line="240" w:lineRule="auto"/>
        <w:ind w:left="720"/>
      </w:pPr>
      <w:r/>
      <w:r>
        <w:rPr>
          <w:b/>
        </w:rPr>
        <w:t>Plan around tickets and timings:</w:t>
      </w:r>
      <w:r>
        <w:t xml:space="preserve"> The Athens prom and some evening events may need advance booking, so check official listings before travelling.</w:t>
      </w:r>
      <w:r/>
    </w:p>
    <w:p>
      <w:pPr>
        <w:pStyle w:val="ListBullet"/>
        <w:spacing w:line="240" w:lineRule="auto"/>
        <w:ind w:left="720"/>
      </w:pPr>
      <w:r/>
      <w:r>
        <w:rPr>
          <w:b/>
        </w:rPr>
        <w:t>A road-trip-friendly calendar:</w:t>
      </w:r>
      <w:r>
        <w:t xml:space="preserve"> Events are spread across the month, making it easy to turn Pride into a weekend escape.</w:t>
      </w:r>
      <w:r/>
      <w:r/>
    </w:p>
    <w:p>
      <w:pPr>
        <w:pStyle w:val="Heading2"/>
      </w:pPr>
      <w:r>
        <w:t>Georgia Pride festivals turn October into a road-trip season</w:t>
      </w:r>
      <w:r/>
    </w:p>
    <w:p>
      <w:r/>
      <w:r>
        <w:t>Georgia’s October Pride calendar is unusually varied. One weekend might mean a university-campus community market and family activities, while another brings DJs, drag performances or a neon Halloween celebration. That mix makes the events appealing beyond their host cities, particularly for visitors looking for a more personal alternative to a single large festival.</w:t>
      </w:r>
      <w:r/>
    </w:p>
    <w:p>
      <w:r/>
      <w:r>
        <w:t>Carrollton Pride opens the month on 3 October with a free daytime celebration at the University of West Georgia. The programme includes artists, food trucks, local traders, advocacy groups and LGBTQ+ health and wellbeing partners, according to the Carrollton Rainbow Coalition. It has the easy-going feel of an event where you can browse, chat and stay for a while rather than rush between stages.</w:t>
      </w:r>
      <w:r/>
    </w:p>
    <w:p>
      <w:pPr>
        <w:pStyle w:val="Heading2"/>
      </w:pPr>
      <w:r>
        <w:t>Where to find live music, food and drag</w:t>
      </w:r>
      <w:r/>
    </w:p>
    <w:p>
      <w:r/>
      <w:r>
        <w:t>The same Saturday offers two more choices. In Statesboro, Boro Pride runs from the afternoon into the evening at Georgia Southern University, with live music, food, vendors and a drag show from The Amorettes. Its theme, "Shine Through the Darkness", gives the event a hopeful thread without taking away from the party atmosphere.</w:t>
      </w:r>
      <w:r/>
    </w:p>
    <w:p>
      <w:r/>
      <w:r>
        <w:t>Valdosta’s South Georgia Pride Festival also takes place on 3 October at Unity Park. Visitors can expect entertainment, drag shows, food trucks and market stalls, making it another strong option for a day trip or overnight stay. South Georgia Pride’s wider activities, including community initiatives listed on its events calendar, suggest that the festival sits within a broader programme rather than existing as a one-off celebration.</w:t>
      </w:r>
      <w:r/>
    </w:p>
    <w:p>
      <w:pPr>
        <w:pStyle w:val="Heading2"/>
      </w:pPr>
      <w:r>
        <w:t>Athens brings a dress-up night to the calendar</w:t>
      </w:r>
      <w:r/>
    </w:p>
    <w:p>
      <w:r/>
      <w:r>
        <w:t>For something more theatrical, Athens hosts the APQC Pride Prom on 9 October at Cine Athens. The evening’s "Gay Icons" theme nods to Dolly Parton and Tim Curry, so expect a dress-up-friendly atmosphere with plenty of room for personality and a little sparkle.</w:t>
      </w:r>
      <w:r/>
    </w:p>
    <w:p>
      <w:r/>
      <w:r>
        <w:t>This is the sort of event where planning matters more than it does for a free outdoor festival. Check ticket availability, confirm the start and finish times, and think about transport before committing to the full evening. A good outfit is important, of course, but a straightforward journey home is even better.</w:t>
      </w:r>
      <w:r/>
    </w:p>
    <w:p>
      <w:pPr>
        <w:pStyle w:val="Heading2"/>
      </w:pPr>
      <w:r>
        <w:t>Savannah Pride offers a full day out</w:t>
      </w:r>
      <w:r/>
    </w:p>
    <w:p>
      <w:r/>
      <w:r>
        <w:t>Savannah’s 27th annual Pride Festival arrives at Forsyth Park on 24 October, running from midday until late evening. The programme includes a neurodiverse market, food trucks, DJs, drag performances and a foam party, giving the day a broad mix of shopping, entertainment and dancing.</w:t>
      </w:r>
      <w:r/>
    </w:p>
    <w:p>
      <w:r/>
      <w:r>
        <w:t>The city is also stretching Pride beyond the main festival date. Savannah Pride Center lists a Pride music concert, "As We Are", on 10 October and the third annual Pride Ball on 17 October. That makes Savannah particularly tempting for visitors who want to build a longer weekend around several events rather than simply attend one afternoon.</w:t>
      </w:r>
      <w:r/>
    </w:p>
    <w:p>
      <w:pPr>
        <w:pStyle w:val="Heading2"/>
      </w:pPr>
      <w:r>
        <w:t>Columbus adds a Halloween twist</w:t>
      </w:r>
      <w:r/>
    </w:p>
    <w:p>
      <w:r/>
      <w:r>
        <w:t>Columbus closes the month with Colgay Pride’s Halloween Festival on 31 October. The evening promises a haunted-house backdrop, neon visuals and appearances inspired by familiar horror characters, including Pennywise, Pinhead, Freddy Krueger, Jason Voorhees, Chucky, Michael Myers and Art the Clown.</w:t>
      </w:r>
      <w:r/>
    </w:p>
    <w:p>
      <w:r/>
      <w:r>
        <w:t>It’s a bold change of mood from a traditional daytime Pride market, but that’s precisely the appeal. The combination of Halloween styling and LGBTQ+ community celebration should suit visitors who enjoy costumes, theatrical photography and a slightly spooky night out. Colgay Pride’s official event information is the best place to confirm any entry details or updates before setting off.</w:t>
      </w:r>
      <w:r/>
    </w:p>
    <w:p>
      <w:pPr>
        <w:pStyle w:val="Heading2"/>
      </w:pPr>
      <w:r>
        <w:t>How to choose the right event for your weekend</w:t>
      </w:r>
      <w:r/>
    </w:p>
    <w:p>
      <w:r/>
      <w:r>
        <w:t>Start with the atmosphere you want. Carrollton is the gentler daytime choice, Athens suits a more polished evening, while Savannah offers the biggest multi-event city break. Statesboro and Valdosta are good picks for live entertainment, and Columbus is the obvious choice for Halloween fans.</w:t>
      </w:r>
      <w:r/>
    </w:p>
    <w:p>
      <w:r/>
      <w:r>
        <w:t>Then check the practical details. Outdoor events can be affected by weather, evening festivals may need transport planning, and popular performances can make accommodation scarce. Book early if you’re travelling from outside the area, and use the organisers’ official websites for final timings, accessibility information and ticket requirements.</w:t>
      </w:r>
      <w:r/>
    </w:p>
    <w:p>
      <w:r/>
      <w:r>
        <w:t>October’s Georgia Pride programme shows how varied local celebrations can be. As one organiser’s theme puts it, these events are about visibility and community, but they’re also about giving people a welcoming reason to gather, travel and have a genuinely good time.</w:t>
      </w:r>
      <w:r/>
    </w:p>
    <w:p>
      <w:r/>
      <w:r>
        <w:t>Choose the city and atmosphere that suit you best, then make a weekend of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[3]</w:t>
        </w:r>
      </w:hyperlink>
      <w:r>
        <w:t xml:space="preserve">- Paragraph 3: </w:t>
      </w:r>
      <w:hyperlink r:id="rId10">
        <w:r>
          <w:rPr>
            <w:color w:val="0000EE"/>
            <w:u w:val="single"/>
          </w:rPr>
          <w:t>[2]</w:t>
        </w:r>
      </w:hyperlink>
      <w:r>
        <w:t xml:space="preserve">, </w:t>
      </w:r>
      <w:hyperlink r:id="rId13">
        <w:r>
          <w:rPr>
            <w:color w:val="0000EE"/>
            <w:u w:val="single"/>
          </w:rPr>
          <w:t>[5]</w:t>
        </w:r>
      </w:hyperlink>
      <w:r>
        <w:t xml:space="preserve">- Paragraph 4: </w:t>
      </w:r>
      <w:hyperlink r:id="rId14">
        <w:r>
          <w:rPr>
            <w:color w:val="0000EE"/>
            <w:u w:val="single"/>
          </w:rPr>
          <w:t>[6]</w:t>
        </w:r>
      </w:hyperlink>
      <w:r>
        <w:t xml:space="preserve">- Paragraph 5: </w:t>
      </w:r>
      <w:hyperlink r:id="rId14">
        <w:r>
          <w:rPr>
            <w:color w:val="0000EE"/>
            <w:u w:val="single"/>
          </w:rPr>
          <w:t>[6]</w:t>
        </w:r>
      </w:hyperlink>
      <w:r>
        <w:t xml:space="preserve">- Paragraph 6: </w:t>
      </w:r>
      <w:hyperlink r:id="rId15">
        <w:r>
          <w:rPr>
            <w:color w:val="0000EE"/>
            <w:u w:val="single"/>
          </w:rPr>
          <w:t>[7]</w:t>
        </w:r>
      </w:hyperlink>
      <w:r>
        <w:t xml:space="preserve">- Paragraph 7: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https://roughdraftatlanta.com/2026/09/30/georgia-cities-schedule-pride-festivals/</w:t>
        </w:r>
      </w:hyperlink>
      <w:r>
        <w:t xml:space="preserve"> - Please view link - unable to able to access data</w:t>
      </w:r>
      <w:r/>
    </w:p>
    <w:p>
      <w:pPr>
        <w:pStyle w:val="ListNumber"/>
        <w:spacing w:line="240" w:lineRule="auto"/>
        <w:ind w:left="720"/>
      </w:pPr>
      <w:r/>
      <w:hyperlink r:id="rId10">
        <w:r>
          <w:rPr>
            <w:color w:val="0000EE"/>
            <w:u w:val="single"/>
          </w:rPr>
          <w:t>https://www.carrolltonrainbow.com/pride-festival</w:t>
        </w:r>
      </w:hyperlink>
      <w:r>
        <w:t xml:space="preserve"> - The Carrollton Pride Festival, scheduled for October 3, 2026, at the University of West Georgia Campus Ballroom, celebrates the LGBTQIA+ community in West Georgia. The event features talented artists, live entertainment, local food trucks, and a community market with merchandise vendors, advocacy groups, and wellness partners. This free, family-friendly festival aims to foster unity and support within the community. For more details, visit their official website.</w:t>
      </w:r>
      <w:r/>
    </w:p>
    <w:p>
      <w:pPr>
        <w:pStyle w:val="ListNumber"/>
        <w:spacing w:line="240" w:lineRule="auto"/>
        <w:ind w:left="720"/>
      </w:pPr>
      <w:r/>
      <w:hyperlink r:id="rId12">
        <w:r>
          <w:rPr>
            <w:color w:val="0000EE"/>
            <w:u w:val="single"/>
          </w:rPr>
          <w:t>https://www.carrolltonrainbow.com/event-details-registration/carrollton-pride-drag-show</w:t>
        </w:r>
      </w:hyperlink>
      <w:r>
        <w:t xml:space="preserve"> - The Carrollton Pride Drag Show, part of the Carrollton Pride Festival, is set for October 3, 2026, at the Campus Center. Hosted by Alabama, the show features an all-star lineup of performers, including Tugboat and Atina. The event begins at 7:00 PM, with doors opening at 6:00 PM. Tickets are priced at $15 in advance and $20 at the door for attendees aged 18 and over. This high-energy show celebrates the theme 'Stronger Together.'</w:t>
      </w:r>
      <w:r/>
    </w:p>
    <w:p>
      <w:pPr>
        <w:pStyle w:val="ListNumber"/>
        <w:spacing w:line="240" w:lineRule="auto"/>
        <w:ind w:left="720"/>
      </w:pPr>
      <w:r/>
      <w:hyperlink r:id="rId11">
        <w:r>
          <w:rPr>
            <w:color w:val="0000EE"/>
            <w:u w:val="single"/>
          </w:rPr>
          <w:t>https://www.carrolltonrainbow.com/event-details-registration/carrollton-pride-2026-sponsor-sign-up</w:t>
        </w:r>
      </w:hyperlink>
      <w:r>
        <w:t xml:space="preserve"> - Carrollton Pride 2026 offers sponsorship opportunities for businesses and organizations to support the festival. The event, taking place on October 3, 2026, at the Campus Center, aims to unite the community through music, dance, art, and connection. Sponsors can engage with a loyal demographic, as 76% of LGBTQIA+ consumers are more likely to support brands that visibly celebrate their community. The 2025 festival attracted over 2,500 attendees from nine surrounding counties, providing a significant boost to the local economy.</w:t>
      </w:r>
      <w:r/>
    </w:p>
    <w:p>
      <w:pPr>
        <w:pStyle w:val="ListNumber"/>
        <w:spacing w:line="240" w:lineRule="auto"/>
        <w:ind w:left="720"/>
      </w:pPr>
      <w:r/>
      <w:hyperlink r:id="rId13">
        <w:r>
          <w:rPr>
            <w:color w:val="0000EE"/>
            <w:u w:val="single"/>
          </w:rPr>
          <w:t>https://southgapride.com/events/2026/9/19/river-street-clean-up</w:t>
        </w:r>
      </w:hyperlink>
      <w:r>
        <w:t xml:space="preserve"> - South Georgia Pride is organizing a River Street Clean-Up event on September 19, 2026, from 9:00 AM to 11:00 AM. The clean-up will begin at St. Augustine and River Street and conclude at Blitch Street and River Street. Following the clean-up, participants are invited to enjoy pizza in the park, with water provided. This initiative aims to maintain the community's original home, as River Street and John Saunders Park have hosted the South Georgia Pride Festival since 2011.</w:t>
      </w:r>
      <w:r/>
    </w:p>
    <w:p>
      <w:pPr>
        <w:pStyle w:val="ListNumber"/>
        <w:spacing w:line="240" w:lineRule="auto"/>
        <w:ind w:left="720"/>
      </w:pPr>
      <w:r/>
      <w:hyperlink r:id="rId14">
        <w:r>
          <w:rPr>
            <w:color w:val="0000EE"/>
            <w:u w:val="single"/>
          </w:rPr>
          <w:t>https://savannahpridecenter.org/pride-2026</w:t>
        </w:r>
      </w:hyperlink>
      <w:r>
        <w:t xml:space="preserve"> - The Savannah Pride Festival 2026, themed 'Chosen Family,' is scheduled for October 24, 2026, at Forsyth Park. The event includes a neurosensitive market, food trucks, DJs, drag performances, and a foam party. Leading up to the festival, there will be a Pride music concert titled 'As We Are' on October 10 and the third annual Pride Ball on October 17. The Savannah Pride Center invites the community to participate in these celebrations of unity and acceptance.</w:t>
      </w:r>
      <w:r/>
    </w:p>
    <w:p>
      <w:pPr>
        <w:pStyle w:val="ListNumber"/>
        <w:spacing w:line="240" w:lineRule="auto"/>
        <w:ind w:left="720"/>
      </w:pPr>
      <w:r/>
      <w:hyperlink r:id="rId15">
        <w:r>
          <w:rPr>
            <w:color w:val="0000EE"/>
            <w:u w:val="single"/>
          </w:rPr>
          <w:t>https://colgaypride.org/halloween-festival</w:t>
        </w:r>
      </w:hyperlink>
      <w:r>
        <w:t xml:space="preserve"> - Colgay Pride's 13th Annual Halloween Festival, themed 'The Final Chapter,' is set for October 31, 2026, from 5:00 PM to 11:00 PM at 4214 16th Avenue, Columbus, Georgia. The event features a spooky haunted house backdrop, neon-lit visuals, and appearances by horror icons such as Pennywise, Pinhead, Freddy Krueger, Jason Voorhees, Chucky, Michael Myers, and Art the Clown. Activities include trick-or-treating for kids, a bonfire with s'mores, a haunted walk, drag show extravaganza, costume contests, live music, and food trucks. This marks the final Halloween Festival hosted by Colgay Pride.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oughdraftatlanta.com/2026/09/30/georgia-cities-schedule-pride-festivals/" TargetMode="External"/><Relationship Id="rId10" Type="http://schemas.openxmlformats.org/officeDocument/2006/relationships/hyperlink" Target="https://www.carrolltonrainbow.com/pride-festival" TargetMode="External"/><Relationship Id="rId11" Type="http://schemas.openxmlformats.org/officeDocument/2006/relationships/hyperlink" Target="https://www.carrolltonrainbow.com/event-details-registration/carrollton-pride-2026-sponsor-sign-up" TargetMode="External"/><Relationship Id="rId12" Type="http://schemas.openxmlformats.org/officeDocument/2006/relationships/hyperlink" Target="https://www.carrolltonrainbow.com/event-details-registration/carrollton-pride-drag-show" TargetMode="External"/><Relationship Id="rId13" Type="http://schemas.openxmlformats.org/officeDocument/2006/relationships/hyperlink" Target="https://southgapride.com/events/2026/9/19/river-street-clean-up" TargetMode="External"/><Relationship Id="rId14" Type="http://schemas.openxmlformats.org/officeDocument/2006/relationships/hyperlink" Target="https://savannahpridecenter.org/pride-2026" TargetMode="External"/><Relationship Id="rId15" Type="http://schemas.openxmlformats.org/officeDocument/2006/relationships/hyperlink" Target="https://colgaypride.org/halloween-festiva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