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TV Trailers and Queer Shows to Watch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getting a packed new line-up of queer films, dramas and reality shows, from a heartfelt American Gladiators documentary to a steamy creator competition. These trailers point to a busy season of LGBTQ+ entertainment, with stories that mix nostalgia, romance, camp and serious personal history across streaming platforms.</w:t>
      </w:r>
      <w:r/>
    </w:p>
    <w:p>
      <w:pPr>
        <w:pStyle w:val="Heading2"/>
      </w:pPr>
      <w:r>
        <w:t>Essential Takeaways</w:t>
      </w:r>
      <w:r/>
      <w:r/>
    </w:p>
    <w:p>
      <w:pPr>
        <w:pStyle w:val="ListBullet"/>
        <w:spacing w:line="240" w:lineRule="auto"/>
        <w:ind w:left="720"/>
      </w:pPr>
      <w:r/>
      <w:r>
        <w:rPr>
          <w:b/>
        </w:rPr>
        <w:t>A forgotten trailblazer:</w:t>
      </w:r>
      <w:r>
        <w:t xml:space="preserve"> Shelley Beattie, known as Siren, broke barriers as a deaf, bisexual American Gladiators athlete.</w:t>
      </w:r>
      <w:r/>
    </w:p>
    <w:p>
      <w:pPr>
        <w:pStyle w:val="ListBullet"/>
        <w:spacing w:line="240" w:lineRule="auto"/>
        <w:ind w:left="720"/>
      </w:pPr>
      <w:r/>
      <w:r>
        <w:rPr>
          <w:b/>
        </w:rPr>
        <w:t>A personal documentary:</w:t>
      </w:r>
      <w:r>
        <w:t xml:space="preserve"> Marlee Matlin explores Beattie's public success and private struggles in a new HBO Max film.</w:t>
      </w:r>
      <w:r/>
    </w:p>
    <w:p>
      <w:pPr>
        <w:pStyle w:val="ListBullet"/>
        <w:spacing w:line="240" w:lineRule="auto"/>
        <w:ind w:left="720"/>
      </w:pPr>
      <w:r/>
      <w:r>
        <w:rPr>
          <w:b/>
        </w:rPr>
        <w:t>A cheeky reality hit:</w:t>
      </w:r>
      <w:r>
        <w:t xml:space="preserve"> Crush House brings queer adult-content creators together for challenges, rivalry and a cash prize.</w:t>
      </w:r>
      <w:r/>
    </w:p>
    <w:p>
      <w:pPr>
        <w:pStyle w:val="ListBullet"/>
        <w:spacing w:line="240" w:lineRule="auto"/>
        <w:ind w:left="720"/>
      </w:pPr>
      <w:r/>
      <w:r>
        <w:rPr>
          <w:b/>
        </w:rPr>
        <w:t>A broad queer slate:</w:t>
      </w:r>
      <w:r>
        <w:t xml:space="preserve"> The latest trailers span romance, horror-comedy, prestige drama and reality television.</w:t>
      </w:r>
      <w:r/>
    </w:p>
    <w:p>
      <w:pPr>
        <w:pStyle w:val="ListBullet"/>
        <w:spacing w:line="240" w:lineRule="auto"/>
        <w:ind w:left="720"/>
      </w:pPr>
      <w:r/>
      <w:r>
        <w:rPr>
          <w:b/>
        </w:rPr>
        <w:t>A useful viewing tip:</w:t>
      </w:r>
      <w:r>
        <w:t xml:space="preserve"> Check each platform's regional availability and age rating before settling in.</w:t>
      </w:r>
      <w:r/>
      <w:r/>
    </w:p>
    <w:p>
      <w:pPr>
        <w:pStyle w:val="Heading2"/>
      </w:pPr>
      <w:r>
        <w:t>September's queer trailer round-up is gloriously varied</w:t>
      </w:r>
      <w:r/>
    </w:p>
    <w:p>
      <w:r/>
      <w:r>
        <w:t>The latest wave of LGBTQ+ trailers refuses to fit neatly into one genre. There are glossy competition shows, emotionally heavy documentaries, big romantic dramas and the sort of knowingly outrageous horror-comedy that seems designed for a group chat.</w:t>
      </w:r>
      <w:r/>
    </w:p>
    <w:p>
      <w:r/>
      <w:r>
        <w:t>That variety is part of the appeal. One minute you're revisiting the muscular, neon world of American Gladiators, and the next you're watching creators battle it out in a luxury villa. According to the original September round-up, the titles also include Hudson Williams' first project after Heated Rivalry, alongside a sweeping gay drama tipped for major awards attention.</w:t>
      </w:r>
      <w:r/>
    </w:p>
    <w:p>
      <w:pPr>
        <w:pStyle w:val="Heading2"/>
      </w:pPr>
      <w:r>
        <w:t>Siren's American Gladiators story deserves a closer look</w:t>
      </w:r>
      <w:r/>
    </w:p>
    <w:p>
      <w:r/>
      <w:r>
        <w:t>For many viewers who discovered the series in the early 1990s, American Gladiators was more than a sporting spectacle. Its theatrical costumes, pumped-up personalities and physical confidence made it an unforgettable piece of television, particularly for queer audiences.</w:t>
      </w:r>
      <w:r/>
    </w:p>
    <w:p>
      <w:r/>
      <w:r>
        <w:t>At its centre is Shelley Beattie, the athlete who competed as Siren. Gladiators TV identifies Beattie as a deaf, bisexual bodybuilder, making her presence on such a mainstream programme especially significant. She wasn't simply a striking figure in the arena; she represented visibility at a time when television offered far fewer examples of disabled and bisexual public figures.</w:t>
      </w:r>
      <w:r/>
    </w:p>
    <w:p>
      <w:r/>
      <w:r>
        <w:t>The new documentary moves beyond the bright lights and imposing physiques. Oscar-winning deaf actor Marlee Matlin works with director Irene Taylor to examine Beattie's life, including the trauma and mental-health difficulties she faced away from the cameras. It's a sobering counterpoint to the show's high-energy spectacle, and a reminder that an iconic television image can conceal a far more complicated human story.</w:t>
      </w:r>
      <w:r/>
    </w:p>
    <w:p>
      <w:pPr>
        <w:pStyle w:val="Heading2"/>
      </w:pPr>
      <w:r>
        <w:t>Crush House turns queer reality TV up to eleven</w:t>
      </w:r>
      <w:r/>
    </w:p>
    <w:p>
      <w:r/>
      <w:r>
        <w:t>If the documentary offers reflection, Crush House brings the heat. The new series from MENCRUSH places queer adult-content creators in a villa in Baja California, where they compete for money and the title of Most Valuable Crush.</w:t>
      </w:r>
      <w:r/>
    </w:p>
    <w:p>
      <w:r/>
      <w:r>
        <w:t>Hosted by Josh Moore and JJ Aussie, the programme gathers recognisable online personalities including Kyle Krieger and Rocky Unleashed. Challenges, flirtation and competitive tension are all part of the package, with the season building towards an intentionally outrageous finale.</w:t>
      </w:r>
      <w:r/>
    </w:p>
    <w:p>
      <w:r/>
      <w:r>
        <w:t>It won't be everyone's cup of tea, but the format understands what makes reality television addictive. Put charismatic people in a beautiful location, add a prize and remove most opportunities for privacy, and the drama tends to arrive on its own. New episodes are released on Fridays through MENCRUSH.com.</w:t>
      </w:r>
      <w:r/>
    </w:p>
    <w:p>
      <w:pPr>
        <w:pStyle w:val="Heading2"/>
      </w:pPr>
      <w:r>
        <w:t>From prestige drama to campy horror, there's something for every mood</w:t>
      </w:r>
      <w:r/>
    </w:p>
    <w:p>
      <w:r/>
      <w:r>
        <w:t>The wider trailer line-up suggests that queer storytelling is continuing to expand in both scale and tone. Russell T Davies remains closely associated with ambitious gay television, while the current slate also includes projects that lean into suspense, absurdity and unapologetic fun.</w:t>
      </w:r>
      <w:r/>
    </w:p>
    <w:p>
      <w:r/>
      <w:r>
        <w:t>That matters because representation is strongest when it isn't forced to perform just one job. A serious historical or personal story can sit alongside a ridiculous horror-comedy or a glossy dating-style competition. Viewers should be able to find queer characters in stories that make them think, swoon, laugh or recoil behind a cushion.</w:t>
      </w:r>
      <w:r/>
    </w:p>
    <w:p>
      <w:r/>
      <w:r>
        <w:t>For anyone planning a watchlist, the easiest approach is to sort by mood rather than platform. Start with Siren's story if you're after something reflective, choose Crush House for high-energy reality drama, and keep the darker or more romantic titles for an evening when you're ready to get properly invested.</w:t>
      </w:r>
      <w:r/>
    </w:p>
    <w:p>
      <w:pPr>
        <w:pStyle w:val="Heading2"/>
      </w:pPr>
      <w:r>
        <w:t>What to watch first, and how to keep track</w:t>
      </w:r>
      <w:r/>
    </w:p>
    <w:p>
      <w:r/>
      <w:r>
        <w:t>The strongest starting point is probably the American Gladiators documentary. Its subject has a built-in nostalgia factor, but the focus on Beattie's identity, disability and mental health gives it weight beyond a simple television retrospective.</w:t>
      </w:r>
      <w:r/>
    </w:p>
    <w:p>
      <w:r/>
      <w:r>
        <w:t>Crush House is the more immediate, snackable option, particularly if you enjoy competition shows with a flamboyant cast and a deliberately provocative edge. Just remember that its adult-content setting means it's best treated as an age-restricted watch, not casual family viewing.</w:t>
      </w:r>
      <w:r/>
    </w:p>
    <w:p>
      <w:r/>
      <w:r>
        <w:t>Meanwhile, the other trailers are worth saving rather than trying to consume all at once. Streaming releases can vary by country, and availability changes quickly, so check the platform, release date and content guidance before making plans. A good trailer may promise the mood, but it doesn't always tell you how intense the finished show will feel.</w:t>
      </w:r>
      <w:r/>
    </w:p>
    <w:p>
      <w:r/>
      <w:r>
        <w:t>Queer entertainment is having another wonderfully unpredictable moment, and this line-up proves there isn't one approved way to tell a gay story. Explore the trailers, choose your mood and keep the snacks nearby.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0">
        <w:r>
          <w:rPr>
            <w:color w:val="0000EE"/>
            <w:u w:val="single"/>
          </w:rPr>
          <w:t>[3]</w:t>
        </w:r>
      </w:hyperlink>
      <w:r>
        <w:t xml:space="preserve">, </w:t>
      </w:r>
      <w:hyperlink r:id="rId10">
        <w:r>
          <w:rPr>
            <w:color w:val="0000EE"/>
            <w:u w:val="single"/>
          </w:rPr>
          <w:t>[6]</w:t>
        </w:r>
      </w:hyperlink>
      <w:r>
        <w:t xml:space="preserve">- Paragraph 12: </w:t>
      </w:r>
      <w:hyperlink r:id="rId10">
        <w:r>
          <w:rPr>
            <w:color w:val="0000EE"/>
            <w:u w:val="single"/>
          </w:rPr>
          <w:t>[5]</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[3]</w:t>
        </w:r>
      </w:hyperlink>
      <w:r>
        <w:t xml:space="preserve">- Paragraph 14: </w:t>
      </w:r>
      <w:hyperlink r:id="rId10">
        <w:r>
          <w:rPr>
            <w:color w:val="0000EE"/>
            <w:u w:val="single"/>
          </w:rPr>
          <w:t>[4]</w:t>
        </w:r>
      </w:hyperlink>
      <w:r>
        <w:t xml:space="preserve">, </w:t>
      </w:r>
      <w:hyperlink r:id="rId10">
        <w:r>
          <w:rPr>
            <w:color w:val="0000EE"/>
            <w:u w:val="single"/>
          </w:rPr>
          <w:t>[5]</w:t>
        </w:r>
      </w:hyperlink>
      <w:r>
        <w:t xml:space="preserve">- Paragraph 15: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https://meaws.com/news/watch-the-gayest-movie-tv-trailers-that-12/105547</w:t>
        </w:r>
      </w:hyperlink>
      <w:r>
        <w:t xml:space="preserve"> - Please view link - unable to able to access data</w:t>
      </w:r>
      <w:r/>
    </w:p>
    <w:p>
      <w:pPr>
        <w:pStyle w:val="ListNumber"/>
        <w:spacing w:line="240" w:lineRule="auto"/>
        <w:ind w:left="720"/>
      </w:pPr>
      <w:r/>
      <w:hyperlink r:id="rId10">
        <w:r>
          <w:rPr>
            <w:color w:val="0000EE"/>
            <w:u w:val="single"/>
          </w:rPr>
          <w:t>https://www.gladiatorstv.com/international/america/gladiators/siren.php</w:t>
        </w:r>
      </w:hyperlink>
      <w:r>
        <w:t xml:space="preserve"> - Shelley Beattie, known as 'Siren' on 'American Gladiators', was a deaf athlete who competed in 44 episodes between 1992 and 1997. Despite her hearing loss, she excelled in various sports, including heptathlon, gymnastics, and cross-country running. Beattie was diagnosed with profound hearing loss at a young age and overcame challenges by learning sign language and utilizing hearing aids. She graduated with a degree in psychology and special education from Western Oregon State College.</w:t>
      </w:r>
      <w:r/>
    </w:p>
    <w:p>
      <w:pPr>
        <w:pStyle w:val="ListNumber"/>
        <w:spacing w:line="240" w:lineRule="auto"/>
        <w:ind w:left="720"/>
      </w:pPr>
      <w:r/>
      <w:hyperlink r:id="rId10">
        <w:r>
          <w:rPr>
            <w:color w:val="0000EE"/>
            <w:u w:val="single"/>
          </w:rPr>
          <w:t>https://www.gladiatorstv.com/international/america/gladiators/siren.php</w:t>
        </w:r>
      </w:hyperlink>
      <w:r>
        <w:t xml:space="preserve"> - Shelley Beattie, known as 'Siren' on 'American Gladiators', was a deaf athlete who competed in 44 episodes between 1992 and 1997. Despite her hearing loss, she excelled in various sports, including heptathlon, gymnastics, and cross-country running. Beattie was diagnosed with profound hearing loss at a young age and overcame challenges by learning sign language and utilizing hearing aids. She graduated with a degree in psychology and special education from Western Oregon State College.</w:t>
      </w:r>
      <w:r/>
    </w:p>
    <w:p>
      <w:pPr>
        <w:pStyle w:val="ListNumber"/>
        <w:spacing w:line="240" w:lineRule="auto"/>
        <w:ind w:left="720"/>
      </w:pPr>
      <w:r/>
      <w:hyperlink r:id="rId10">
        <w:r>
          <w:rPr>
            <w:color w:val="0000EE"/>
            <w:u w:val="single"/>
          </w:rPr>
          <w:t>https://www.gladiatorstv.com/international/america/gladiators/siren.php</w:t>
        </w:r>
      </w:hyperlink>
      <w:r>
        <w:t xml:space="preserve"> - Shelley Beattie, known as 'Siren' on 'American Gladiators', was a deaf athlete who competed in 44 episodes between 1992 and 1997. Despite her hearing loss, she excelled in various sports, including heptathlon, gymnastics, and cross-country running. Beattie was diagnosed with profound hearing loss at a young age and overcame challenges by learning sign language and utilizing hearing aids. She graduated with a degree in psychology and special education from Western Oregon State College.</w:t>
      </w:r>
      <w:r/>
    </w:p>
    <w:p>
      <w:pPr>
        <w:pStyle w:val="ListNumber"/>
        <w:spacing w:line="240" w:lineRule="auto"/>
        <w:ind w:left="720"/>
      </w:pPr>
      <w:r/>
      <w:hyperlink r:id="rId10">
        <w:r>
          <w:rPr>
            <w:color w:val="0000EE"/>
            <w:u w:val="single"/>
          </w:rPr>
          <w:t>https://www.gladiatorstv.com/international/america/gladiators/siren.php</w:t>
        </w:r>
      </w:hyperlink>
      <w:r>
        <w:t xml:space="preserve"> - Shelley Beattie, known as 'Siren' on 'American Gladiators', was a deaf athlete who competed in 44 episodes between 1992 and 1997. Despite her hearing loss, she excelled in various sports, including heptathlon, gymnastics, and cross-country running. Beattie was diagnosed with profound hearing loss at a young age and overcame challenges by learning sign language and utilizing hearing aids. She graduated with a degree in psychology and special education from Western Oregon State College.</w:t>
      </w:r>
      <w:r/>
    </w:p>
    <w:p>
      <w:pPr>
        <w:pStyle w:val="ListNumber"/>
        <w:spacing w:line="240" w:lineRule="auto"/>
        <w:ind w:left="720"/>
      </w:pPr>
      <w:r/>
      <w:hyperlink r:id="rId10">
        <w:r>
          <w:rPr>
            <w:color w:val="0000EE"/>
            <w:u w:val="single"/>
          </w:rPr>
          <w:t>https://www.gladiatorstv.com/international/america/gladiators/siren.php</w:t>
        </w:r>
      </w:hyperlink>
      <w:r>
        <w:t xml:space="preserve"> - Shelley Beattie, known as 'Siren' on 'American Gladiators', was a deaf athlete who competed in 44 episodes between 1992 and 1997. Despite her hearing loss, she excelled in various sports, including heptathlon, gymnastics, and cross-country running. Beattie was diagnosed with profound hearing loss at a young age and overcame challenges by learning sign language and utilizing hearing aids. She graduated with a degree in psychology and special education from Western Oregon State College.</w:t>
      </w:r>
      <w:r/>
    </w:p>
    <w:p>
      <w:pPr>
        <w:pStyle w:val="ListNumber"/>
        <w:spacing w:line="240" w:lineRule="auto"/>
        <w:ind w:left="720"/>
      </w:pPr>
      <w:r/>
      <w:hyperlink r:id="rId10">
        <w:r>
          <w:rPr>
            <w:color w:val="0000EE"/>
            <w:u w:val="single"/>
          </w:rPr>
          <w:t>https://www.gladiatorstv.com/international/america/gladiators/siren.php</w:t>
        </w:r>
      </w:hyperlink>
      <w:r>
        <w:t xml:space="preserve"> - Shelley Beattie, known as 'Siren' on 'American Gladiators', was a deaf athlete who competed in 44 episodes between 1992 and 1997. Despite her hearing loss, she excelled in various sports, including heptathlon, gymnastics, and cross-country running. Beattie was diagnosed with profound hearing loss at a young age and overcame challenges by learning sign language and utilizing hearing aids. She graduated with a degree in psychology and special education from Western Oregon State College.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watch-the-gayest-movie-tv-trailers-that-12/105547" TargetMode="External"/><Relationship Id="rId10" Type="http://schemas.openxmlformats.org/officeDocument/2006/relationships/hyperlink" Target="https://www.gladiatorstv.com/international/america/gladiators/siren.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