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Days Anaheim 2026 Guide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turning Disneyland Resort red again as Gay Days Anaheim brings LGBTQ+ travellers together for a lively weekend of rides, parties and chosen-family energy. With tens of thousands expected in Anaheim, California, the unofficial celebration matters because it blends visibility, community and pure theme-park fun.</w:t>
      </w:r>
      <w:r/>
    </w:p>
    <w:p>
      <w:pPr>
        <w:pStyle w:val="Heading2"/>
      </w:pPr>
      <w:r>
        <w:t>Essential Takeaways</w:t>
      </w:r>
      <w:r/>
      <w:r/>
    </w:p>
    <w:p>
      <w:pPr>
        <w:pStyle w:val="ListBullet"/>
        <w:spacing w:line="240" w:lineRule="auto"/>
        <w:ind w:left="720"/>
      </w:pPr>
      <w:r/>
      <w:r>
        <w:rPr>
          <w:b/>
        </w:rPr>
        <w:t>A major annual gathering:</w:t>
      </w:r>
      <w:r>
        <w:t xml:space="preserve"> Gay Days Anaheim has grown from a small meetup into a large LGBTQ+ weekend at Disneyland Resort.</w:t>
      </w:r>
      <w:r/>
    </w:p>
    <w:p>
      <w:pPr>
        <w:pStyle w:val="ListBullet"/>
        <w:spacing w:line="240" w:lineRule="auto"/>
        <w:ind w:left="720"/>
      </w:pPr>
      <w:r/>
      <w:r>
        <w:rPr>
          <w:b/>
        </w:rPr>
        <w:t>Red shirts are the sign:</w:t>
      </w:r>
      <w:r>
        <w:t xml:space="preserve"> Attendees traditionally wear red, creating an instantly recognisable and cheerful sea of colour.</w:t>
      </w:r>
      <w:r/>
    </w:p>
    <w:p>
      <w:pPr>
        <w:pStyle w:val="ListBullet"/>
        <w:spacing w:line="240" w:lineRule="auto"/>
        <w:ind w:left="720"/>
      </w:pPr>
      <w:r/>
      <w:r>
        <w:rPr>
          <w:b/>
        </w:rPr>
        <w:t>It is a mix-in event:</w:t>
      </w:r>
      <w:r>
        <w:t xml:space="preserve"> Guests mingle with everyday park visitors rather than taking over the resort exclusively.</w:t>
      </w:r>
      <w:r/>
    </w:p>
    <w:p>
      <w:pPr>
        <w:pStyle w:val="ListBullet"/>
        <w:spacing w:line="240" w:lineRule="auto"/>
        <w:ind w:left="720"/>
      </w:pPr>
      <w:r/>
      <w:r>
        <w:rPr>
          <w:b/>
        </w:rPr>
        <w:t>There is more than rides:</w:t>
      </w:r>
      <w:r>
        <w:t xml:space="preserve"> Parties, performances, social meetups and family-friendly gatherings broaden the weekend's appeal.</w:t>
      </w:r>
      <w:r/>
    </w:p>
    <w:p>
      <w:pPr>
        <w:pStyle w:val="ListBullet"/>
        <w:spacing w:line="240" w:lineRule="auto"/>
        <w:ind w:left="720"/>
      </w:pPr>
      <w:r/>
      <w:r>
        <w:rPr>
          <w:b/>
        </w:rPr>
        <w:t>Planning still matters:</w:t>
      </w:r>
      <w:r>
        <w:t xml:space="preserve"> Book accommodation, park tickets and event extras early, particularly if you're travelling with friends.</w:t>
      </w:r>
      <w:r/>
      <w:r/>
    </w:p>
    <w:p>
      <w:pPr>
        <w:pStyle w:val="Heading2"/>
      </w:pPr>
      <w:r>
        <w:t>Disneyland turns gloriously red</w:t>
      </w:r>
      <w:r/>
    </w:p>
    <w:p>
      <w:r/>
      <w:r>
        <w:t>The first thing you'll notice is the colour. Across Disneyland and Disney California Adventure, red shirts turn ordinary queues, parades and park photos into something that feels part holiday, part reunion and part joyful flash mob.</w:t>
      </w:r>
      <w:r/>
    </w:p>
    <w:p>
      <w:r/>
      <w:r>
        <w:t>Gay Days Anaheim began in 1998 as a one-day gathering, but it has developed into a multi-day fixture for LGBTQ+ visitors. Gay Travel 4 U and other event listings describe it as a recurring weekend built around the Disney parks, social activities and community meetups. That long-running tradition gives the event a reassuring sense of familiarity, even for first-timers.</w:t>
      </w:r>
      <w:r/>
    </w:p>
    <w:p>
      <w:r/>
      <w:r>
        <w:t>The result is more than a themed dress code. It is a simple, friendly way for visitors to find one another without needing a formal introduction. At a resort where everyone is already looking for a little magic, that visibility feels especially natural.</w:t>
      </w:r>
      <w:r/>
    </w:p>
    <w:p>
      <w:pPr>
        <w:pStyle w:val="Heading2"/>
      </w:pPr>
      <w:r>
        <w:t>What happens during Gay Days Anaheim?</w:t>
      </w:r>
      <w:r/>
    </w:p>
    <w:p>
      <w:r/>
      <w:r>
        <w:t>The weekend typically combines park days with nightlife, entertainment and smaller social gatherings. Listings from Gay Desert Guide and OutXOut highlight the event's broad mix of activities, while travel guides point to parties and community-focused meetups around Anaheim.</w:t>
      </w:r>
      <w:r/>
    </w:p>
    <w:p>
      <w:r/>
      <w:r>
        <w:t>Past programming has included dedicated ride experiences, lunches, drag performances, comedy and live music. There have also been gatherings designed for different corners of the community, so the weekend isn't limited to one kind of visitor or one pace of partying.</w:t>
      </w:r>
      <w:r/>
    </w:p>
    <w:p>
      <w:r/>
      <w:r>
        <w:t>That variety is useful. Some people want to spend the morning on Space Mountain, others would rather meet friends over lunch, and plenty will aim for both before the fireworks begin. In other words, you can make the weekend as energetic or relaxed as your trainers allow.</w:t>
      </w:r>
      <w:r/>
    </w:p>
    <w:p>
      <w:pPr>
        <w:pStyle w:val="Heading2"/>
      </w:pPr>
      <w:r>
        <w:t>Why the red-shirt tradition works so well</w:t>
      </w:r>
      <w:r/>
    </w:p>
    <w:p>
      <w:r/>
      <w:r>
        <w:t>Gay Days Anaheim is known as a "mix-in" event, meaning LGBTQ+ visitors join the general public throughout the parks. The red shirt offers a shared signal, but it doesn't create a barrier between attendees and everyone else enjoying Disneyland.</w:t>
      </w:r>
      <w:r/>
    </w:p>
    <w:p>
      <w:r/>
      <w:r>
        <w:t>According to Gay Travel 4 U's event coverage, the tradition has become a defining part of the weekend. It works because it's visible without being complicated: wear red, head into the park and keep an eye out for fellow attendees. Your outfit does some of the social work for you.</w:t>
      </w:r>
      <w:r/>
    </w:p>
    <w:p>
      <w:r/>
      <w:r>
        <w:t>For visitors travelling alone, that can make a busy resort feel less anonymous. For groups, it creates an easy photo opportunity and a playful sense of belonging. And for families or couples attending together, it adds a little ceremony to the day without requiring matching ears, although nobody will judge you for those.</w:t>
      </w:r>
      <w:r/>
    </w:p>
    <w:p>
      <w:pPr>
        <w:pStyle w:val="Heading2"/>
      </w:pPr>
      <w:r>
        <w:t>How to plan a first Gay Days Anaheim trip</w:t>
      </w:r>
      <w:r/>
    </w:p>
    <w:p>
      <w:r/>
      <w:r>
        <w:t>Start with the practical basics. Check the official Gay Days Anaheim information before travelling, then compare park ticket requirements, event registration and any separate party costs. The dates and programme can change, so relying on an old social post is a risky way to organise an expensive holiday.</w:t>
      </w:r>
      <w:r/>
    </w:p>
    <w:p>
      <w:r/>
      <w:r>
        <w:t>Accommodation is another priority. Anaheim hotels can fill quickly during popular park weekends, particularly when visitors are travelling in groups. Booking early gives you more choice, whether you want to stay close enough to walk to the resort or prefer a quieter base with a lower nightly rate.</w:t>
      </w:r>
      <w:r/>
    </w:p>
    <w:p>
      <w:r/>
      <w:r>
        <w:t>Finally, pack for long, warm days. Comfortable shoes, sun protection, a refillable water bottle and a red top you'll actually enjoy wearing will go further than an overstuffed suitcase. If you're attending evening events, leave room for a change of clothes and a little sparkle.</w:t>
      </w:r>
      <w:r/>
    </w:p>
    <w:p>
      <w:pPr>
        <w:pStyle w:val="Heading2"/>
      </w:pPr>
      <w:r>
        <w:t>A community weekend with genuine staying power</w:t>
      </w:r>
      <w:r/>
    </w:p>
    <w:p>
      <w:r/>
      <w:r>
        <w:t>The appeal of Gay Days Anaheim isn't only the rides or the photo-friendly outfits. It is the chance to see LGBTQ+ people taking up space together in a setting associated with childhood memories, family holidays and uncomplicated fun.</w:t>
      </w:r>
      <w:r/>
    </w:p>
    <w:p>
      <w:r/>
      <w:r>
        <w:t>Event guides from Gay Days Anaheim, Gay Desert Guide and OutXOut all position the weekend as a social celebration rather than a single ticketed attraction. That distinction matters. The strongest memories may come from a shared laugh in a queue, a chance meeting at lunch or spotting a sea of red stretch across the park.</w:t>
      </w:r>
      <w:r/>
    </w:p>
    <w:p>
      <w:r/>
      <w:r>
        <w:t>As the gathering continues to evolve, its formula remains pleasingly simple: show up, find your people and enjoy the park. For many visitors, that is more than enough magic for one weekend.</w:t>
      </w:r>
      <w:r/>
    </w:p>
    <w:p>
      <w:r/>
      <w:r>
        <w:t>It's a small red shirt, but it can make a very big park feel wonderfully welcoming.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https://www.gaycities.com/articles/107482/photos-disneyland-got-a-lot-happier-thanks-to-2026-gay-days-anaheim/</w:t>
        </w:r>
      </w:hyperlink>
      <w:r>
        <w:t xml:space="preserve"> - Please view link - unable to able to access data</w:t>
      </w:r>
      <w:r/>
    </w:p>
    <w:p>
      <w:pPr>
        <w:pStyle w:val="ListNumber"/>
        <w:spacing w:line="240" w:lineRule="auto"/>
        <w:ind w:left="720"/>
      </w:pPr>
      <w:r/>
      <w:hyperlink r:id="rId10">
        <w:r>
          <w:rPr>
            <w:color w:val="0000EE"/>
            <w:u w:val="single"/>
          </w:rPr>
          <w:t>https://www.gaydaysanaheiminfo.com/about</w:t>
        </w:r>
      </w:hyperlink>
      <w:r>
        <w:t xml:space="preserve"> - Gay Days Anaheim is an annual LGBTQ+ event at Disneyland Resort in Anaheim, California, attracting over 30,000 attendees each year. The event, initiated in 1998, is a 'mix in' gathering where LGBTQ+ individuals and the general public mingle, with attendees wearing red shirts to identify each other. The 2026 event is scheduled for September 18–20, featuring various activities such as parties, gatherings, a group photo, a scavenger hunt, and private meals. The event is not officially presented by Disneyland, so attendees should plan accordingly.</w:t>
      </w:r>
      <w:r/>
    </w:p>
    <w:p>
      <w:pPr>
        <w:pStyle w:val="ListNumber"/>
        <w:spacing w:line="240" w:lineRule="auto"/>
        <w:ind w:left="720"/>
      </w:pPr>
      <w:r/>
      <w:hyperlink r:id="rId11">
        <w:r>
          <w:rPr>
            <w:color w:val="0000EE"/>
            <w:u w:val="single"/>
          </w:rPr>
          <w:t>https://www.gaydesertguide.com/events/gay-days-anaheim/</w:t>
        </w:r>
      </w:hyperlink>
      <w:r>
        <w:t xml:space="preserve"> - Gay Days Anaheim 2026 is set for September 18–20 at Disneyland Resort in Anaheim, California. The event includes performances by Alyssa Edwards, Irene the Alien, Cheyenne Jackson, Zach Noe Towers, Jan Sport, Jackie Cox, and Kay Sedia. Tickets and VIP packages are available for purchase. Attendees can also access special theme park tickets through an online ticket store. The event is part of the Disneyland Resort, which features two theme parks, three hotels, and the Downtown Disney District.</w:t>
      </w:r>
      <w:r/>
    </w:p>
    <w:p>
      <w:pPr>
        <w:pStyle w:val="ListNumber"/>
        <w:spacing w:line="240" w:lineRule="auto"/>
        <w:ind w:left="720"/>
      </w:pPr>
      <w:r/>
      <w:hyperlink r:id="rId12">
        <w:r>
          <w:rPr>
            <w:color w:val="0000EE"/>
            <w:u w:val="single"/>
          </w:rPr>
          <w:t>https://outxout.com/event/gay-days-anaheim-2026</w:t>
        </w:r>
      </w:hyperlink>
      <w:r>
        <w:t xml:space="preserve"> - Gay Days Anaheim 2026 is scheduled for September 18–20 at Disneyland Resort in Anaheim, California. The main 'Gay Day' at Disneyland is on Saturday, September 19, featuring a scavenger hunt, the Big Red Boat on the Mark Twain, and a group photo at Sleeping Beauty Castle. The event is fan-run and unofficial, with park tickets purchased separately from Disney. Additional events include performances by Alyssa Edwards, a late-night dance party, and Drag Queen Bingo hosted by Kay Sedia.</w:t>
      </w:r>
      <w:r/>
    </w:p>
    <w:p>
      <w:pPr>
        <w:pStyle w:val="ListNumber"/>
        <w:spacing w:line="240" w:lineRule="auto"/>
        <w:ind w:left="720"/>
      </w:pPr>
      <w:r/>
      <w:hyperlink r:id="rId13">
        <w:r>
          <w:rPr>
            <w:color w:val="0000EE"/>
            <w:u w:val="single"/>
          </w:rPr>
          <w:t>https://www.gaytravel4u.es/event/gay-days-anaheim/</w:t>
        </w:r>
      </w:hyperlink>
      <w:r>
        <w:t xml:space="preserve"> - Gay Days Anaheim 2026 is scheduled from September 18 to 20 at Disneyland Resort in Southern California. The event attracts approximately 35,000 LGBTQ+ attendees and features highlights such as the Wonderland Party, The Plunge, the Kingdom Party, and park days. Gay Days Anaheim has been a popular weekend at Disney since its inception in 1998, transforming the local landscape and offering a vibrant experience for visitors of all ages.</w:t>
      </w:r>
      <w:r/>
    </w:p>
    <w:p>
      <w:pPr>
        <w:pStyle w:val="ListNumber"/>
        <w:spacing w:line="240" w:lineRule="auto"/>
        <w:ind w:left="720"/>
      </w:pPr>
      <w:r/>
      <w:hyperlink r:id="rId14">
        <w:r>
          <w:rPr>
            <w:color w:val="0000EE"/>
            <w:u w:val="single"/>
          </w:rPr>
          <w:t>https://www.gaytravel4u.it/event/gay-days-anaheim/</w:t>
        </w:r>
      </w:hyperlink>
      <w:r>
        <w:t xml:space="preserve"> - Gay Days Anaheim 2026 is set to take place from September 18 to 20 at Disneyland Resort in Southern California. The event draws around 35,000 LGBTQ+ attendees and includes key highlights like the Wonderland Party, The Plunge, the Kingdom Party, and park days. Since its inception in 1998, Gay Days Anaheim has become one of the most popular weekends at Disney, transforming the local landscape and offering a vibrant experience for visitors of all ages.</w:t>
      </w:r>
      <w:r/>
    </w:p>
    <w:p>
      <w:pPr>
        <w:pStyle w:val="ListNumber"/>
        <w:spacing w:line="240" w:lineRule="auto"/>
        <w:ind w:left="720"/>
      </w:pPr>
      <w:r/>
      <w:hyperlink r:id="rId15">
        <w:r>
          <w:rPr>
            <w:color w:val="0000EE"/>
            <w:u w:val="single"/>
          </w:rPr>
          <w:t>https://www.gaytravel4u.fr/event/gay-days-anaheim/</w:t>
        </w:r>
      </w:hyperlink>
      <w:r>
        <w:t xml:space="preserve"> - Gay Days Anaheim 2026 is scheduled from September 18 to 20 at Disneyland Resort in Southern California. The event attracts approximately 35,000 LGBTQ+ attendees and features highlights such as the Wonderland Party, The Plunge, the Kingdom Party, and park days. Since its inception in 1998, Gay Days Anaheim has become one of the most popular weekends at Disney, transforming the local landscape and offering a vibrant experience for visitors of all ages.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482/photos-disneyland-got-a-lot-happier-thanks-to-2026-gay-days-anaheim/" TargetMode="External"/><Relationship Id="rId10" Type="http://schemas.openxmlformats.org/officeDocument/2006/relationships/hyperlink" Target="https://www.gaydaysanaheiminfo.com/about" TargetMode="External"/><Relationship Id="rId11" Type="http://schemas.openxmlformats.org/officeDocument/2006/relationships/hyperlink" Target="https://www.gaydesertguide.com/events/gay-days-anaheim/" TargetMode="External"/><Relationship Id="rId12" Type="http://schemas.openxmlformats.org/officeDocument/2006/relationships/hyperlink" Target="https://outxout.com/event/gay-days-anaheim-2026" TargetMode="External"/><Relationship Id="rId13" Type="http://schemas.openxmlformats.org/officeDocument/2006/relationships/hyperlink" Target="https://www.gaytravel4u.es/event/gay-days-anaheim/" TargetMode="External"/><Relationship Id="rId14" Type="http://schemas.openxmlformats.org/officeDocument/2006/relationships/hyperlink" Target="https://www.gaytravel4u.it/event/gay-days-anaheim/" TargetMode="External"/><Relationship Id="rId15" Type="http://schemas.openxmlformats.org/officeDocument/2006/relationships/hyperlink" Target="https://www.gaytravel4u.fr/event/gay-days-anahei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