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drag bingo in Paris: Patsy Magret returns for a playful night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Paris is getting another lively Hot Bingo night as Patsy Magret brings drag, quizzes, cabaret and cheeky conversation to the Speechless Bar on 8 October 2026. With prizes, a sexual-health information stand and a low-cost entry ticket, the event offers a welcoming reason to explore the capital's queer nightlife.</w:t>
      </w:r>
      <w:r/>
    </w:p>
    <w:p>
      <w:pPr>
        <w:pStyle w:val="Heading2"/>
      </w:pPr>
      <w:r>
        <w:t>Essential Takeaways</w:t>
      </w:r>
      <w:r/>
      <w:r/>
    </w:p>
    <w:p>
      <w:pPr>
        <w:pStyle w:val="ListBullet"/>
        <w:spacing w:line="240" w:lineRule="auto"/>
        <w:ind w:left="720"/>
      </w:pPr>
      <w:r/>
      <w:r>
        <w:rPr>
          <w:b/>
        </w:rPr>
        <w:t>When:</w:t>
      </w:r>
      <w:r>
        <w:t xml:space="preserve"> Thursday 8 October 2026, with doors at 7pm and the show from 8pm to 11pm.</w:t>
      </w:r>
      <w:r/>
    </w:p>
    <w:p>
      <w:pPr>
        <w:pStyle w:val="ListBullet"/>
        <w:spacing w:line="240" w:lineRule="auto"/>
        <w:ind w:left="720"/>
      </w:pPr>
      <w:r/>
      <w:r>
        <w:rPr>
          <w:b/>
        </w:rPr>
        <w:t>Where:</w:t>
      </w:r>
      <w:r>
        <w:t xml:space="preserve"> Speechless Bar, 45 rue de Montreuil, in Paris's 11th arrondissement.</w:t>
      </w:r>
      <w:r/>
    </w:p>
    <w:p>
      <w:pPr>
        <w:pStyle w:val="ListBullet"/>
        <w:spacing w:line="240" w:lineRule="auto"/>
        <w:ind w:left="720"/>
      </w:pPr>
      <w:r/>
      <w:r>
        <w:rPr>
          <w:b/>
        </w:rPr>
        <w:t>What's included:</w:t>
      </w:r>
      <w:r>
        <w:t xml:space="preserve"> The support ticket costs EUR3.50 and includes one bingo card.</w:t>
      </w:r>
      <w:r/>
    </w:p>
    <w:p>
      <w:pPr>
        <w:pStyle w:val="ListBullet"/>
        <w:spacing w:line="240" w:lineRule="auto"/>
        <w:ind w:left="720"/>
      </w:pPr>
      <w:r/>
      <w:r>
        <w:rPr>
          <w:b/>
        </w:rPr>
        <w:t>What to expect:</w:t>
      </w:r>
      <w:r>
        <w:t xml:space="preserve"> Drag performance, stand-up, improvisation, a Love Quiz and the dramatic final round, La Mort Subite.</w:t>
      </w:r>
      <w:r/>
    </w:p>
    <w:p>
      <w:pPr>
        <w:pStyle w:val="ListBullet"/>
        <w:spacing w:line="240" w:lineRule="auto"/>
        <w:ind w:left="720"/>
      </w:pPr>
      <w:r/>
      <w:r>
        <w:rPr>
          <w:b/>
        </w:rPr>
        <w:t>Practical detail:</w:t>
      </w:r>
      <w:r>
        <w:t xml:space="preserve"> Extra bingo cards cost EUR2 on the night, with more than 30 prizes promised.</w:t>
      </w:r>
      <w:r/>
      <w:r/>
    </w:p>
    <w:p>
      <w:pPr>
        <w:pStyle w:val="Heading2"/>
      </w:pPr>
      <w:r>
        <w:t>Patsy Magret's Hot Bingo brings cabaret to the card game</w:t>
      </w:r>
      <w:r/>
    </w:p>
    <w:p>
      <w:r/>
      <w:r>
        <w:t>Forget the quiet concentration of a traditional bingo hall. Hot Bingo is built for noise, laughter and a little theatrical chaos, with Patsy Magret steering the room through games, jokes and performances. According to Sortir à Paris, the show returns for the second date of its third season at Speechless Bar.</w:t>
      </w:r>
      <w:r/>
    </w:p>
    <w:p>
      <w:r/>
      <w:r>
        <w:t>The format mixes bingo with a cabaret atmosphere, stand-up and audience participation. Themes of love, sex and pleasure give the evening its deliberately bold personality, while the Love Quiz adds another chance for guests to shout out answers and get involved. It sounds less like a numbered-card contest and more like a social night with bingo woven through it.</w:t>
      </w:r>
      <w:r/>
    </w:p>
    <w:p>
      <w:pPr>
        <w:pStyle w:val="Heading2"/>
      </w:pPr>
      <w:r>
        <w:t>More than 30 prizes keep the stakes fun</w:t>
      </w:r>
      <w:r/>
    </w:p>
    <w:p>
      <w:r/>
      <w:r>
        <w:t>There are more than 30 prizes up for grabs, including wellness accessories, intimate items and assorted surprises. That variety should give the game a playful, slightly unpredictable edge, especially when the audience is already warmed up by the performances.</w:t>
      </w:r>
      <w:r/>
    </w:p>
    <w:p>
      <w:r/>
      <w:r>
        <w:t>The evening also includes La Mort Subite, a recurring final round that brings the night to its most competitive point. Listings on Agenda LGBT describe the event as a blend of drag entertainment and interactive play, making it a good fit for visitors who'd rather join in than simply watch from the sidelines.</w:t>
      </w:r>
      <w:r/>
    </w:p>
    <w:p>
      <w:pPr>
        <w:pStyle w:val="Heading2"/>
      </w:pPr>
      <w:r>
        <w:t>A queer night out with useful conversations, too</w:t>
      </w:r>
      <w:r/>
    </w:p>
    <w:p>
      <w:r/>
      <w:r>
        <w:t>The party element isn't the whole story. ENIPSE Ile-de-France will host an information stand focused on sexual and mental health, bringing advice and conversation into a familiar LGBTQIA+ social setting. That matters because practical support can feel easier to approach when it sits alongside a relaxed evening, rather than behind a formal appointment or a leaflet-heavy campaign.</w:t>
      </w:r>
      <w:r/>
    </w:p>
    <w:p>
      <w:r/>
      <w:r>
        <w:t>Speechless Bar is a queer cocktail venue that also hosts cultural events, so the setting suits the format. Information from the venue's event channels points to a programme that treats nightlife as both entertainment and community space. It's a thoughtful touch, and one that gives the evening more substance than a standard games night.</w:t>
      </w:r>
      <w:r/>
    </w:p>
    <w:p>
      <w:pPr>
        <w:pStyle w:val="Heading2"/>
      </w:pPr>
      <w:r>
        <w:t>How to plan your visit to Speechless Bar</w:t>
      </w:r>
      <w:r/>
    </w:p>
    <w:p>
      <w:r/>
      <w:r>
        <w:t>The doors open at 7pm, giving guests time to arrive before the show begins at 8pm. The venue is at 45 rue de Montreuil in the 11th arrondissement, with Rue des Boulets on line 9 and Faidherbe-Chaligny on line 8 among the nearest metro options.</w:t>
      </w:r>
      <w:r/>
    </w:p>
    <w:p>
      <w:r/>
      <w:r>
        <w:t>Reservations are available through the VIBES ticketing platform, and the EUR3.50 support price includes a first bingo card. Additional cards cost EUR2 at the venue. Listings on Shotgun and the Speechless Bar's online channels are useful places to check for updates before travelling, particularly if timings or ticket arrangements change.</w:t>
      </w:r>
      <w:r/>
    </w:p>
    <w:p>
      <w:pPr>
        <w:pStyle w:val="Heading2"/>
      </w:pPr>
      <w:r>
        <w:t>Why events like this are worth seeking out</w:t>
      </w:r>
      <w:r/>
    </w:p>
    <w:p>
      <w:r/>
      <w:r>
        <w:t>Drag bingo works because it removes the pressure of a conventional performance. You can watch the cabaret, join the quiz, play a card or simply enjoy the atmosphere with a drink. The combination makes it approachable for regulars and first-time visitors alike, although the audience should expect adult humour and candid discussion.</w:t>
      </w:r>
      <w:r/>
    </w:p>
    <w:p>
      <w:r/>
      <w:r>
        <w:t>For anyone exploring Paris's queer nightlife, Hot Bingo also offers a gentle nudge beyond the usual clubs and cocktail bars. As GayOut's event listing and local LGBTQIA+ calendars suggest, the city has a broad programme of participatory events, and nights like this can be an easy way to discover a new venue. Sometimes the best evening out starts with a cheap ticket and a room full of strangers cheering at the same number.</w:t>
      </w:r>
      <w:r/>
    </w:p>
    <w:p>
      <w:r/>
      <w:r>
        <w:t>Check the latest listing before you go, and enjoy alcohol responsibly.</w:t>
      </w:r>
      <w:r/>
    </w:p>
    <w:p>
      <w:pPr>
        <w:pStyle w:val="Heading2"/>
      </w:pPr>
      <w:r>
        <w:t>Closing Line</w:t>
      </w:r>
      <w:r/>
    </w:p>
    <w:p>
      <w:r/>
      <w:r>
        <w:t>Bring your lucky card, your loudest laugh and an open mind for a distinctly Parisian drag bingo night.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https://www.sortiraparis.com/scenes/articles/353089-hot-bingo-le-bingo-drag-de-patsy-magret-de-retour-au-speechless-bar-a-paris</w:t>
        </w:r>
      </w:hyperlink>
      <w:r>
        <w:t xml:space="preserve"> - Please view link - unable to able to access data</w:t>
      </w:r>
      <w:r/>
    </w:p>
    <w:p>
      <w:pPr>
        <w:pStyle w:val="ListNumber"/>
        <w:spacing w:line="240" w:lineRule="auto"/>
        <w:ind w:left="720"/>
      </w:pPr>
      <w:r/>
      <w:hyperlink r:id="rId9">
        <w:r>
          <w:rPr>
            <w:color w:val="0000EE"/>
            <w:u w:val="single"/>
          </w:rPr>
          <w:t>https://www.sortiraparis.com/scenes/articles/353089-hot-bingo-le-bingo-drag-de-patsy-magret-de-retour-au-speechless-bar-a-paris</w:t>
        </w:r>
      </w:hyperlink>
      <w:r>
        <w:t xml:space="preserve"> - The article announces the return of Patsy Magret's Hot Bingo to the Speechless Bar in Paris's 11th arrondissement on Thursday, 8 October 2026. The event combines drag performances, interactive quizzes, and bingo, focusing on themes of love, sexuality, and pleasure, while promoting sexual and mental health awareness in collaboration with ENIPSE Île-de-France. Attendees can expect over 30 prizes, including wellness accessories and intimate items. The event starts at 20:00, with doors opening at 19:00. Tickets are available through the VIBES ticketing platform, with a support price of €3.50, which includes one bingo card. Additional bingo cards can be purchased on-site for €2. The venue is accessible via the Rue des Boulets (Line 9) and Faidherbe-Chaligny (Line 8) metro stations.</w:t>
      </w:r>
      <w:r/>
    </w:p>
    <w:p>
      <w:pPr>
        <w:pStyle w:val="ListNumber"/>
        <w:spacing w:line="240" w:lineRule="auto"/>
        <w:ind w:left="720"/>
      </w:pPr>
      <w:r/>
      <w:hyperlink r:id="rId10">
        <w:r>
          <w:rPr>
            <w:color w:val="0000EE"/>
            <w:u w:val="single"/>
          </w:rPr>
          <w:t>https://agendalgbt.com/en/paris/events/le-hot-bingo-de-patsy-pro_aDCcLNupD2DDiEaHGUwx</w:t>
        </w:r>
      </w:hyperlink>
      <w:r>
        <w:t xml:space="preserve"> - This event listing provides details about Patsy Magret's Hot Bingo at the Speechless Bar in Paris on Thursday, 8 October 2026, from 20:00 to 23:00. Organised by LRY STORY PARIS, the event features a drag show, love quiz, and an awareness stand with ENIPSE Île-de-France. The first 10 tickets are free, including the first bingo card, with a support price of €3.50 for one bingo card. Additional bingo cards are available at the door for €2. The venue is located at 45 Rue de Montreuil, Paris 11. (</w:t>
      </w:r>
      <w:hyperlink r:id="rId15">
        <w:r>
          <w:rPr>
            <w:color w:val="0000EE"/>
            <w:u w:val="single"/>
          </w:rPr>
          <w:t>agendalgbt.com</w:t>
        </w:r>
      </w:hyperlink>
      <w:r>
        <w:t>)</w:t>
      </w:r>
      <w:r/>
    </w:p>
    <w:p>
      <w:pPr>
        <w:pStyle w:val="ListNumber"/>
        <w:spacing w:line="240" w:lineRule="auto"/>
        <w:ind w:left="720"/>
      </w:pPr>
      <w:r/>
      <w:hyperlink r:id="rId11">
        <w:r>
          <w:rPr>
            <w:color w:val="0000EE"/>
            <w:u w:val="single"/>
          </w:rPr>
          <w:t>https://www.gayout.com/en/europe/france/paris/events/le-hot-bingo-de-patsy-2026-09-17</w:t>
        </w:r>
      </w:hyperlink>
      <w:r>
        <w:t xml:space="preserve"> - This event listing details the Hot Bingo with Patsy at Speechless on Thursday, 17 September 2026, from 20:00 to 23:00 in Paris. The event includes stand-up comedy, bingo games, and sexual health information in a taboo-free queer safe space with prizes. The entry is free, with the first bingo card included. Additional bingo cards are available on-site for €2. The venue is located at 45 Rue de Montreuil, Paris 11. (</w:t>
      </w:r>
      <w:hyperlink r:id="rId16">
        <w:r>
          <w:rPr>
            <w:color w:val="0000EE"/>
            <w:u w:val="single"/>
          </w:rPr>
          <w:t>gayout.com</w:t>
        </w:r>
      </w:hyperlink>
      <w:r>
        <w:t>)</w:t>
      </w:r>
      <w:r/>
    </w:p>
    <w:p>
      <w:pPr>
        <w:pStyle w:val="ListNumber"/>
        <w:spacing w:line="240" w:lineRule="auto"/>
        <w:ind w:left="720"/>
      </w:pPr>
      <w:r/>
      <w:hyperlink r:id="rId13">
        <w:r>
          <w:rPr>
            <w:color w:val="0000EE"/>
            <w:u w:val="single"/>
          </w:rPr>
          <w:t>https://queer.paris/en/Blind-Test-Et-Bingo-Du-Speechless-433060</w:t>
        </w:r>
      </w:hyperlink>
      <w:r>
        <w:t xml:space="preserve"> - This event listing provides information about the Blind Test and Bingo at Speechless on Wednesday, 18 February 2026, from 20:00 to 23:59 in Paris. The evening includes a blind test followed by a bingo game, both hosted by Patsy Magret and her team. The event is free, with the first bingo card included. Additional bingo cards are available on-site for €2. The venue is located at 45 Rue de Montreuil, Paris 11. (</w:t>
      </w:r>
      <w:hyperlink r:id="rId17">
        <w:r>
          <w:rPr>
            <w:color w:val="0000EE"/>
            <w:u w:val="single"/>
          </w:rPr>
          <w:t>queer.paris</w:t>
        </w:r>
      </w:hyperlink>
      <w:r>
        <w:t>)</w:t>
      </w:r>
      <w:r/>
    </w:p>
    <w:p>
      <w:pPr>
        <w:pStyle w:val="ListNumber"/>
        <w:spacing w:line="240" w:lineRule="auto"/>
        <w:ind w:left="720"/>
      </w:pPr>
      <w:r/>
      <w:hyperlink r:id="rId12">
        <w:r>
          <w:rPr>
            <w:color w:val="0000EE"/>
            <w:u w:val="single"/>
          </w:rPr>
          <w:t>https://shotgun.live/en/events/le-bingo-de-patsy-ses-fils-2</w:t>
        </w:r>
      </w:hyperlink>
      <w:r>
        <w:t xml:space="preserve"> - This event listing provides details about Le Bingo de Patsy &amp; Ses Fils at Speechless on Saturday, 9 May 2026, from 20:00 to 23:59 in Paris. The event includes two rounds of bingo, a love quiz, drag performances, and improvisation. The first bingo card is free, with additional cards available on-site for €2. The venue is located at 45 Rue de Montreuil, Paris 11. (</w:t>
      </w:r>
      <w:hyperlink r:id="rId18">
        <w:r>
          <w:rPr>
            <w:color w:val="0000EE"/>
            <w:u w:val="single"/>
          </w:rPr>
          <w:t>shotgun.live</w:t>
        </w:r>
      </w:hyperlink>
      <w:r>
        <w:t>)</w:t>
      </w:r>
      <w:r/>
    </w:p>
    <w:p>
      <w:pPr>
        <w:pStyle w:val="ListNumber"/>
        <w:spacing w:line="240" w:lineRule="auto"/>
        <w:ind w:left="720"/>
      </w:pPr>
      <w:r/>
      <w:hyperlink r:id="rId14">
        <w:r>
          <w:rPr>
            <w:color w:val="0000EE"/>
            <w:u w:val="single"/>
          </w:rPr>
          <w:t>https://linktr.ee/speechlessbar_paris</w:t>
        </w:r>
      </w:hyperlink>
      <w:r>
        <w:t xml:space="preserve"> - This is the official Linktree page for Speechless Bar Paris, providing links to their Instagram account, cocktail menu, reservation page, and other resources. The bar is known for its ethical, cultural, and plant-based approach, catering to the LGBTQIA+ community. It operates from Tuesday to Saturday, 18:00 to 02:00. (</w:t>
      </w:r>
      <w:hyperlink r:id="rId19">
        <w:r>
          <w:rPr>
            <w:color w:val="0000EE"/>
            <w:u w:val="single"/>
          </w:rPr>
          <w:t>linktr.ee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ortiraparis.com/scenes/articles/353089-hot-bingo-le-bingo-drag-de-patsy-magret-de-retour-au-speechless-bar-a-paris" TargetMode="External"/><Relationship Id="rId10" Type="http://schemas.openxmlformats.org/officeDocument/2006/relationships/hyperlink" Target="https://agendalgbt.com/en/paris/events/le-hot-bingo-de-patsy-pro_aDCcLNupD2DDiEaHGUwx" TargetMode="External"/><Relationship Id="rId11" Type="http://schemas.openxmlformats.org/officeDocument/2006/relationships/hyperlink" Target="https://www.gayout.com/en/europe/france/paris/events/le-hot-bingo-de-patsy-2026-09-17" TargetMode="External"/><Relationship Id="rId12" Type="http://schemas.openxmlformats.org/officeDocument/2006/relationships/hyperlink" Target="https://shotgun.live/en/events/le-bingo-de-patsy-ses-fils-2" TargetMode="External"/><Relationship Id="rId13" Type="http://schemas.openxmlformats.org/officeDocument/2006/relationships/hyperlink" Target="https://queer.paris/en/Blind-Test-Et-Bingo-Du-Speechless-433060" TargetMode="External"/><Relationship Id="rId14" Type="http://schemas.openxmlformats.org/officeDocument/2006/relationships/hyperlink" Target="https://linktr.ee/speechlessbar_paris" TargetMode="External"/><Relationship Id="rId15" Type="http://schemas.openxmlformats.org/officeDocument/2006/relationships/hyperlink" Target="https://agendalgbt.com/en/paris/events/le-hot-bingo-de-patsy-pro_aDCcLNupD2DDiEaHGUwx?utm_source=openai" TargetMode="External"/><Relationship Id="rId16" Type="http://schemas.openxmlformats.org/officeDocument/2006/relationships/hyperlink" Target="https://www.gayout.com/tr/europe/france/paris/events/le-hot-bingo-de-patsy-2026-09-17?utm_source=openai" TargetMode="External"/><Relationship Id="rId17" Type="http://schemas.openxmlformats.org/officeDocument/2006/relationships/hyperlink" Target="https://queer.paris/en/Blind-Test-Et-Bingo-Du-Speechless-433060?utm_source=openai" TargetMode="External"/><Relationship Id="rId18" Type="http://schemas.openxmlformats.org/officeDocument/2006/relationships/hyperlink" Target="https://shotgun.live/en/events/le-bingo-de-patsy-ses-fils-2?utm_source=openai" TargetMode="External"/><Relationship Id="rId19" Type="http://schemas.openxmlformats.org/officeDocument/2006/relationships/hyperlink" Target="https://linktr.ee/speechlessbar_pari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