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Castro Street Fair 2024 Guide for Families and Visitors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heading to San Francisco’s Castro Street Fair on Sunday, 4 October, for a lively afternoon of music, dancing, food and LGBTQ+ community spirit. The 52nd edition brings new leadership, a family zone and expanded entertainment, while helping local businesses and community organisations benefit from one of the city’s most beloved street celebrations.</w:t>
      </w:r>
      <w:r/>
    </w:p>
    <w:p>
      <w:pPr>
        <w:pStyle w:val="Heading2"/>
      </w:pPr>
      <w:r>
        <w:t>Essential Takeaways</w:t>
      </w:r>
      <w:r/>
      <w:r/>
    </w:p>
    <w:p>
      <w:pPr>
        <w:pStyle w:val="ListBullet"/>
        <w:spacing w:line="240" w:lineRule="auto"/>
        <w:ind w:left="720"/>
      </w:pPr>
      <w:r/>
      <w:r>
        <w:rPr>
          <w:b/>
        </w:rPr>
        <w:t>Family-friendly focus:</w:t>
      </w:r>
      <w:r>
        <w:t xml:space="preserve"> A dedicated zone will include Drag Story Hour with Per Sia from around noon to 3.30pm.</w:t>
      </w:r>
      <w:r/>
    </w:p>
    <w:p>
      <w:pPr>
        <w:pStyle w:val="ListBullet"/>
        <w:spacing w:line="240" w:lineRule="auto"/>
        <w:ind w:left="720"/>
      </w:pPr>
      <w:r/>
      <w:r>
        <w:rPr>
          <w:b/>
        </w:rPr>
        <w:t>Live entertainment:</w:t>
      </w:r>
      <w:r>
        <w:t xml:space="preserve"> Expect student drummers, Pride bands, DJs, country dancing and cheerleading across the fair.</w:t>
      </w:r>
      <w:r/>
    </w:p>
    <w:p>
      <w:pPr>
        <w:pStyle w:val="ListBullet"/>
        <w:spacing w:line="240" w:lineRule="auto"/>
        <w:ind w:left="720"/>
      </w:pPr>
      <w:r/>
      <w:r>
        <w:rPr>
          <w:b/>
        </w:rPr>
        <w:t>Bigger footprint:</w:t>
      </w:r>
      <w:r>
        <w:t xml:space="preserve"> Road closures extend across parts of Market, Castro, 17th and 18th streets.</w:t>
      </w:r>
      <w:r/>
    </w:p>
    <w:p>
      <w:pPr>
        <w:pStyle w:val="ListBullet"/>
        <w:spacing w:line="240" w:lineRule="auto"/>
        <w:ind w:left="720"/>
      </w:pPr>
      <w:r/>
      <w:r>
        <w:rPr>
          <w:b/>
        </w:rPr>
        <w:t>Admission by donation:</w:t>
      </w:r>
      <w:r>
        <w:t xml:space="preserve"> Visitors are encouraged to give $10-$20, although nobody will be turned away for lack of funds.</w:t>
      </w:r>
      <w:r/>
    </w:p>
    <w:p>
      <w:pPr>
        <w:pStyle w:val="ListBullet"/>
        <w:spacing w:line="240" w:lineRule="auto"/>
        <w:ind w:left="720"/>
      </w:pPr>
      <w:r/>
      <w:r>
        <w:rPr>
          <w:b/>
        </w:rPr>
        <w:t>After-hours option:</w:t>
      </w:r>
      <w:r>
        <w:t xml:space="preserve"> An official Polyglamorous afterparty at the Castro Theatre starts at 6pm.</w:t>
      </w:r>
      <w:r/>
      <w:r/>
    </w:p>
    <w:p>
      <w:pPr>
        <w:pStyle w:val="Heading2"/>
      </w:pPr>
      <w:r>
        <w:t>A Castro tradition gets a fresh family focus</w:t>
      </w:r>
      <w:r/>
    </w:p>
    <w:p>
      <w:r/>
      <w:r>
        <w:t>The Castro Street Fair still has the familiar buzz: music spilling down the road, colourful outfits, busy pavements and plenty of people pausing to watch the action. But this year, organisers are putting extra attention on families and children, alongside the event's long-standing LGBTQ+ celebration.</w:t>
      </w:r>
      <w:r/>
    </w:p>
    <w:p>
      <w:r/>
      <w:r>
        <w:t xml:space="preserve">The fair was founded in 1974 by Harvey Milk, before his election to San Francisco's Board of Supervisors. More than five decades later, it remains a major date in the neighbourhood calendar and a lively way to experience the Castro beyond its bars and nightlife. The Bay Area Reporter has covered the event's continuing role in bringing residents, visitors and local groups together. </w:t>
      </w:r>
      <w:hyperlink r:id="rId9">
        <w:r>
          <w:rPr>
            <w:color w:val="0000EE"/>
            <w:u w:val="single"/>
          </w:rPr>
          <w:t>[2]</w:t>
        </w:r>
      </w:hyperlink>
      <w:r>
        <w:t xml:space="preserve">, </w:t>
      </w:r>
      <w:hyperlink r:id="rId10">
        <w:r>
          <w:rPr>
            <w:color w:val="0000EE"/>
            <w:u w:val="single"/>
          </w:rPr>
          <w:t>[5]</w:t>
        </w:r>
      </w:hyperlink>
      <w:r/>
    </w:p>
    <w:p>
      <w:r/>
      <w:r>
        <w:t xml:space="preserve">A new family zone near the Mollie Stone's stage, around 18th and Collingwood streets, will run through the busiest part of the afternoon. Its programme is designed to give families, allies and other visitors a clear place to relax and take part. </w:t>
      </w:r>
      <w:hyperlink r:id="rId11">
        <w:r>
          <w:rPr>
            <w:color w:val="0000EE"/>
            <w:u w:val="single"/>
          </w:rPr>
          <w:t>[3]</w:t>
        </w:r>
      </w:hyperlink>
      <w:r>
        <w:t xml:space="preserve">, </w:t>
      </w:r>
      <w:hyperlink r:id="rId12">
        <w:r>
          <w:rPr>
            <w:color w:val="0000EE"/>
            <w:u w:val="single"/>
          </w:rPr>
          <w:t>[4]</w:t>
        </w:r>
      </w:hyperlink>
      <w:r/>
    </w:p>
    <w:p>
      <w:pPr>
        <w:pStyle w:val="Heading2"/>
      </w:pPr>
      <w:r>
        <w:t>Drag Story Hour brings a little joy to the afternoon</w:t>
      </w:r>
      <w:r/>
    </w:p>
    <w:p>
      <w:r/>
      <w:r>
        <w:t>The standout family booking is Drag Story Hour with Per Sia, San Francisco's second drag laureate and a co-founder of the city's Drag Story Hour programme. Her appearance adds a gentle, story-led pause to an otherwise energetic day.</w:t>
      </w:r>
      <w:r/>
    </w:p>
    <w:p>
      <w:r/>
      <w:r>
        <w:t xml:space="preserve">Expect books, imagination and a bit of sparkle rather than a formal performance atmosphere. Per Sia has described her goal as creating moments that encourage people to think, smile and share joy, which sounds like a welcome change of pace amid the fair's louder stages. </w:t>
      </w:r>
      <w:hyperlink r:id="rId9">
        <w:r>
          <w:rPr>
            <w:color w:val="0000EE"/>
            <w:u w:val="single"/>
          </w:rPr>
          <w:t>[2]</w:t>
        </w:r>
      </w:hyperlink>
      <w:r>
        <w:t xml:space="preserve">, </w:t>
      </w:r>
      <w:hyperlink r:id="rId13">
        <w:r>
          <w:rPr>
            <w:color w:val="0000EE"/>
            <w:u w:val="single"/>
          </w:rPr>
          <w:t>[6]</w:t>
        </w:r>
      </w:hyperlink>
      <w:r/>
    </w:p>
    <w:p>
      <w:r/>
      <w:r>
        <w:t xml:space="preserve">The new emphasis also reflects a wider effort to make LGBTQ+ events feel more open to different generations. Pride celebrations across the Bay Area increasingly combine music and nightlife with education, family programming and community storytelling. That broader welcome matters, particularly for visitors who may be attending their first queer cultural event. </w:t>
      </w:r>
      <w:hyperlink r:id="rId10">
        <w:r>
          <w:rPr>
            <w:color w:val="0000EE"/>
            <w:u w:val="single"/>
          </w:rPr>
          <w:t>[5]</w:t>
        </w:r>
      </w:hyperlink>
      <w:r>
        <w:t xml:space="preserve">, </w:t>
      </w:r>
      <w:hyperlink r:id="rId13">
        <w:r>
          <w:rPr>
            <w:color w:val="0000EE"/>
            <w:u w:val="single"/>
          </w:rPr>
          <w:t>[6]</w:t>
        </w:r>
      </w:hyperlink>
      <w:r/>
    </w:p>
    <w:p>
      <w:pPr>
        <w:pStyle w:val="Heading2"/>
      </w:pPr>
      <w:r>
        <w:t>Music, dancing and community groups fill the streets</w:t>
      </w:r>
      <w:r/>
    </w:p>
    <w:p>
      <w:r/>
      <w:r>
        <w:t>The entertainment begins early, with the Lowell High School Drum Corps scheduled to perform at Castro and Market streets as the fair opens at 11am. SF Black Pride will also present a showcase, adding another important strand to the day's community programme.</w:t>
      </w:r>
      <w:r/>
    </w:p>
    <w:p>
      <w:r/>
      <w:r>
        <w:t xml:space="preserve">Throughout the afternoon, visitors can look out for the San Francisco Pride Band, Cheer SF and Sundance Saloon's pop-up country dancing. Sundance will offer free five-minute beginner lessons behind the Castro Theatre, and you won't need boots, a partner or any previous experience. </w:t>
      </w:r>
      <w:hyperlink r:id="rId9">
        <w:r>
          <w:rPr>
            <w:color w:val="0000EE"/>
            <w:u w:val="single"/>
          </w:rPr>
          <w:t>[2]</w:t>
        </w:r>
      </w:hyperlink>
      <w:r>
        <w:t xml:space="preserve">, </w:t>
      </w:r>
      <w:hyperlink r:id="rId11">
        <w:r>
          <w:rPr>
            <w:color w:val="0000EE"/>
            <w:u w:val="single"/>
          </w:rPr>
          <w:t>[3]</w:t>
        </w:r>
      </w:hyperlink>
      <w:r/>
    </w:p>
    <w:p>
      <w:r/>
      <w:r>
        <w:t xml:space="preserve">There will also be a fresh line-up of DJs, with Stanley Frank Sensation due to close the fair at the Market and Castro Street intersection. For many regulars, those spontaneous performances are part of the charm: you can arrive with no plan and still stumble across a favourite moment. </w:t>
      </w:r>
      <w:hyperlink r:id="rId12">
        <w:r>
          <w:rPr>
            <w:color w:val="0000EE"/>
            <w:u w:val="single"/>
          </w:rPr>
          <w:t>[4]</w:t>
        </w:r>
      </w:hyperlink>
      <w:r>
        <w:t xml:space="preserve">, </w:t>
      </w:r>
      <w:hyperlink r:id="rId14">
        <w:r>
          <w:rPr>
            <w:color w:val="0000EE"/>
            <w:u w:val="single"/>
          </w:rPr>
          <w:t>[7]</w:t>
        </w:r>
      </w:hyperlink>
      <w:r/>
    </w:p>
    <w:p>
      <w:pPr>
        <w:pStyle w:val="Heading2"/>
      </w:pPr>
      <w:r>
        <w:t>Plan around road closures, food and drinks</w:t>
      </w:r>
      <w:r/>
    </w:p>
    <w:p>
      <w:r/>
      <w:r>
        <w:t>The expanded fair area closes Market Street between Noe and Castro, Castro Street between Market and 19th, 18th Street between Diamond and Noe, and 17th Street between Castro and Noe. Public transport or walking is likely to be easier than driving, especially during the central afternoon hours.</w:t>
      </w:r>
      <w:r/>
    </w:p>
    <w:p>
      <w:r/>
      <w:r>
        <w:t xml:space="preserve">Food stands will continue to appear on upper Market Street, while organisers may move some vendors closer to entertainment areas. That should make it easier to grab something without abandoning a good viewing spot, although queues are still likely when the music and dancing peak. </w:t>
      </w:r>
      <w:hyperlink r:id="rId9">
        <w:r>
          <w:rPr>
            <w:color w:val="0000EE"/>
            <w:u w:val="single"/>
          </w:rPr>
          <w:t>[2]</w:t>
        </w:r>
      </w:hyperlink>
      <w:r>
        <w:t xml:space="preserve">, </w:t>
      </w:r>
      <w:hyperlink r:id="rId11">
        <w:r>
          <w:rPr>
            <w:color w:val="0000EE"/>
            <w:u w:val="single"/>
          </w:rPr>
          <w:t>[3]</w:t>
        </w:r>
      </w:hyperlink>
      <w:r/>
    </w:p>
    <w:p>
      <w:r/>
      <w:r>
        <w:t xml:space="preserve">The Castro entertainment zone will also be active, allowing participating bars to sell drinks for consumption outside their premises. Bring identification if you plan to drink, stay aware of busy crossings and remember that the fair is spread across several blocks, not one enclosed site. </w:t>
      </w:r>
      <w:hyperlink r:id="rId9">
        <w:r>
          <w:rPr>
            <w:color w:val="0000EE"/>
            <w:u w:val="single"/>
          </w:rPr>
          <w:t>[2]</w:t>
        </w:r>
      </w:hyperlink>
      <w:r>
        <w:t xml:space="preserve">, </w:t>
      </w:r>
      <w:hyperlink r:id="rId14">
        <w:r>
          <w:rPr>
            <w:color w:val="0000EE"/>
            <w:u w:val="single"/>
          </w:rPr>
          <w:t>[7]</w:t>
        </w:r>
      </w:hyperlink>
      <w:r/>
    </w:p>
    <w:p>
      <w:pPr>
        <w:pStyle w:val="Heading2"/>
      </w:pPr>
      <w:r>
        <w:t>Donations support the neighbourhood beyond one day</w:t>
      </w:r>
      <w:r/>
    </w:p>
    <w:p>
      <w:r/>
      <w:r>
        <w:t>Entry is handled through a suggested donation of $10-$20, payable by card or cash. Visitors who can't contribute won't be refused entry, while those who donate receive a sticker offering $1 off drinks at participating sponsor venues including Q Bar and Copper Bar Kitchen and Microbrewery.</w:t>
      </w:r>
      <w:r/>
    </w:p>
    <w:p>
      <w:r/>
      <w:r>
        <w:t xml:space="preserve">Part of the money raised supports community organisations, while local merchants benefit from the extra footfall. Funds also help maintain the rainbow flag landmark near the Muni station, a small but visible reminder of how the event's spending can feed back into the neighbourhood. </w:t>
      </w:r>
      <w:hyperlink r:id="rId9">
        <w:r>
          <w:rPr>
            <w:color w:val="0000EE"/>
            <w:u w:val="single"/>
          </w:rPr>
          <w:t>[2]</w:t>
        </w:r>
      </w:hyperlink>
      <w:r>
        <w:t xml:space="preserve">, </w:t>
      </w:r>
      <w:hyperlink r:id="rId11">
        <w:r>
          <w:rPr>
            <w:color w:val="0000EE"/>
            <w:u w:val="single"/>
          </w:rPr>
          <w:t>[3]</w:t>
        </w:r>
      </w:hyperlink>
      <w:r/>
    </w:p>
    <w:p>
      <w:r/>
      <w:r>
        <w:t xml:space="preserve">The daytime programme ends at 6pm, but the celebration continues with a Polyglamorous afterparty at the Castro Theatre. Tickets cost $35.25, so visitors who want the full day-to-night experience should book ahead rather than relying on last-minute availability. </w:t>
      </w:r>
      <w:hyperlink r:id="rId9">
        <w:r>
          <w:rPr>
            <w:color w:val="0000EE"/>
            <w:u w:val="single"/>
          </w:rPr>
          <w:t>[2]</w:t>
        </w:r>
      </w:hyperlink>
      <w:r>
        <w:t xml:space="preserve">, </w:t>
      </w:r>
      <w:hyperlink r:id="rId12">
        <w:r>
          <w:rPr>
            <w:color w:val="0000EE"/>
            <w:u w:val="single"/>
          </w:rPr>
          <w:t>[4]</w:t>
        </w:r>
      </w:hyperlink>
      <w:r/>
    </w:p>
    <w:p>
      <w:r/>
      <w:r>
        <w:t xml:space="preserve">The best approach is simple: wear comfortable shoes, arrive early for the opening performances, choose a meeting point and leave room for the unexpected. In the Castro, the unplanned detour is often where the fun starts. </w:t>
      </w:r>
      <w:hyperlink r:id="rId10">
        <w:r>
          <w:rPr>
            <w:color w:val="0000EE"/>
            <w:u w:val="single"/>
          </w:rPr>
          <w:t>[5]</w:t>
        </w:r>
      </w:hyperlink>
      <w:r>
        <w:t xml:space="preserve">, </w:t>
      </w:r>
      <w:hyperlink r:id="rId14">
        <w:r>
          <w:rPr>
            <w:color w:val="0000EE"/>
            <w:u w:val="single"/>
          </w:rPr>
          <w:t>[7]</w:t>
        </w:r>
      </w:hyperlink>
      <w:r/>
    </w:p>
    <w:p>
      <w:r/>
      <w:r>
        <w:t>A little planning will make this year's Castro Street Fair easier to enjoy, whether you're bringing children, meeting friends or dancing into the evening.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9">
        <w:r>
          <w:rPr>
            <w:color w:val="0000EE"/>
            <w:u w:val="single"/>
          </w:rPr>
          <w:t>[2]</w:t>
        </w:r>
      </w:hyperlink>
      <w:r>
        <w:t xml:space="preserve">, </w:t>
      </w:r>
      <w:hyperlink r:id="rId13">
        <w:r>
          <w:rPr>
            <w:color w:val="0000EE"/>
            <w:u w:val="single"/>
          </w:rPr>
          <w:t>[6]</w:t>
        </w:r>
      </w:hyperlink>
      <w:r>
        <w:t xml:space="preserve">- Paragraph 4: </w:t>
      </w:r>
      <w:hyperlink r:id="rId10">
        <w:r>
          <w:rPr>
            <w:color w:val="0000EE"/>
            <w:u w:val="single"/>
          </w:rPr>
          <w:t>[5]</w:t>
        </w:r>
      </w:hyperlink>
      <w:r>
        <w:t xml:space="preserve">, </w:t>
      </w:r>
      <w:hyperlink r:id="rId13">
        <w:r>
          <w:rPr>
            <w:color w:val="0000EE"/>
            <w:u w:val="single"/>
          </w:rPr>
          <w:t>[6]</w:t>
        </w:r>
      </w:hyperlink>
      <w:r>
        <w:t xml:space="preserve">- Paragraph 5: </w:t>
      </w:r>
      <w:hyperlink r:id="rId9">
        <w:r>
          <w:rPr>
            <w:color w:val="0000EE"/>
            <w:u w:val="single"/>
          </w:rPr>
          <w:t>[2]</w:t>
        </w:r>
      </w:hyperlink>
      <w:r>
        <w:t xml:space="preserve">, </w:t>
      </w:r>
      <w:hyperlink r:id="rId11">
        <w:r>
          <w:rPr>
            <w:color w:val="0000EE"/>
            <w:u w:val="single"/>
          </w:rPr>
          <w:t>[3]</w:t>
        </w:r>
      </w:hyperlink>
      <w:r>
        <w:t xml:space="preserve">- Paragraph 6: </w:t>
      </w:r>
      <w:hyperlink r:id="rId12">
        <w:r>
          <w:rPr>
            <w:color w:val="0000EE"/>
            <w:u w:val="single"/>
          </w:rPr>
          <w:t>[4]</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1">
        <w:r>
          <w:rPr>
            <w:color w:val="0000EE"/>
            <w:u w:val="single"/>
          </w:rPr>
          <w:t>[3]</w:t>
        </w:r>
      </w:hyperlink>
      <w:r>
        <w:t xml:space="preserve">- Paragraph 8: </w:t>
      </w:r>
      <w:hyperlink r:id="rId9">
        <w:r>
          <w:rPr>
            <w:color w:val="0000EE"/>
            <w:u w:val="single"/>
          </w:rPr>
          <w:t>[2]</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1">
        <w:r>
          <w:rPr>
            <w:color w:val="0000EE"/>
            <w:u w:val="single"/>
          </w:rPr>
          <w:t>[3]</w:t>
        </w:r>
      </w:hyperlink>
      <w:r>
        <w:t xml:space="preserve">- Paragraph 10: </w:t>
      </w:r>
      <w:hyperlink r:id="rId9">
        <w:r>
          <w:rPr>
            <w:color w:val="0000EE"/>
            <w:u w:val="single"/>
          </w:rPr>
          <w:t>[2]</w:t>
        </w:r>
      </w:hyperlink>
      <w:r>
        <w:t xml:space="preserve">, </w:t>
      </w:r>
      <w:hyperlink r:id="rId12">
        <w:r>
          <w:rPr>
            <w:color w:val="0000EE"/>
            <w:u w:val="single"/>
          </w:rPr>
          <w:t>[4]</w:t>
        </w:r>
      </w:hyperlink>
      <w:r>
        <w:t xml:space="preserve">- Paragraph 11: </w:t>
      </w:r>
      <w:hyperlink r:id="rId10">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https://www.ebar.com/story/170768/</w:t>
        </w:r>
      </w:hyperlink>
      <w:r>
        <w:t xml:space="preserve"> - Please view link - unable to able to access data</w:t>
      </w:r>
      <w:r/>
    </w:p>
    <w:p>
      <w:pPr>
        <w:pStyle w:val="ListNumber"/>
        <w:spacing w:line="240" w:lineRule="auto"/>
        <w:ind w:left="720"/>
      </w:pPr>
      <w:r/>
      <w:hyperlink r:id="rId9">
        <w:r>
          <w:rPr>
            <w:color w:val="0000EE"/>
            <w:u w:val="single"/>
          </w:rPr>
          <w:t>https://www.ebar.com/story/170768/</w:t>
        </w:r>
      </w:hyperlink>
      <w:r>
        <w:t xml:space="preserve"> - The Castro Street Fair, established in 1974 by Harvey Milk, is set to return for its 52nd edition on Sunday, October 4, 2026. Under new leadership, the fair is placing a renewed emphasis on family-friendly activities. A family zone will be introduced near the Mollie Stone’s stage at 18th and Collingwood streets, featuring a drag story hour with Per Sia, San Francisco's second drag laureate. The event will also showcase performances by SF Black Pride and the Lowell High School Drum Corps, with the fair commencing at 11 a.m. and concluding at 6 p.m. An official afterparty, hosted by Polyglamorous, will take place at the Castro Theatre, starting at 6 p.m. Tickets are available for $35.25.</w:t>
      </w:r>
      <w:r/>
    </w:p>
    <w:p>
      <w:pPr>
        <w:pStyle w:val="ListNumber"/>
        <w:spacing w:line="240" w:lineRule="auto"/>
        <w:ind w:left="720"/>
      </w:pPr>
      <w:r/>
      <w:hyperlink r:id="rId11">
        <w:r>
          <w:rPr>
            <w:color w:val="0000EE"/>
            <w:u w:val="single"/>
          </w:rPr>
          <w:t>https://castrostreetfair.org/2024/</w:t>
        </w:r>
      </w:hyperlink>
      <w:r>
        <w:t xml:space="preserve"> - The Castro Street Fair, celebrating its 50th anniversary in 2024, is scheduled for Sunday, October 6, 2024. The event will feature performances by San Francisco’s top DJ talent on the Castro Stage at Market and Castro, live bands at the Collingwood Stage on Collingwood at 18th, and an afternoon of drag and dance curated by Juanita MORE. A new stage co-produced by Queer Arts Featured will be located in front of the historic storefront that housed Harvey’s camera shop, where the fair was founded. Attendees can also enjoy country-style dance with the Sundance Saloon crew behind the Castro Theatre and acrobatic performances by CHEER SF.</w:t>
      </w:r>
      <w:r/>
    </w:p>
    <w:p>
      <w:pPr>
        <w:pStyle w:val="ListNumber"/>
        <w:spacing w:line="240" w:lineRule="auto"/>
        <w:ind w:left="720"/>
      </w:pPr>
      <w:r/>
      <w:hyperlink r:id="rId12">
        <w:r>
          <w:rPr>
            <w:color w:val="0000EE"/>
            <w:u w:val="single"/>
          </w:rPr>
          <w:t>https://sfguide.co/castro-street-fair-2026/</w:t>
        </w:r>
      </w:hyperlink>
      <w:r>
        <w:t xml:space="preserve"> - The 52nd Castro Street Fair is scheduled for Sunday, October 4, 2026, with the theme 'Where We Belong.' The fair will feature exhibitor booths, food vendors, and multiple stages. While the 2026 stage lineups have not been announced yet, the 2025 fair included three stages: the Castro Stage, Collingwood Stage, and QueerAF Stage, each hosting a variety of performances throughout the day. The fair will also continue its expanded boundaries from 2023, closing Market Street from Noe to Castro streets, Castro Street from Market to 19th streets, 18th Street from Diamond to Noe streets, and 17th Street from Castro to Noe streets.</w:t>
      </w:r>
      <w:r/>
    </w:p>
    <w:p>
      <w:pPr>
        <w:pStyle w:val="ListNumber"/>
        <w:spacing w:line="240" w:lineRule="auto"/>
        <w:ind w:left="720"/>
      </w:pPr>
      <w:r/>
      <w:hyperlink r:id="rId10">
        <w:r>
          <w:rPr>
            <w:color w:val="0000EE"/>
            <w:u w:val="single"/>
          </w:rPr>
          <w:t>https://www.sfchronicle.com/bayarea/article/lgbtq-pride-sf-18166095.php</w:t>
        </w:r>
      </w:hyperlink>
      <w:r>
        <w:t xml:space="preserve"> - San Francisco Pride's annual events include the Castro Family Pride Block Party, which features arts and crafts, a petting zoo, drag story hour, and live performances. Per Sia, a Latina trans drag performer and San Francisco's second drag laureate, serves as the master of ceremonies, inviting children onstage to tell jokes and encouraging them to be confident before the crowd. The event aims to create a joyful and inclusive environment for families and the LGBTQ community.</w:t>
      </w:r>
      <w:r/>
    </w:p>
    <w:p>
      <w:pPr>
        <w:pStyle w:val="ListNumber"/>
        <w:spacing w:line="240" w:lineRule="auto"/>
        <w:ind w:left="720"/>
      </w:pPr>
      <w:r/>
      <w:hyperlink r:id="rId13">
        <w:r>
          <w:rPr>
            <w:color w:val="0000EE"/>
            <w:u w:val="single"/>
          </w:rPr>
          <w:t>https://www.cbsnews.com/sanfrancisco/news/san-francisco-pride-grand-marshals-leading-the-way-by-celebrating-diversity/</w:t>
        </w:r>
      </w:hyperlink>
      <w:r>
        <w:t xml:space="preserve"> - Per Sia, a proud trans woman and renowned drag artist, serves as one of San Francisco Pride's Grand Marshals. She also teaches at the Children's After School Arts Program and co-founded San Francisco's Drag Story Hour. Per Sia uses her platform to advocate for representation and inclusion, emphasizing the importance of celebrating diversity and providing opportunities for underrepresented communities.</w:t>
      </w:r>
      <w:r/>
    </w:p>
    <w:p>
      <w:pPr>
        <w:pStyle w:val="ListNumber"/>
        <w:spacing w:line="240" w:lineRule="auto"/>
        <w:ind w:left="720"/>
      </w:pPr>
      <w:r/>
      <w:hyperlink r:id="rId14">
        <w:r>
          <w:rPr>
            <w:color w:val="0000EE"/>
            <w:u w:val="single"/>
          </w:rPr>
          <w:t>https://www.sfgate.com/sf-culture/article/castro-street-fair-18259613.php</w:t>
        </w:r>
      </w:hyperlink>
      <w:r>
        <w:t xml:space="preserve"> - The Castro Street Fair, established in 1974 by Harvey Milk, is one of San Francisco's largest annual street events, attracting thousands of attendees each year. The fair features a variety of activities, including live music, food vendors, and community booths, and has expanded its boundaries over the years to accommodate its growing popularity. The event is a significant celebration of the Castro District's vibrant LGBTQ community and its rich history.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bar.com/story/170768/" TargetMode="External"/><Relationship Id="rId10" Type="http://schemas.openxmlformats.org/officeDocument/2006/relationships/hyperlink" Target="https://www.sfchronicle.com/bayarea/article/lgbtq-pride-sf-18166095.php" TargetMode="External"/><Relationship Id="rId11" Type="http://schemas.openxmlformats.org/officeDocument/2006/relationships/hyperlink" Target="https://castrostreetfair.org/2024/" TargetMode="External"/><Relationship Id="rId12" Type="http://schemas.openxmlformats.org/officeDocument/2006/relationships/hyperlink" Target="https://sfguide.co/castro-street-fair-2026/" TargetMode="External"/><Relationship Id="rId13" Type="http://schemas.openxmlformats.org/officeDocument/2006/relationships/hyperlink" Target="https://www.cbsnews.com/sanfrancisco/news/san-francisco-pride-grand-marshals-leading-the-way-by-celebrating-diversity/" TargetMode="External"/><Relationship Id="rId14" Type="http://schemas.openxmlformats.org/officeDocument/2006/relationships/hyperlink" Target="https://www.sfgate.com/sf-culture/article/castro-street-fair-18259613.ph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