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Books About Queer Music and Its Hidden Histories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Readers looking for the best books about queer music will find far more than artist biographies. From Taylor Mac's lavish </w:t>
      </w:r>
      <w:r>
        <w:rPr>
          <w:b/>
          <w:i/>
        </w:rPr>
        <w:t>Bark of Millions</w:t>
      </w:r>
      <w:r>
        <w:rPr>
          <w:b/>
        </w:rPr>
        <w:t xml:space="preserve"> to studies of blues, country and music theory, these titles reveal how LGBTQ+ artists and listeners have shaped popular culture, often long before the mainstream caught up.</w:t>
      </w:r>
      <w:r/>
    </w:p>
    <w:p>
      <w:pPr>
        <w:pStyle w:val="Heading2"/>
      </w:pPr>
      <w:r>
        <w:t>Essential Takeaways</w:t>
      </w:r>
      <w:r/>
      <w:r/>
    </w:p>
    <w:p>
      <w:pPr>
        <w:pStyle w:val="ListBullet"/>
        <w:spacing w:line="240" w:lineRule="auto"/>
        <w:ind w:left="720"/>
      </w:pPr>
      <w:r/>
      <w:r>
        <w:rPr>
          <w:b/>
        </w:rPr>
        <w:t>A theatrical centrepiece:</w:t>
      </w:r>
      <w:r>
        <w:t xml:space="preserve"> </w:t>
      </w:r>
      <w:r>
        <w:rPr>
          <w:i/>
        </w:rPr>
        <w:t>Bark of Millions</w:t>
      </w:r>
      <w:r>
        <w:t xml:space="preserve"> brings Taylor Mac and Matt Ray's expansive queer rock opera into a two-volume book set, with lyrics and music for 50 songs.</w:t>
      </w:r>
      <w:r/>
    </w:p>
    <w:p>
      <w:pPr>
        <w:pStyle w:val="ListBullet"/>
        <w:spacing w:line="240" w:lineRule="auto"/>
        <w:ind w:left="720"/>
      </w:pPr>
      <w:r/>
      <w:r>
        <w:rPr>
          <w:b/>
        </w:rPr>
        <w:t>History with a wider lens:</w:t>
      </w:r>
      <w:r>
        <w:t xml:space="preserve"> Barry Walters and Martin Aston trace LGBTQ+ influence across pop, rock and dance music, including artists whose identities were hidden or contested.</w:t>
      </w:r>
      <w:r/>
    </w:p>
    <w:p>
      <w:pPr>
        <w:pStyle w:val="ListBullet"/>
        <w:spacing w:line="240" w:lineRule="auto"/>
        <w:ind w:left="720"/>
      </w:pPr>
      <w:r/>
      <w:r>
        <w:rPr>
          <w:b/>
        </w:rPr>
        <w:t>Country gets a rethink:</w:t>
      </w:r>
      <w:r>
        <w:t xml:space="preserve"> Nadine Hubbs challenges the idea that country music belongs only to conservative, heterosexual culture.</w:t>
      </w:r>
      <w:r/>
    </w:p>
    <w:p>
      <w:pPr>
        <w:pStyle w:val="ListBullet"/>
        <w:spacing w:line="240" w:lineRule="auto"/>
        <w:ind w:left="720"/>
      </w:pPr>
      <w:r/>
      <w:r>
        <w:rPr>
          <w:b/>
        </w:rPr>
        <w:t>Black women belong at the centre:</w:t>
      </w:r>
      <w:r>
        <w:t xml:space="preserve"> Angela Y. Davis's study of Bessie Smith, Billie Holiday and Ma Rainey explores race, gender, sexuality and musical power.</w:t>
      </w:r>
      <w:r/>
    </w:p>
    <w:p>
      <w:pPr>
        <w:pStyle w:val="ListBullet"/>
        <w:spacing w:line="240" w:lineRule="auto"/>
        <w:ind w:left="720"/>
      </w:pPr>
      <w:r/>
      <w:r>
        <w:rPr>
          <w:b/>
        </w:rPr>
        <w:t>Listening becomes the subject:</w:t>
      </w:r>
      <w:r>
        <w:t xml:space="preserve"> </w:t>
      </w:r>
      <w:r>
        <w:rPr>
          <w:i/>
        </w:rPr>
        <w:t>Queer Ear</w:t>
      </w:r>
      <w:r>
        <w:t xml:space="preserve"> asks how different perspectives can change the way music itself is understood.</w:t>
      </w:r>
      <w:r/>
      <w:r/>
    </w:p>
    <w:p>
      <w:pPr>
        <w:pStyle w:val="Heading2"/>
      </w:pPr>
      <w:r>
        <w:t>Queer music history is bigger than a playlist</w:t>
      </w:r>
      <w:r/>
    </w:p>
    <w:p>
      <w:r/>
      <w:r>
        <w:t>Popular music has always carried queer fingerprints, even when the people behind it couldn't safely claim them in public. The story runs through blues, glam rock, disco, pop and country, with artists bending expectations through lyrics, costumes, performance and sheer attitude.</w:t>
      </w:r>
      <w:r/>
    </w:p>
    <w:p>
      <w:r/>
      <w:r>
        <w:t>That history can be easy to miss if music is presented as a neat parade of genres and chart positions. These books are more interested in the messy, vivid reality: who was heard, who was hidden, and why certain sounds became safe for the mainstream only after queer communities had already made them exciting.</w:t>
      </w:r>
      <w:r/>
    </w:p>
    <w:p>
      <w:pPr>
        <w:pStyle w:val="Heading2"/>
      </w:pPr>
      <w:r>
        <w:t xml:space="preserve">Start with Taylor Mac's spectacular </w:t>
      </w:r>
      <w:r>
        <w:rPr>
          <w:i/>
        </w:rPr>
        <w:t>Bark of Millions</w:t>
      </w:r>
      <w:r/>
    </w:p>
    <w:p>
      <w:r/>
      <w:r>
        <w:t xml:space="preserve">For readers who like their music history with theatrical scale, </w:t>
      </w:r>
      <w:r>
        <w:rPr>
          <w:i/>
        </w:rPr>
        <w:t>Bark of Millions</w:t>
      </w:r>
      <w:r>
        <w:t xml:space="preserve"> is the obvious place to begin. Taylor Mac and Matt Ray's project grew from a four-hour rock opera packed with live music, drag, performance and queer historical references, and its book form preserves the show's lyrics and music across a deluxe two-volume set.</w:t>
      </w:r>
      <w:r/>
    </w:p>
    <w:p>
      <w:r/>
      <w:r>
        <w:t>The official project description presents it as more than a conventional programme or souvenir. It's a substantial companion for theatre fans, performers, musicians and readers curious about how queer history can be staged as celebration rather than solemn archive. The production's scale has also been noted by venues including BAM and the New Yorker, which gives the book a sense of the event it grew from.</w:t>
      </w:r>
      <w:r/>
    </w:p>
    <w:p>
      <w:r/>
      <w:r>
        <w:t>There is something appealingly tactile about that ambition. Instead of simply streaming the songs and moving on, readers can sit with the words, revisit the structure and treat the work as both performance document and cultural record.</w:t>
      </w:r>
      <w:r/>
    </w:p>
    <w:p>
      <w:pPr>
        <w:pStyle w:val="Heading2"/>
      </w:pPr>
      <w:r>
        <w:t>From Stonewall to pop's changing rules</w:t>
      </w:r>
      <w:r/>
    </w:p>
    <w:p>
      <w:r/>
      <w:r>
        <w:t xml:space="preserve">Barry Walters's </w:t>
      </w:r>
      <w:r>
        <w:rPr>
          <w:i/>
        </w:rPr>
        <w:t>Mighty Real: A History of LGBTQ Music, 1969-2000</w:t>
      </w:r>
      <w:r>
        <w:t xml:space="preserve"> offers a broad historical route through the decades after Stonewall. Its focus includes figures such as Lou Reed, the Pet Shop Boys, Madonna and George Michael, showing how artists used pop, rock and dance music to unsettle ideas about gender and sexuality.</w:t>
      </w:r>
      <w:r/>
    </w:p>
    <w:p>
      <w:r/>
      <w:r>
        <w:t xml:space="preserve">Martin Aston's </w:t>
      </w:r>
      <w:r>
        <w:rPr>
          <w:i/>
        </w:rPr>
        <w:t>Breaking Down the Walls of Heartache: How Music Came Out</w:t>
      </w:r>
      <w:r>
        <w:t xml:space="preserve"> approaches related territory from a British perspective. It considers openly queer, closeted and apparently straight artists whose music still became meaningful to queer listeners, which is a useful reminder that representation isn't always limited to biography.</w:t>
      </w:r>
      <w:r/>
    </w:p>
    <w:p>
      <w:r/>
      <w:r>
        <w:t>Together, the books make a strong case for reading music as social history. A glittering chorus, ambiguous lyric or flamboyant stage persona can become a small act of freedom, especially when the surrounding culture is determined to keep the rules narrow.</w:t>
      </w:r>
      <w:r/>
    </w:p>
    <w:p>
      <w:pPr>
        <w:pStyle w:val="Heading2"/>
      </w:pPr>
      <w:r>
        <w:t>Country and blues refuse their old stereotypes</w:t>
      </w:r>
      <w:r/>
    </w:p>
    <w:p>
      <w:r/>
      <w:r>
        <w:t xml:space="preserve">Nadine Hubbs's </w:t>
      </w:r>
      <w:r>
        <w:rPr>
          <w:i/>
        </w:rPr>
        <w:t>Rednecks, Queers, and Country Music</w:t>
      </w:r>
      <w:r>
        <w:t xml:space="preserve"> takes aim at one of music culture's laziest assumptions: that country is naturally conservative, straight and culturally uniform. Her analysis links the genre to class, race, sexuality and regional identity, revealing a richer history than the familiar image of the reactionary country fan.</w:t>
      </w:r>
      <w:r/>
    </w:p>
    <w:p>
      <w:r/>
      <w:r>
        <w:t>The University of California Press describes the book as an examination of the genre's social and cultural contradictions. That matters because country music's public image can flatten the people who made it, listened to it and found room for themselves inside its stories.</w:t>
      </w:r>
      <w:r/>
    </w:p>
    <w:p>
      <w:r/>
      <w:r>
        <w:t xml:space="preserve">Angela Y. Davis's </w:t>
      </w:r>
      <w:r>
        <w:rPr>
          <w:i/>
        </w:rPr>
        <w:t>Blues Legacies and Black Feminism</w:t>
      </w:r>
      <w:r>
        <w:t xml:space="preserve"> shifts the focus to Bessie Smith, Billie Holiday and Gertrude "Ma" Rainey. The book examines how Black women created space outside the respectability expected of them, while also exploring the racial and gendered pressures surrounding their work.</w:t>
      </w:r>
      <w:r/>
    </w:p>
    <w:p>
      <w:r/>
      <w:r>
        <w:t>Davis's study is especially valuable because it doesn't treat queerness as a fashionable modern addition to music history. Instead, it shows how race, gender, desire and resistance were already tangled together in the lives and performances of major blues artists.</w:t>
      </w:r>
      <w:r/>
    </w:p>
    <w:p>
      <w:pPr>
        <w:pStyle w:val="Heading2"/>
      </w:pPr>
      <w:r>
        <w:t>What does a "queer ear" actually hear?</w:t>
      </w:r>
      <w:r/>
    </w:p>
    <w:p>
      <w:r/>
      <w:r>
        <w:t xml:space="preserve">Gavin S.K. Lee's edited collection </w:t>
      </w:r>
      <w:r>
        <w:rPr>
          <w:i/>
        </w:rPr>
        <w:t>Queer Ear: Remaking Music Theory</w:t>
      </w:r>
      <w:r>
        <w:t xml:space="preserve"> takes the discussion in a more conceptual direction. Rather than concentrating only on famous performers, it asks how music theory changes when listeners question the supposedly neutral rules used to describe sound.</w:t>
      </w:r>
      <w:r/>
    </w:p>
    <w:p>
      <w:r/>
      <w:r>
        <w:t>The idea of a "queer ear" isn't a claim that every LGBTQ+ person hears music in the same way. It's an invitation to examine whose assumptions shape musical language, which interpretations are treated as standard and how different experiences can open up new readings.</w:t>
      </w:r>
      <w:r/>
    </w:p>
    <w:p>
      <w:r/>
      <w:r>
        <w:t>That makes this a rewarding choice for students, musicians and anyone who enjoys thinking about why a song feels liberating, strange or unexpectedly intimate. Sometimes the most revealing part of music isn't the note itself, but the framework we've been taught to place around it.</w:t>
      </w:r>
      <w:r/>
    </w:p>
    <w:p>
      <w:pPr>
        <w:pStyle w:val="Heading2"/>
      </w:pPr>
      <w:r>
        <w:t>How to choose your first queer music book</w:t>
      </w:r>
      <w:r/>
    </w:p>
    <w:p>
      <w:r/>
      <w:r>
        <w:t xml:space="preserve">If you'd like a lively, visual introduction, choose </w:t>
      </w:r>
      <w:r>
        <w:rPr>
          <w:i/>
        </w:rPr>
        <w:t>Bark of Millions</w:t>
      </w:r>
      <w:r>
        <w:t>. Its combination of performance, lyrics and queer history makes it feel like an object to explore rather than a book to finish and shelve.</w:t>
      </w:r>
      <w:r/>
    </w:p>
    <w:p>
      <w:r/>
      <w:r>
        <w:t xml:space="preserve">For a chronological overview, </w:t>
      </w:r>
      <w:r>
        <w:rPr>
          <w:i/>
        </w:rPr>
        <w:t>Mighty Real</w:t>
      </w:r>
      <w:r>
        <w:t xml:space="preserve"> and </w:t>
      </w:r>
      <w:r>
        <w:rPr>
          <w:i/>
        </w:rPr>
        <w:t>Breaking Down the Walls of Heartache</w:t>
      </w:r>
      <w:r>
        <w:t xml:space="preserve"> are stronger starting points. Readers drawn to genre and social politics should try </w:t>
      </w:r>
      <w:r>
        <w:rPr>
          <w:i/>
        </w:rPr>
        <w:t>Rednecks, Queers, and Country Music</w:t>
      </w:r>
      <w:r>
        <w:t xml:space="preserve">, while </w:t>
      </w:r>
      <w:r>
        <w:rPr>
          <w:i/>
        </w:rPr>
        <w:t>Blues Legacies and Black Feminism</w:t>
      </w:r>
      <w:r>
        <w:t xml:space="preserve"> offers a deeper, more focused study of three foundational artists.</w:t>
      </w:r>
      <w:r/>
    </w:p>
    <w:p>
      <w:r/>
      <w:r>
        <w:t xml:space="preserve">And if you're already comfortable with music history and want to challenge your assumptions, </w:t>
      </w:r>
      <w:r>
        <w:rPr>
          <w:i/>
        </w:rPr>
        <w:t>Queer Ear</w:t>
      </w:r>
      <w:r>
        <w:t xml:space="preserve"> is the adventurous pick. Whichever route you take, expect the same satisfying result: familiar songs and genres may sound different once their missing histories are brought back into view.</w:t>
      </w:r>
      <w:r/>
    </w:p>
    <w:p>
      <w:r/>
      <w:r>
        <w:t>The best queer music books don't just add names to a timeline. They change what the timeline was allowed to mean.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https://bookriot.com/essential-reads-about-queer-music/</w:t>
        </w:r>
      </w:hyperlink>
      <w:r>
        <w:t xml:space="preserve"> - Please view link - unable to able to access data</w:t>
      </w:r>
      <w:r/>
    </w:p>
    <w:p>
      <w:pPr>
        <w:pStyle w:val="ListNumber"/>
        <w:spacing w:line="240" w:lineRule="auto"/>
        <w:ind w:left="720"/>
      </w:pPr>
      <w:r/>
      <w:hyperlink r:id="rId10">
        <w:r>
          <w:rPr>
            <w:color w:val="0000EE"/>
            <w:u w:val="single"/>
          </w:rPr>
          <w:t>https://www.pomegranatearts.com/projects-and-artists/bark-of-millions</w:t>
        </w:r>
      </w:hyperlink>
      <w:r>
        <w:t xml:space="preserve"> - Pomegranate Arts presents 'Bark of Millions', a rock opera by Taylor Mac and Matt Ray. This performance combines live music, drag spectacle, and queer history, featuring 55 original songs. The production has been showcased in various venues, including the Sydney Opera House and BAM in Brooklyn. (</w:t>
      </w:r>
      <w:hyperlink r:id="rId16">
        <w:r>
          <w:rPr>
            <w:color w:val="0000EE"/>
            <w:u w:val="single"/>
          </w:rPr>
          <w:t>pomegranatearts.com</w:t>
        </w:r>
      </w:hyperlink>
      <w:r>
        <w:t>)</w:t>
      </w:r>
      <w:r/>
    </w:p>
    <w:p>
      <w:pPr>
        <w:pStyle w:val="ListNumber"/>
        <w:spacing w:line="240" w:lineRule="auto"/>
        <w:ind w:left="720"/>
      </w:pPr>
      <w:r/>
      <w:hyperlink r:id="rId11">
        <w:r>
          <w:rPr>
            <w:color w:val="0000EE"/>
            <w:u w:val="single"/>
          </w:rPr>
          <w:t>https://www.hachettebookgroup.com/titles/taylor-mac/bark-of-millions/9798894145037/?lens=black-dog-leventhal</w:t>
        </w:r>
      </w:hyperlink>
      <w:r>
        <w:t xml:space="preserve"> - 'Bark of Millions' by Taylor Mac and Matt Ray is a two-volume box set published by Black Dog &amp; Leventhal. It includes lyrics, music, and essays for 50 songs from the rock opera, offering a comprehensive experience of the performance. (</w:t>
      </w:r>
      <w:hyperlink r:id="rId17">
        <w:r>
          <w:rPr>
            <w:color w:val="0000EE"/>
            <w:u w:val="single"/>
          </w:rPr>
          <w:t>hachettebookgroup.com</w:t>
        </w:r>
      </w:hyperlink>
      <w:r>
        <w:t>)</w:t>
      </w:r>
      <w:r/>
    </w:p>
    <w:p>
      <w:pPr>
        <w:pStyle w:val="ListNumber"/>
        <w:spacing w:line="240" w:lineRule="auto"/>
        <w:ind w:left="720"/>
      </w:pPr>
      <w:r/>
      <w:hyperlink r:id="rId12">
        <w:r>
          <w:rPr>
            <w:color w:val="0000EE"/>
            <w:u w:val="single"/>
          </w:rPr>
          <w:t>https://www.ucpress.edu/book/9780520280663/rednecks-queers-and-country-music</w:t>
        </w:r>
      </w:hyperlink>
      <w:r>
        <w:t xml:space="preserve"> - In 'Rednecks, Queers, and Country Music', Nadine Hubbs examines the intersection of class, gender identity, and sexuality in country music. She challenges conventional views by highlighting the genre's diverse and inclusive history, emphasizing its appeal to both queer and working-class audiences. (</w:t>
      </w:r>
      <w:hyperlink r:id="rId18">
        <w:r>
          <w:rPr>
            <w:color w:val="0000EE"/>
            <w:u w:val="single"/>
          </w:rPr>
          <w:t>ucpress.edu</w:t>
        </w:r>
      </w:hyperlink>
      <w:r>
        <w:t>)</w:t>
      </w:r>
      <w:r/>
    </w:p>
    <w:p>
      <w:pPr>
        <w:pStyle w:val="ListNumber"/>
        <w:spacing w:line="240" w:lineRule="auto"/>
        <w:ind w:left="720"/>
      </w:pPr>
      <w:r/>
      <w:hyperlink r:id="rId13">
        <w:r>
          <w:rPr>
            <w:color w:val="0000EE"/>
            <w:u w:val="single"/>
          </w:rPr>
          <w:t>https://en.wikipedia.org/wiki/Blues_Legacies_and_Black_Feminism</w:t>
        </w:r>
      </w:hyperlink>
      <w:r>
        <w:t xml:space="preserve"> - Angela Y. Davis's 'Blues Legacies and Black Feminism' explores the contributions of Black queer women to blues music. Focusing on artists like Bessie Smith, Billie Holiday, and Ma Rainey, Davis illustrates how their music challenged mainstream American culture and provided a voice for Black working-class women. (</w:t>
      </w:r>
      <w:hyperlink r:id="rId19">
        <w:r>
          <w:rPr>
            <w:color w:val="0000EE"/>
            <w:u w:val="single"/>
          </w:rPr>
          <w:t>en.wikipedia.org</w:t>
        </w:r>
      </w:hyperlink>
      <w:r>
        <w:t>)</w:t>
      </w:r>
      <w:r/>
    </w:p>
    <w:p>
      <w:pPr>
        <w:pStyle w:val="ListNumber"/>
        <w:spacing w:line="240" w:lineRule="auto"/>
        <w:ind w:left="720"/>
      </w:pPr>
      <w:r/>
      <w:hyperlink r:id="rId14">
        <w:r>
          <w:rPr>
            <w:color w:val="0000EE"/>
            <w:u w:val="single"/>
          </w:rPr>
          <w:t>https://www.bam.org/bark-of-millions</w:t>
        </w:r>
      </w:hyperlink>
      <w:r>
        <w:t xml:space="preserve"> - BAM presents 'Bark of Millions', a rock opera by Taylor Mac and Matt Ray. The performance features 55 original songs, one for each year since the Stonewall Uprising, celebrating queer history through an electrifying blend of music and drag spectacle. (</w:t>
      </w:r>
      <w:hyperlink r:id="rId20">
        <w:r>
          <w:rPr>
            <w:color w:val="0000EE"/>
            <w:u w:val="single"/>
          </w:rPr>
          <w:t>bam.org</w:t>
        </w:r>
      </w:hyperlink>
      <w:r>
        <w:t>)</w:t>
      </w:r>
      <w:r/>
    </w:p>
    <w:p>
      <w:pPr>
        <w:pStyle w:val="ListNumber"/>
        <w:spacing w:line="240" w:lineRule="auto"/>
        <w:ind w:left="720"/>
      </w:pPr>
      <w:r/>
      <w:hyperlink r:id="rId15">
        <w:r>
          <w:rPr>
            <w:color w:val="0000EE"/>
            <w:u w:val="single"/>
          </w:rPr>
          <w:t>https://www.newyorker.com/goings-on-about-town/bark-of-millions-02-05-24</w:t>
        </w:r>
      </w:hyperlink>
      <w:r>
        <w:t xml:space="preserve"> - The New Yorker previews 'Bark of Millions', a rock opera by Taylor Mac and Matt Ray. The production features 55 songs, each representing a year since the Stonewall Uprising, aiming to make the audience more attuned to queer history. (</w:t>
      </w:r>
      <w:hyperlink r:id="rId21">
        <w:r>
          <w:rPr>
            <w:color w:val="0000EE"/>
            <w:u w:val="single"/>
          </w:rPr>
          <w:t>newyorker.com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ookriot.com/essential-reads-about-queer-music/" TargetMode="External"/><Relationship Id="rId10" Type="http://schemas.openxmlformats.org/officeDocument/2006/relationships/hyperlink" Target="https://www.pomegranatearts.com/projects-and-artists/bark-of-millions" TargetMode="External"/><Relationship Id="rId11" Type="http://schemas.openxmlformats.org/officeDocument/2006/relationships/hyperlink" Target="https://www.hachettebookgroup.com/titles/taylor-mac/bark-of-millions/9798894145037/?lens=black-dog-leventhal" TargetMode="External"/><Relationship Id="rId12" Type="http://schemas.openxmlformats.org/officeDocument/2006/relationships/hyperlink" Target="https://www.ucpress.edu/book/9780520280663/rednecks-queers-and-country-music" TargetMode="External"/><Relationship Id="rId13" Type="http://schemas.openxmlformats.org/officeDocument/2006/relationships/hyperlink" Target="https://en.wikipedia.org/wiki/Blues_Legacies_and_Black_Feminism" TargetMode="External"/><Relationship Id="rId14" Type="http://schemas.openxmlformats.org/officeDocument/2006/relationships/hyperlink" Target="https://www.bam.org/bark-of-millions" TargetMode="External"/><Relationship Id="rId15" Type="http://schemas.openxmlformats.org/officeDocument/2006/relationships/hyperlink" Target="https://www.newyorker.com/goings-on-about-town/bark-of-millions-02-05-24" TargetMode="External"/><Relationship Id="rId16" Type="http://schemas.openxmlformats.org/officeDocument/2006/relationships/hyperlink" Target="https://www.pomegranatearts.com/projects-and-artists/bark-of-millions?utm_source=openai" TargetMode="External"/><Relationship Id="rId17" Type="http://schemas.openxmlformats.org/officeDocument/2006/relationships/hyperlink" Target="https://www.hachettebookgroup.com/titles/taylor-mac/bark-of-millions/9798894145037/?lens=black-dog-leventhal&amp;utm_source=openai" TargetMode="External"/><Relationship Id="rId18" Type="http://schemas.openxmlformats.org/officeDocument/2006/relationships/hyperlink" Target="https://www.ucpress.edu/book/9780520280663/rednecks-queers-and-country-music?utm_source=openai" TargetMode="External"/><Relationship Id="rId19" Type="http://schemas.openxmlformats.org/officeDocument/2006/relationships/hyperlink" Target="https://en.wikipedia.org/wiki/Blues_Legacies_and_Black_Feminism?utm_source=openai" TargetMode="External"/><Relationship Id="rId20" Type="http://schemas.openxmlformats.org/officeDocument/2006/relationships/hyperlink" Target="https://www.bam.org/bark-of-millions?utm_source=openai" TargetMode="External"/><Relationship Id="rId21" Type="http://schemas.openxmlformats.org/officeDocument/2006/relationships/hyperlink" Target="https://www.newyorker.com/goings-on-about-town/bark-of-millions-02-05-24?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