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Black sapphic coming-of-age films and shows to watch</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looking for Black sapphic coming-of-age films and shows have plenty to explore, from Brooklyn family dramas to Kenyan romance and supernatural teen television. These stories pair first love with identity, ambition, faith and friendship, making them ideal choices for a thoughtful movie night or a gentle introduction to queer Black cinema.</w:t>
      </w:r>
      <w:r/>
    </w:p>
    <w:p>
      <w:pPr>
        <w:pStyle w:val="Heading2"/>
      </w:pPr>
      <w:r>
        <w:t>Essential Takeaways</w:t>
      </w:r>
      <w:r/>
      <w:r/>
    </w:p>
    <w:p>
      <w:pPr>
        <w:pStyle w:val="ListBullet"/>
        <w:spacing w:line="240" w:lineRule="auto"/>
        <w:ind w:left="720"/>
      </w:pPr>
      <w:r/>
      <w:r>
        <w:rPr>
          <w:b/>
        </w:rPr>
        <w:t>A landmark starting point:</w:t>
      </w:r>
      <w:r>
        <w:t xml:space="preserve"> </w:t>
      </w:r>
      <w:r>
        <w:rPr>
          <w:i/>
        </w:rPr>
        <w:t>Pariah</w:t>
      </w:r>
      <w:r>
        <w:t xml:space="preserve"> follows a Brooklyn teenager wrestling with sexuality, family expectations and self-discovery.</w:t>
      </w:r>
      <w:r/>
    </w:p>
    <w:p>
      <w:pPr>
        <w:pStyle w:val="ListBullet"/>
        <w:spacing w:line="240" w:lineRule="auto"/>
        <w:ind w:left="720"/>
      </w:pPr>
      <w:r/>
      <w:r>
        <w:rPr>
          <w:b/>
        </w:rPr>
        <w:t>Romance takes many forms:</w:t>
      </w:r>
      <w:r>
        <w:t xml:space="preserve"> The list moves from grounded indie drama to vampire fantasy, school stories and period settings.</w:t>
      </w:r>
      <w:r/>
    </w:p>
    <w:p>
      <w:pPr>
        <w:pStyle w:val="ListBullet"/>
        <w:spacing w:line="240" w:lineRule="auto"/>
        <w:ind w:left="720"/>
      </w:pPr>
      <w:r/>
      <w:r>
        <w:rPr>
          <w:b/>
        </w:rPr>
        <w:t>International perspectives matter:</w:t>
      </w:r>
      <w:r>
        <w:t xml:space="preserve"> </w:t>
      </w:r>
      <w:r>
        <w:rPr>
          <w:i/>
        </w:rPr>
        <w:t>Rafiki</w:t>
      </w:r>
      <w:r>
        <w:t xml:space="preserve"> brings Kenyan queer romance to the centre, while </w:t>
      </w:r>
      <w:r>
        <w:rPr>
          <w:i/>
        </w:rPr>
        <w:t>Black Burns Fast</w:t>
      </w:r>
      <w:r>
        <w:t xml:space="preserve"> is set at a South African boarding school.</w:t>
      </w:r>
      <w:r/>
    </w:p>
    <w:p>
      <w:pPr>
        <w:pStyle w:val="ListBullet"/>
        <w:spacing w:line="240" w:lineRule="auto"/>
        <w:ind w:left="720"/>
      </w:pPr>
      <w:r/>
      <w:r>
        <w:rPr>
          <w:b/>
        </w:rPr>
        <w:t>Short films deserve attention:</w:t>
      </w:r>
      <w:r>
        <w:t xml:space="preserve"> </w:t>
      </w:r>
      <w:r>
        <w:rPr>
          <w:i/>
        </w:rPr>
        <w:t>Pure</w:t>
      </w:r>
      <w:r>
        <w:t xml:space="preserve"> and </w:t>
      </w:r>
      <w:r>
        <w:rPr>
          <w:i/>
        </w:rPr>
        <w:t>Grace</w:t>
      </w:r>
      <w:r>
        <w:t xml:space="preserve"> offer intimate stories about tradition, faith and desire.</w:t>
      </w:r>
      <w:r/>
    </w:p>
    <w:p>
      <w:pPr>
        <w:pStyle w:val="ListBullet"/>
        <w:spacing w:line="240" w:lineRule="auto"/>
        <w:ind w:left="720"/>
      </w:pPr>
      <w:r/>
      <w:r>
        <w:rPr>
          <w:b/>
        </w:rPr>
        <w:t>Check availability first:</w:t>
      </w:r>
      <w:r>
        <w:t xml:space="preserve"> Streaming homes can change, so it’s worth searching your preferred service before planning the snacks.</w:t>
      </w:r>
      <w:r/>
      <w:r/>
    </w:p>
    <w:p>
      <w:pPr>
        <w:pStyle w:val="Heading2"/>
      </w:pPr>
      <w:r>
        <w:t>Start with the films that made an impact</w:t>
      </w:r>
      <w:r/>
    </w:p>
    <w:p>
      <w:r/>
      <w:r>
        <w:t xml:space="preserve">Some coming-of-age films stay with you because they understand that growing up rarely happens in a neat, cinematic straight line. </w:t>
      </w:r>
      <w:r>
        <w:rPr>
          <w:i/>
        </w:rPr>
        <w:t>Pariah</w:t>
      </w:r>
      <w:r>
        <w:t>, Dee Rees’s 2011 feature, remains a particularly powerful example, following 17-year-old Alike as she navigates her sexuality, her home life and the pressure to perform a version of herself that feels acceptable.</w:t>
      </w:r>
      <w:r/>
    </w:p>
    <w:p>
      <w:r/>
      <w:r>
        <w:t>It’s a close, emotionally charged film, with Brooklyn providing a vivid backdrop rather than mere scenery. Netflix lists the film among its available titles, making it an easy first choice for viewers building a watchlist of Black queer cinema. (</w:t>
      </w:r>
      <w:hyperlink r:id="rId9">
        <w:r>
          <w:rPr>
            <w:color w:val="0000EE"/>
            <w:u w:val="single"/>
          </w:rPr>
          <w:t>[2]</w:t>
        </w:r>
      </w:hyperlink>
      <w:r>
        <w:t>)</w:t>
      </w:r>
      <w:r/>
    </w:p>
    <w:p>
      <w:r/>
      <w:r>
        <w:t xml:space="preserve">For something lighter in tone but still rooted in the confusion of first love, </w:t>
      </w:r>
      <w:r>
        <w:rPr>
          <w:i/>
        </w:rPr>
        <w:t>The Incredibly True Adventure of Two Girls in Love</w:t>
      </w:r>
      <w:r>
        <w:t xml:space="preserve"> offers a distinctly 1990s take on class, popularity and attraction. Its central pairing brings together a working-class lesbian and a wealthier, more socially confident girl, creating plenty of awkward charm along the way.</w:t>
      </w:r>
      <w:r/>
    </w:p>
    <w:p>
      <w:pPr>
        <w:pStyle w:val="Heading2"/>
      </w:pPr>
      <w:r>
        <w:t>International stories widen the picture</w:t>
      </w:r>
      <w:r/>
    </w:p>
    <w:p>
      <w:r/>
      <w:r>
        <w:rPr>
          <w:i/>
        </w:rPr>
        <w:t>Rafiki</w:t>
      </w:r>
      <w:r>
        <w:t xml:space="preserve"> takes its romance to Nairobi, where the daughters of rival politicians fall for one another. The setting gives the film a particular tension: their relationship is tender and hopeful, but the world around them is far less accommodating. MUBI presents it as a major Kenyan queer film, and its history gives the love story an added cultural and political weight. (</w:t>
      </w:r>
      <w:hyperlink r:id="rId10">
        <w:r>
          <w:rPr>
            <w:color w:val="0000EE"/>
            <w:u w:val="single"/>
          </w:rPr>
          <w:t>[4]</w:t>
        </w:r>
      </w:hyperlink>
      <w:r>
        <w:t>)</w:t>
      </w:r>
      <w:r/>
    </w:p>
    <w:p>
      <w:r/>
      <w:r>
        <w:t xml:space="preserve">That mix of intimacy and danger is part of what makes </w:t>
      </w:r>
      <w:r>
        <w:rPr>
          <w:i/>
        </w:rPr>
        <w:t>Rafiki</w:t>
      </w:r>
      <w:r>
        <w:t xml:space="preserve"> such an absorbing watch. It’s colourful, youthful and romantic, but it also understands that a first relationship can feel enormous when family, reputation and public scrutiny are involved.</w:t>
      </w:r>
      <w:r/>
    </w:p>
    <w:p>
      <w:r/>
      <w:r>
        <w:t xml:space="preserve">Meanwhile, </w:t>
      </w:r>
      <w:r>
        <w:rPr>
          <w:i/>
        </w:rPr>
        <w:t>Black Burns Fast</w:t>
      </w:r>
      <w:r>
        <w:t xml:space="preserve"> shifts the action to an elite all-girls boarding school in South Africa. Its story centres on a scholarship student whose plans are unsettled by the arrival of a new girl, giving the familiar school romance a sharper edge around ambition and belonging. Rotten Tomatoes lists the title as a 2026 release, so viewers should check current availability and release information before settling in. (</w:t>
      </w:r>
      <w:hyperlink r:id="rId11">
        <w:r>
          <w:rPr>
            <w:color w:val="0000EE"/>
            <w:u w:val="single"/>
          </w:rPr>
          <w:t>[3]</w:t>
        </w:r>
      </w:hyperlink>
      <w:r>
        <w:t>)</w:t>
      </w:r>
      <w:r/>
    </w:p>
    <w:p>
      <w:pPr>
        <w:pStyle w:val="Heading2"/>
      </w:pPr>
      <w:r>
        <w:t>When queer romance meets fantasy</w:t>
      </w:r>
      <w:r/>
    </w:p>
    <w:p>
      <w:r/>
      <w:r>
        <w:t xml:space="preserve">Not every coming-of-age story has to stay firmly on the ground. </w:t>
      </w:r>
      <w:r>
        <w:rPr>
          <w:i/>
        </w:rPr>
        <w:t>First Kill</w:t>
      </w:r>
      <w:r>
        <w:t xml:space="preserve"> adds vampires, monster hunters and a wonderfully heightened take on teenage attraction. One girl is expected to make her first kill, while the other has been raised to hunt monsters, and their first encounter quickly complicates both missions.</w:t>
      </w:r>
      <w:r/>
    </w:p>
    <w:p>
      <w:r/>
      <w:r>
        <w:t>The premise is gloriously dramatic, but the emotional hook is familiar: two young people trying to understand who they are while their families insist they already know. That contrast makes the series an approachable pick for viewers who enjoy supernatural television with a strong romantic thread.</w:t>
      </w:r>
      <w:r/>
    </w:p>
    <w:p>
      <w:r/>
      <w:r>
        <w:rPr>
          <w:i/>
        </w:rPr>
        <w:t>Beauty</w:t>
      </w:r>
      <w:r>
        <w:t>, available through Netflix, takes a more realistic route. The central character is a young singer on the edge of a breakthrough, caught between a demanding family, a growing career and her relationship with her girlfriend. Netflix’s listing confirms the title and provides a useful starting point for checking whether it’s currently available in your region. (</w:t>
      </w:r>
      <w:hyperlink r:id="rId12">
        <w:r>
          <w:rPr>
            <w:color w:val="0000EE"/>
            <w:u w:val="single"/>
          </w:rPr>
          <w:t>[5]</w:t>
        </w:r>
      </w:hyperlink>
      <w:r>
        <w:t>)</w:t>
      </w:r>
      <w:r/>
    </w:p>
    <w:p>
      <w:pPr>
        <w:pStyle w:val="Heading2"/>
      </w:pPr>
      <w:r>
        <w:t>Short films can make a big emotional impression</w:t>
      </w:r>
      <w:r/>
    </w:p>
    <w:p>
      <w:r/>
      <w:r>
        <w:t xml:space="preserve">Short films often work with a smaller canvas, but that can make their emotional details feel especially sharp. </w:t>
      </w:r>
      <w:r>
        <w:rPr>
          <w:i/>
        </w:rPr>
        <w:t>Pure</w:t>
      </w:r>
      <w:r>
        <w:t xml:space="preserve"> follows a closeted 17-year-old preparing for a cotillion while falling for another girl, placing private desire against a formal tradition built around presentation and expectation.</w:t>
      </w:r>
      <w:r/>
    </w:p>
    <w:p>
      <w:r/>
      <w:r>
        <w:rPr>
          <w:i/>
        </w:rPr>
        <w:t>Grace</w:t>
      </w:r>
      <w:r>
        <w:t xml:space="preserve"> explores a similar tension through religion and family ritual. Set in the 1950s American South, it follows a 16-year-old preparing for baptism as she tries to reconcile her faith with her feelings for her best friend. Both films understand that self-discovery can happen quietly, in glances and pauses rather than grand declarations.</w:t>
      </w:r>
      <w:r/>
    </w:p>
    <w:p>
      <w:r/>
      <w:r>
        <w:t xml:space="preserve">For a different kind of awkward intimacy, </w:t>
      </w:r>
      <w:r>
        <w:rPr>
          <w:i/>
        </w:rPr>
        <w:t>Tahara</w:t>
      </w:r>
      <w:r>
        <w:t xml:space="preserve"> begins with a kissing exercise at a classmate’s funeral. The situation is uncomfortable by design, and Carrie’s growing feelings for her friend Hannah become even more painful when those feelings aren’t returned. It’s a sharp reminder that coming of age includes rejection as well as romance.</w:t>
      </w:r>
      <w:r/>
    </w:p>
    <w:p>
      <w:pPr>
        <w:pStyle w:val="Heading2"/>
      </w:pPr>
      <w:r>
        <w:t>Pick the right mood for movie night</w:t>
      </w:r>
      <w:r/>
    </w:p>
    <w:p>
      <w:r/>
      <w:r>
        <w:t xml:space="preserve">If you want a tender, grounded drama, start with </w:t>
      </w:r>
      <w:r>
        <w:rPr>
          <w:i/>
        </w:rPr>
        <w:t>Pariah</w:t>
      </w:r>
      <w:r>
        <w:t xml:space="preserve"> or </w:t>
      </w:r>
      <w:r>
        <w:rPr>
          <w:i/>
        </w:rPr>
        <w:t>Beauty</w:t>
      </w:r>
      <w:r>
        <w:t xml:space="preserve">. For a more sweeping romance, </w:t>
      </w:r>
      <w:r>
        <w:rPr>
          <w:i/>
        </w:rPr>
        <w:t>Rafiki</w:t>
      </w:r>
      <w:r>
        <w:t xml:space="preserve"> brings colour, political tension and a strong sense of place. And if the group prefers something playful and high-concept, </w:t>
      </w:r>
      <w:r>
        <w:rPr>
          <w:i/>
        </w:rPr>
        <w:t>First Kill</w:t>
      </w:r>
      <w:r>
        <w:t xml:space="preserve"> is the obvious choice, especially for viewers who enjoy romance with a supernatural twist.</w:t>
      </w:r>
      <w:r/>
    </w:p>
    <w:p>
      <w:r/>
      <w:r>
        <w:rPr>
          <w:i/>
        </w:rPr>
        <w:t>Hearts Beat Loud</w:t>
      </w:r>
      <w:r>
        <w:t xml:space="preserve"> is another gentle option, following a college-bound teenager whose musical ambitions and relationship are tangled up with her father’s hopes for their shared creative life. Amazon’s listing identifies Kiersey Clemons among the cast and provides rental or purchase information, although prices and availability may vary. (</w:t>
      </w:r>
      <w:hyperlink r:id="rId13">
        <w:r>
          <w:rPr>
            <w:color w:val="0000EE"/>
            <w:u w:val="single"/>
          </w:rPr>
          <w:t>[6]</w:t>
        </w:r>
      </w:hyperlink>
      <w:r>
        <w:t>)</w:t>
      </w:r>
      <w:r/>
    </w:p>
    <w:p>
      <w:r/>
      <w:r>
        <w:t>The best part of this collection is its range. These stories don’t suggest there’s one way to be young, Black and queer; they show messy families, big dreams, religious conflict, class differences, fantasy worlds and the very ordinary nerves of liking someone. That’s a pretty good foundation for a watchlist.</w:t>
      </w:r>
      <w:r/>
    </w:p>
    <w:p>
      <w:r/>
      <w:r>
        <w:t>Choose the story that matches your mood, then let the conversation carry on after the credits.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[4]</w:t>
        </w:r>
      </w:hyperlink>
      <w:r>
        <w:t xml:space="preserve">, </w:t>
      </w:r>
      <w:hyperlink r:id="rId11">
        <w:r>
          <w:rPr>
            <w:color w:val="0000EE"/>
            <w:u w:val="single"/>
          </w:rPr>
          <w:t>[3]</w:t>
        </w:r>
      </w:hyperlink>
      <w:r>
        <w:t xml:space="preserve">- Paragraph 4: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https://gomag.com/article/10-black-lesbian-coming-of-age-movies-tv-shows/</w:t>
        </w:r>
      </w:hyperlink>
      <w:r>
        <w:t xml:space="preserve"> - Please view link - unable to able to access data</w:t>
      </w:r>
      <w:r/>
    </w:p>
    <w:p>
      <w:pPr>
        <w:pStyle w:val="ListNumber"/>
        <w:spacing w:line="240" w:lineRule="auto"/>
        <w:ind w:left="720"/>
      </w:pPr>
      <w:r/>
      <w:hyperlink r:id="rId9">
        <w:r>
          <w:rPr>
            <w:color w:val="0000EE"/>
            <w:u w:val="single"/>
          </w:rPr>
          <w:t>https://www.netflixreleases.com/pariah-2011/</w:t>
        </w:r>
      </w:hyperlink>
      <w:r>
        <w:t xml:space="preserve"> - 'Pariah' is a 2011 drama directed by Dee Rees, depicting the life of a 17-year-old Brooklyn teenager navigating her sexuality and family dynamics. The film has received positive reviews, holding a 7.2 rating on IMDb and a 95% score on Rotten Tomatoes. It is available for streaming on Netflix in the United States. (</w:t>
      </w:r>
      <w:hyperlink r:id="rId15">
        <w:r>
          <w:rPr>
            <w:color w:val="0000EE"/>
            <w:u w:val="single"/>
          </w:rPr>
          <w:t>netflixreleases.com</w:t>
        </w:r>
      </w:hyperlink>
      <w:r>
        <w:t>)</w:t>
      </w:r>
      <w:r/>
    </w:p>
    <w:p>
      <w:pPr>
        <w:pStyle w:val="ListNumber"/>
        <w:spacing w:line="240" w:lineRule="auto"/>
        <w:ind w:left="720"/>
      </w:pPr>
      <w:r/>
      <w:hyperlink r:id="rId11">
        <w:r>
          <w:rPr>
            <w:color w:val="0000EE"/>
            <w:u w:val="single"/>
          </w:rPr>
          <w:t>https://www.rottentomatoes.com/m/black_burns_fast</w:t>
        </w:r>
      </w:hyperlink>
      <w:r>
        <w:t xml:space="preserve"> - 'Black Burns Fast' is a 2026 comedy-drama-romance film directed by Sandulela Asanda. The story follows Luthando, a scholarship student at an elite South African boarding school, whose life is disrupted by the arrival of a new classmate, Ayanda. The film is available for streaming on Prime Video. (</w:t>
      </w:r>
      <w:hyperlink r:id="rId16">
        <w:r>
          <w:rPr>
            <w:color w:val="0000EE"/>
            <w:u w:val="single"/>
          </w:rPr>
          <w:t>rottentomatoes.com</w:t>
        </w:r>
      </w:hyperlink>
      <w:r>
        <w:t>)</w:t>
      </w:r>
      <w:r/>
    </w:p>
    <w:p>
      <w:pPr>
        <w:pStyle w:val="ListNumber"/>
        <w:spacing w:line="240" w:lineRule="auto"/>
        <w:ind w:left="720"/>
      </w:pPr>
      <w:r/>
      <w:hyperlink r:id="rId10">
        <w:r>
          <w:rPr>
            <w:color w:val="0000EE"/>
            <w:u w:val="single"/>
          </w:rPr>
          <w:t>https://www.mubi.com/films/rafiki</w:t>
        </w:r>
      </w:hyperlink>
      <w:r>
        <w:t xml:space="preserve"> - 'Rafiki' is a 2018 Kenyan film directed by Wanuri Kahiu, depicting the romantic relationship between the daughters of two rival politicians in Nairobi. The film made history as the first Kenyan film selected for the Cannes Film Festival, despite being banned in its home country for its portrayal of a lesbian love story. It is available for streaming on Mubi.</w:t>
      </w:r>
      <w:r/>
    </w:p>
    <w:p>
      <w:pPr>
        <w:pStyle w:val="ListNumber"/>
        <w:spacing w:line="240" w:lineRule="auto"/>
        <w:ind w:left="720"/>
      </w:pPr>
      <w:r/>
      <w:hyperlink r:id="rId12">
        <w:r>
          <w:rPr>
            <w:color w:val="0000EE"/>
            <w:u w:val="single"/>
          </w:rPr>
          <w:t>https://www.netflix.com/title/81005185</w:t>
        </w:r>
      </w:hyperlink>
      <w:r>
        <w:t xml:space="preserve"> - 'Beauty' is a 2022 drama directed by Andrew Dosunmu, following the life of a young singer on the verge of stardom. The film explores her struggles with a domineering family, a demanding career, and her love for her girlfriend. It is available for streaming on Netflix.</w:t>
      </w:r>
      <w:r/>
    </w:p>
    <w:p>
      <w:pPr>
        <w:pStyle w:val="ListNumber"/>
        <w:spacing w:line="240" w:lineRule="auto"/>
        <w:ind w:left="720"/>
      </w:pPr>
      <w:r/>
      <w:hyperlink r:id="rId13">
        <w:r>
          <w:rPr>
            <w:color w:val="0000EE"/>
            <w:u w:val="single"/>
          </w:rPr>
          <w:t>https://www.amazon.com/Hearts-Beat-Loud-Kiersey-Clemons/dp/B07D7X9V5S</w:t>
        </w:r>
      </w:hyperlink>
      <w:r>
        <w:t xml:space="preserve"> - 'Hearts Beat Loud' is a 2018 comedy-drama directed by Brett Haley, starring Kiersey Clemons as a college-bound teen caught between her father's dreams of turning their musical hobby into something bigger and the life (and girlfriend) she's about to leave behind in Brooklyn. The film is available for streaming on Prime Video and Tubi.</w:t>
      </w:r>
      <w:r/>
    </w:p>
    <w:p>
      <w:pPr>
        <w:pStyle w:val="ListNumber"/>
        <w:spacing w:line="240" w:lineRule="auto"/>
        <w:ind w:left="720"/>
      </w:pPr>
      <w:r/>
      <w:hyperlink r:id="rId12">
        <w:r>
          <w:rPr>
            <w:color w:val="0000EE"/>
            <w:u w:val="single"/>
          </w:rPr>
          <w:t>https://www.netflix.com/title/81005185</w:t>
        </w:r>
      </w:hyperlink>
      <w:r>
        <w:t xml:space="preserve"> - 'First Kill' is a 2022 Netflix series that follows the story of two young women—one a vampire, the other a monster hunter—who are each other's targets for their first kill but end up falling in love instead. Despite its short run, the series was well-loved by fans. It is available for streaming on Netflix.</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tflixreleases.com/pariah-2011/" TargetMode="External"/><Relationship Id="rId10" Type="http://schemas.openxmlformats.org/officeDocument/2006/relationships/hyperlink" Target="https://www.mubi.com/films/rafiki" TargetMode="External"/><Relationship Id="rId11" Type="http://schemas.openxmlformats.org/officeDocument/2006/relationships/hyperlink" Target="https://www.rottentomatoes.com/m/black_burns_fast" TargetMode="External"/><Relationship Id="rId12" Type="http://schemas.openxmlformats.org/officeDocument/2006/relationships/hyperlink" Target="https://www.netflix.com/title/81005185" TargetMode="External"/><Relationship Id="rId13" Type="http://schemas.openxmlformats.org/officeDocument/2006/relationships/hyperlink" Target="https://www.amazon.com/Hearts-Beat-Loud-Kiersey-Clemons/dp/B07D7X9V5S" TargetMode="External"/><Relationship Id="rId14" Type="http://schemas.openxmlformats.org/officeDocument/2006/relationships/hyperlink" Target="https://gomag.com/article/10-black-lesbian-coming-of-age-movies-tv-shows/" TargetMode="External"/><Relationship Id="rId15" Type="http://schemas.openxmlformats.org/officeDocument/2006/relationships/hyperlink" Target="https://www.netflixreleases.com/pariah-2011/?utm_source=openai" TargetMode="External"/><Relationship Id="rId16" Type="http://schemas.openxmlformats.org/officeDocument/2006/relationships/hyperlink" Target="https://www.rottentomatoes.com/m/black_burns_fas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