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Annapolis Pride 2026 Guide for Families and Accessibility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getting ready for Annapolis Pride 2026, a free, family-friendly celebration with a parade, live music, food trucks and thoughtful accessibility features across Maryland’s capital. With Ryan Cassata leading the headline line-up, the event offers a welcoming day out while making space for children, disabled guests and anyone needing a quieter moment.</w:t>
      </w:r>
      <w:r/>
    </w:p>
    <w:p>
      <w:pPr>
        <w:pStyle w:val="Heading2"/>
      </w:pPr>
      <w:r>
        <w:t>Essential Takeaways</w:t>
      </w:r>
      <w:r/>
      <w:r/>
    </w:p>
    <w:p>
      <w:pPr>
        <w:pStyle w:val="ListBullet"/>
        <w:spacing w:line="240" w:lineRule="auto"/>
        <w:ind w:left="720"/>
      </w:pPr>
      <w:r/>
      <w:r>
        <w:rPr>
          <w:b/>
        </w:rPr>
        <w:t>When:</w:t>
      </w:r>
      <w:r>
        <w:t xml:space="preserve"> Annapolis Pride takes place on Saturday 3 October 2026, with the parade at 11am and festival from noon to 6pm.</w:t>
      </w:r>
      <w:r/>
    </w:p>
    <w:p>
      <w:pPr>
        <w:pStyle w:val="ListBullet"/>
        <w:spacing w:line="240" w:lineRule="auto"/>
        <w:ind w:left="720"/>
      </w:pPr>
      <w:r/>
      <w:r>
        <w:rPr>
          <w:b/>
        </w:rPr>
        <w:t>Where:</w:t>
      </w:r>
      <w:r>
        <w:t xml:space="preserve"> The parade ends at Maryland Hall, while the main festival takes over Bates Athletic Complex on Spa Road.</w:t>
      </w:r>
      <w:r/>
    </w:p>
    <w:p>
      <w:pPr>
        <w:pStyle w:val="ListBullet"/>
        <w:spacing w:line="240" w:lineRule="auto"/>
        <w:ind w:left="720"/>
      </w:pPr>
      <w:r/>
      <w:r>
        <w:rPr>
          <w:b/>
        </w:rPr>
        <w:t>What’s planned:</w:t>
      </w:r>
      <w:r>
        <w:t xml:space="preserve"> Expect more than 150 vendors, two stages, food trucks, a Kids Zone and a sensory tent.</w:t>
      </w:r>
      <w:r/>
    </w:p>
    <w:p>
      <w:pPr>
        <w:pStyle w:val="ListBullet"/>
        <w:spacing w:line="240" w:lineRule="auto"/>
        <w:ind w:left="720"/>
      </w:pPr>
      <w:r/>
      <w:r>
        <w:rPr>
          <w:b/>
        </w:rPr>
        <w:t>Access matters:</w:t>
      </w:r>
      <w:r>
        <w:t xml:space="preserve"> A dedicated viewing area, ASL interpretation and a low-stimulation space are part of the event’s planning.</w:t>
      </w:r>
      <w:r/>
    </w:p>
    <w:p>
      <w:pPr>
        <w:pStyle w:val="ListBullet"/>
        <w:spacing w:line="240" w:lineRule="auto"/>
        <w:ind w:left="720"/>
      </w:pPr>
      <w:r/>
      <w:r>
        <w:rPr>
          <w:b/>
        </w:rPr>
        <w:t>Headliner:</w:t>
      </w:r>
      <w:r>
        <w:t xml:space="preserve"> Ryan Cassata will serve as grand marshal and perform with D.I.Y. Guy at 5pm.</w:t>
      </w:r>
      <w:r/>
      <w:r/>
    </w:p>
    <w:p>
      <w:pPr>
        <w:pStyle w:val="Heading2"/>
      </w:pPr>
      <w:r>
        <w:t>Annapolis Pride 2026 puts welcome first</w:t>
      </w:r>
      <w:r/>
    </w:p>
    <w:p>
      <w:r/>
      <w:r>
        <w:t>Annapolis Pride has built its reputation around being a little gentler and more accessible than some larger celebrations. That doesn't mean the atmosphere will lack energy. Instead, the emphasis is on making room for families, disabled visitors and people who may find a huge, noisy festival overwhelming.</w:t>
      </w:r>
      <w:r/>
    </w:p>
    <w:p>
      <w:r/>
      <w:r>
        <w:t>The city's perfect score in the Human Rights Campaign's Municipal Equality Index adds useful context. It suggests the festival isn't operating in isolation, but reflects a broader local record on LGBTQ+ inclusion, according to Inclusivity.org and Visit Annapolis.</w:t>
      </w:r>
      <w:r/>
    </w:p>
    <w:p>
      <w:r/>
      <w:r>
        <w:t>For anyone searching for a family-friendly Pride event in Maryland, that combination is significant. Parents can enjoy the colour and music while children have activities designed specifically for them, rather than being expected simply to tag along.</w:t>
      </w:r>
      <w:r/>
    </w:p>
    <w:p>
      <w:pPr>
        <w:pStyle w:val="Heading2"/>
      </w:pPr>
      <w:r>
        <w:t>Parade route and festival details</w:t>
      </w:r>
      <w:r/>
    </w:p>
    <w:p>
      <w:r/>
      <w:r>
        <w:t>The parade begins at 11am at Calvert and Bladen Streets, travelling along Northwest Street to Church Circle. It then continues down West Street before turning towards Amos Garrett Boulevard and Constitution Avenue, finishing at Maryland Hall.</w:t>
      </w:r>
      <w:r/>
    </w:p>
    <w:p>
      <w:r/>
      <w:r>
        <w:t>The festival follows from noon until 6pm at Bates Athletic Complex on Spa Road. Entry is free, and the event listing from Annapolis Pride confirms a full afternoon of community groups, businesses, entertainment and food.</w:t>
      </w:r>
      <w:r/>
    </w:p>
    <w:p>
      <w:r/>
      <w:r>
        <w:t>Parking at Navy-Marine Corps Memorial Stadium is available for $24 in advance or $30 on the day. That makes pre-booking worth considering, particularly for families, visitors with mobility needs or anyone keen to avoid a last-minute scramble.</w:t>
      </w:r>
      <w:r/>
    </w:p>
    <w:p>
      <w:pPr>
        <w:pStyle w:val="Heading2"/>
      </w:pPr>
      <w:r>
        <w:t>Ryan Cassata brings music and visibility</w:t>
      </w:r>
      <w:r/>
    </w:p>
    <w:p>
      <w:r/>
      <w:r>
        <w:t>Ryan Cassata will be both the parade's grand marshal and the festival's main musical draw. The singer-songwriter and transgender activist works across folk punk, blues and pop punk, giving the programme a lively edge rather than a purely ceremonial feel.</w:t>
      </w:r>
      <w:r/>
    </w:p>
    <w:p>
      <w:r/>
      <w:r>
        <w:t>Cassata is scheduled to perform with D.I.Y. Guy, an all-trans guy band, on the Main Stage at 5pm. His tour information and the event coverage from Eye On Annapolis support the appearance, which is likely to be one of the day's biggest crowd moments.</w:t>
      </w:r>
      <w:r/>
    </w:p>
    <w:p>
      <w:r/>
      <w:r>
        <w:t>The timing also matters. Annapolis Pride's theme, "United in Pride, Together We Thrive", lands as a direct invitation to solidarity. A festival can be joyful and politically aware at the same time, and this line-up seems comfortable with both.</w:t>
      </w:r>
      <w:r/>
    </w:p>
    <w:p>
      <w:pPr>
        <w:pStyle w:val="Heading2"/>
      </w:pPr>
      <w:r>
        <w:t>Sensory support makes the day easier</w:t>
      </w:r>
      <w:r/>
    </w:p>
    <w:p>
      <w:r/>
      <w:r>
        <w:t>The new sensory tent may prove one of the most useful additions. It will offer fidgets, colouring activities, sand and putty, giving visitors somewhere to pause if the stages, crowds or general bustle become too much.</w:t>
      </w:r>
      <w:r/>
    </w:p>
    <w:p>
      <w:r/>
      <w:r>
        <w:t>There will also be a roped-off parade viewing area at The Graduate Hotel for people with disabilities or accessibility needs. ASL interpreters are planned for the Main Stage, while the festival's family facilities include arts and crafts, face painting and bounce houses.</w:t>
      </w:r>
      <w:r/>
    </w:p>
    <w:p>
      <w:r/>
      <w:r>
        <w:t>These details are easy to overlook when reading a festival poster, but they can shape whether someone feels able to attend at all. Annapolis Pride's official event information and Visit Annapolis both highlight the practical side of the celebration, not just its entertainment.</w:t>
      </w:r>
      <w:r/>
    </w:p>
    <w:p>
      <w:pPr>
        <w:pStyle w:val="Heading2"/>
      </w:pPr>
      <w:r>
        <w:t>A full day, with an evening encore</w:t>
      </w:r>
      <w:r/>
    </w:p>
    <w:p>
      <w:r/>
      <w:r>
        <w:t>More than 150 vendors are expected, spanning community organisations and local businesses. Food trucks will offer a range of choices, including vegan and vegetarian options, so the afternoon should work for mixed groups with different appetites.</w:t>
      </w:r>
      <w:r/>
    </w:p>
    <w:p>
      <w:r/>
      <w:r>
        <w:t>The main stage runs from noon to 6pm, while the Songbird Stage runs from 1pm to 5pm. Once the festival closes, the Pride After Party continues at The Graduate Hotel from 6pm to 11pm, with DJ Dave O scheduled to headline the early evening set.</w:t>
      </w:r>
      <w:r/>
    </w:p>
    <w:p>
      <w:r/>
      <w:r>
        <w:t>Shuttles will run from the festival grounds to the hotel. It’s a practical touch for visitors who want to continue celebrating without figuring out another route across town, although checking the latest timetable before travelling remains sensible.</w:t>
      </w:r>
      <w:r/>
    </w:p>
    <w:p>
      <w:r/>
      <w:r>
        <w:t>Annapolis Pride feels strongest when it combines the big, visible moments with quieter forms of care. For many visitors, that may be the difference between simply watching a celebration and feeling genuinely included in it.</w:t>
      </w:r>
      <w:r/>
    </w:p>
    <w:p>
      <w:r/>
      <w:r>
        <w:t>It's a bright, thoughtful day out with plenty of room for families, music fans and first-time Pride visitors.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1">
        <w:r>
          <w:rPr>
            <w:color w:val="0000EE"/>
            <w:u w:val="single"/>
          </w:rPr>
          <w:t>[6]</w:t>
        </w:r>
      </w:hyperlink>
      <w:r>
        <w:t xml:space="preserve">- Paragraph 5: </w:t>
      </w:r>
      <w:hyperlink r:id="rId14">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[3]</w:t>
        </w:r>
      </w:hyperlink>
      <w:r>
        <w:t xml:space="preserve">, </w:t>
      </w:r>
      <w:hyperlink r:id="rId15">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https://www.metroweekly.com/2026/09/annapolis-pride-2026-ryan-cassata/</w:t>
        </w:r>
      </w:hyperlink>
      <w:r>
        <w:t xml:space="preserve"> - Please view link - unable to able to access data</w:t>
      </w:r>
      <w:r/>
    </w:p>
    <w:p>
      <w:pPr>
        <w:pStyle w:val="ListNumber"/>
        <w:spacing w:line="240" w:lineRule="auto"/>
        <w:ind w:left="720"/>
      </w:pPr>
      <w:r/>
      <w:hyperlink r:id="rId10">
        <w:r>
          <w:rPr>
            <w:color w:val="0000EE"/>
            <w:u w:val="single"/>
          </w:rPr>
          <w:t>https://www.annapolispride.org/</w:t>
        </w:r>
      </w:hyperlink>
      <w:r>
        <w:t xml:space="preserve"> - Annapolis Pride is a non-profit organisation dedicated to advocating for, empowering, and celebrating the LGBTQ+ community in Annapolis and its surrounding areas. Their mission is to create a safe, equitable, and anti-racist community where people of all identities can thrive. The organisation hosts various events throughout the year, including the annual Annapolis Pride Parade and Festival, which is scheduled for October 3, 2026. The event will feature over 150 vendors, food trucks, and activities for all ages, aiming to promote LGBTQ+ visibility and equity in the region.</w:t>
      </w:r>
      <w:r/>
    </w:p>
    <w:p>
      <w:pPr>
        <w:pStyle w:val="ListNumber"/>
        <w:spacing w:line="240" w:lineRule="auto"/>
        <w:ind w:left="720"/>
      </w:pPr>
      <w:r/>
      <w:hyperlink r:id="rId14">
        <w:r>
          <w:rPr>
            <w:color w:val="0000EE"/>
            <w:u w:val="single"/>
          </w:rPr>
          <w:t>https://www.eyeonannapolis.net/2026/09/ryan-cassata-to-be-grand-marshal-and-headliner-for-2026-annapolis-pride-2/</w:t>
        </w:r>
      </w:hyperlink>
      <w:r>
        <w:t xml:space="preserve"> - Annapolis Pride has announced that singer-songwriter and LGBTQ+ activist Ryan Cassata will serve as the grand marshal and headline entertainer for the sixth annual Annapolis Pride Parade and Festival on October 3, 2026. Cassata, an award-winning musician and transgender activist, has performed over 850 shows worldwide and released eight albums. He is known for his advocacy in the transgender liberation movement and has been a prominent figure in promoting trans visibility and education.</w:t>
      </w:r>
      <w:r/>
    </w:p>
    <w:p>
      <w:pPr>
        <w:pStyle w:val="ListNumber"/>
        <w:spacing w:line="240" w:lineRule="auto"/>
        <w:ind w:left="720"/>
      </w:pPr>
      <w:r/>
      <w:hyperlink r:id="rId13">
        <w:r>
          <w:rPr>
            <w:color w:val="0000EE"/>
            <w:u w:val="single"/>
          </w:rPr>
          <w:t>https://www.annapolispride.org/event/annapolis-pride-parade-and-festival-3/</w:t>
        </w:r>
      </w:hyperlink>
      <w:r>
        <w:t xml:space="preserve"> - The Annapolis Pride Parade and Festival 2026 is scheduled for October 3, 2026, from 11:00 AM to 6:00 PM at the Bates Athletic Complex. The event will feature a parade starting at 11:00 AM, followed by a festival with two stages showcasing musical artists, including Grand Marshal Ryan Cassata. Additional activities include a children's area with a bouncy house, face painting, and art activities. A new enclosed sensory tent will be available for those who might feel overwhelmed at the festival. Over 150 vendors will offer unique art and information.</w:t>
      </w:r>
      <w:r/>
    </w:p>
    <w:p>
      <w:pPr>
        <w:pStyle w:val="ListNumber"/>
        <w:spacing w:line="240" w:lineRule="auto"/>
        <w:ind w:left="720"/>
      </w:pPr>
      <w:r/>
      <w:hyperlink r:id="rId12">
        <w:r>
          <w:rPr>
            <w:color w:val="0000EE"/>
            <w:u w:val="single"/>
          </w:rPr>
          <w:t>https://www.inclusivity.org/pride/annapolis-pride</w:t>
        </w:r>
      </w:hyperlink>
      <w:r>
        <w:t xml:space="preserve"> - Annapolis Pride is a non-profit organisation serving the LGBTQ+ community in Annapolis and the surrounding area. The 2026 Parade and Festival is set for Saturday, October 3, from 11 a.m. to 6 p.m. at the Bates Athletic Complex. The event will feature over 150 vendors, including community groups, food trucks, and artists. Trans activist and musician Ryan Cassata is the 2026 parade grand marshal. The festival aims to celebrate LGBTQ+ people and mark the Stonewall uprising of June 1969.</w:t>
      </w:r>
      <w:r/>
    </w:p>
    <w:p>
      <w:pPr>
        <w:pStyle w:val="ListNumber"/>
        <w:spacing w:line="240" w:lineRule="auto"/>
        <w:ind w:left="720"/>
      </w:pPr>
      <w:r/>
      <w:hyperlink r:id="rId11">
        <w:r>
          <w:rPr>
            <w:color w:val="0000EE"/>
            <w:u w:val="single"/>
          </w:rPr>
          <w:t>https://www.visitannapolis.org/events/annual-events-and-festivals/annapolis-pride/</w:t>
        </w:r>
      </w:hyperlink>
      <w:r>
        <w:t xml:space="preserve"> - Annapolis Pride Parade &amp; Festival is scheduled for Saturday, October 3, 2026. The event will feature a parade starting at St. John's College, proceeding down West Street to Bates Athletic Complex. The festival will offer food and fun for the whole family, with activities including a Pride Guide for attendees. The event aims to celebrate the LGBTQ+ community and promote inclusivity in Annapolis.</w:t>
      </w:r>
      <w:r/>
    </w:p>
    <w:p>
      <w:pPr>
        <w:pStyle w:val="ListNumber"/>
        <w:spacing w:line="240" w:lineRule="auto"/>
        <w:ind w:left="720"/>
      </w:pPr>
      <w:r/>
      <w:hyperlink r:id="rId15">
        <w:r>
          <w:rPr>
            <w:color w:val="0000EE"/>
            <w:u w:val="single"/>
          </w:rPr>
          <w:t>https://www.ryancassata.com/tour</w:t>
        </w:r>
      </w:hyperlink>
      <w:r>
        <w:t xml:space="preserve"> - Ryan Cassata, an award-winning singer-songwriter and transgender activist, has announced his tour dates for 2026. Notably, he is scheduled to perform at Annapolis Pride 2026 on October 3, 2026, at 7:00 PM in Annapolis, Maryland. Cassata has been a prominent figure in the transgender liberation movement and has performed over 850 shows worldwide, releasing eight albums of original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troweekly.com/2026/09/annapolis-pride-2026-ryan-cassata/" TargetMode="External"/><Relationship Id="rId10" Type="http://schemas.openxmlformats.org/officeDocument/2006/relationships/hyperlink" Target="https://www.annapolispride.org/" TargetMode="External"/><Relationship Id="rId11" Type="http://schemas.openxmlformats.org/officeDocument/2006/relationships/hyperlink" Target="https://www.visitannapolis.org/events/annual-events-and-festivals/annapolis-pride/" TargetMode="External"/><Relationship Id="rId12" Type="http://schemas.openxmlformats.org/officeDocument/2006/relationships/hyperlink" Target="https://www.inclusivity.org/pride/annapolis-pride" TargetMode="External"/><Relationship Id="rId13" Type="http://schemas.openxmlformats.org/officeDocument/2006/relationships/hyperlink" Target="https://www.annapolispride.org/event/annapolis-pride-parade-and-festival-3/" TargetMode="External"/><Relationship Id="rId14" Type="http://schemas.openxmlformats.org/officeDocument/2006/relationships/hyperlink" Target="https://www.eyeonannapolis.net/2026/09/ryan-cassata-to-be-grand-marshal-and-headliner-for-2026-annapolis-pride-2/" TargetMode="External"/><Relationship Id="rId15" Type="http://schemas.openxmlformats.org/officeDocument/2006/relationships/hyperlink" Target="https://www.ryancassata.com/t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