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Top Queerceañera fundraising event celebrates LGBTQ+ community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Guests gathered in Hollywood for the Los Angeles LGBT Center's fourth annual Queerceañera, where music, food and dancing turned a Latine Heritage Month celebration into a $75,000 fundraiser. The event honoured Cain Culto and Suzy Exposito while supporting LGBTQ+ services across Los Angeles County.</w:t>
      </w:r>
      <w:r/>
    </w:p>
    <w:p>
      <w:pPr>
        <w:pStyle w:val="Heading2"/>
      </w:pPr>
      <w:r>
        <w:t>Essential Takeaways</w:t>
      </w:r>
      <w:r/>
      <w:r/>
    </w:p>
    <w:p>
      <w:pPr>
        <w:pStyle w:val="ListBullet"/>
        <w:spacing w:line="240" w:lineRule="auto"/>
        <w:ind w:left="720"/>
      </w:pPr>
      <w:r/>
      <w:r>
        <w:rPr>
          <w:b/>
        </w:rPr>
        <w:t>A stronger fundraising focus:</w:t>
      </w:r>
      <w:r>
        <w:t xml:space="preserve"> The 2026 celebration raised $75,000 for local LGBTQ+ programmes and services.</w:t>
      </w:r>
      <w:r/>
    </w:p>
    <w:p>
      <w:pPr>
        <w:pStyle w:val="ListBullet"/>
        <w:spacing w:line="240" w:lineRule="auto"/>
        <w:ind w:left="720"/>
      </w:pPr>
      <w:r/>
      <w:r>
        <w:rPr>
          <w:b/>
        </w:rPr>
        <w:t>Two creative honourees:</w:t>
      </w:r>
      <w:r>
        <w:t xml:space="preserve"> Musician Cain Culto and journalist Suzy Exposito were recognised for their work and cultural contributions.</w:t>
      </w:r>
      <w:r/>
    </w:p>
    <w:p>
      <w:pPr>
        <w:pStyle w:val="ListBullet"/>
        <w:spacing w:line="240" w:lineRule="auto"/>
        <w:ind w:left="720"/>
      </w:pPr>
      <w:r/>
      <w:r>
        <w:rPr>
          <w:b/>
        </w:rPr>
        <w:t>A lively programme:</w:t>
      </w:r>
      <w:r>
        <w:t xml:space="preserve"> Guests enjoyed DJ sets, traditional food, dancing and a performance from Culto.</w:t>
      </w:r>
      <w:r/>
    </w:p>
    <w:p>
      <w:pPr>
        <w:pStyle w:val="ListBullet"/>
        <w:spacing w:line="240" w:lineRule="auto"/>
        <w:ind w:left="720"/>
      </w:pPr>
      <w:r/>
      <w:r>
        <w:rPr>
          <w:b/>
        </w:rPr>
        <w:t>An inclusive tradition:</w:t>
      </w:r>
      <w:r>
        <w:t xml:space="preserve"> The event reimagines the quinceañera as a celebration of queer pride, identity and belonging.</w:t>
      </w:r>
      <w:r/>
    </w:p>
    <w:p>
      <w:pPr>
        <w:pStyle w:val="ListBullet"/>
        <w:spacing w:line="240" w:lineRule="auto"/>
        <w:ind w:left="720"/>
      </w:pPr>
      <w:r/>
      <w:r>
        <w:rPr>
          <w:b/>
        </w:rPr>
        <w:t>Community support matters:</w:t>
      </w:r>
      <w:r>
        <w:t xml:space="preserve"> Funds help sustain advocacy, outreach and supportive services across Los Angeles County.</w:t>
      </w:r>
      <w:r/>
      <w:r/>
    </w:p>
    <w:p>
      <w:pPr>
        <w:pStyle w:val="Heading2"/>
      </w:pPr>
      <w:r>
        <w:t>A party with a serious purpose</w:t>
      </w:r>
      <w:r/>
    </w:p>
    <w:p>
      <w:r/>
      <w:r>
        <w:t>The room had all the ingredients of a joyful celebration: music in the air, traditional food on the tables and plenty of dancing. But this was more than a glamorous night out. The Los Angeles LGBT Center's Queerceañera raised $75,000 for LGBTQ+ programmes and support services, giving the evening a clear community purpose.</w:t>
      </w:r>
      <w:r/>
    </w:p>
    <w:p>
      <w:r/>
      <w:r>
        <w:t>According to the Los Angeles LGBT Center, the event took place at The Village at Ed Gould Plaza in Hollywood during Latine Heritage Month. That combination of celebration and fundraising is part of what makes the event feel distinctive, rather than simply another date on the city's social calendar.</w:t>
      </w:r>
      <w:r/>
    </w:p>
    <w:p>
      <w:pPr>
        <w:pStyle w:val="Heading2"/>
      </w:pPr>
      <w:r>
        <w:t>Why Queerceañera keeps growing</w:t>
      </w:r>
      <w:r/>
    </w:p>
    <w:p>
      <w:r/>
      <w:r>
        <w:t>First launched in 2023, Queerceañera reshapes the familiar quinceañera tradition around queer identity and community connection. The result is warm, colourful and deliberately inclusive, with cultural heritage treated as something to share rather than leave at the door.</w:t>
      </w:r>
      <w:r/>
    </w:p>
    <w:p>
      <w:r/>
      <w:r>
        <w:t>The Center announced the fourth edition as part of its wider Latine Heritage Month programming. Earlier coverage from the Los Angeles Blade also highlighted the event's role in recognising LGBTQ+ Latine voices, particularly through its choice of local creative leaders as honourees.</w:t>
      </w:r>
      <w:r/>
    </w:p>
    <w:p>
      <w:pPr>
        <w:pStyle w:val="Heading2"/>
      </w:pPr>
      <w:r>
        <w:t>Cain Culto and Suzy Exposito take centre stage</w:t>
      </w:r>
      <w:r/>
    </w:p>
    <w:p>
      <w:r/>
      <w:r>
        <w:t>This year's honourees brought very different creative perspectives to the same platform. Cain Culto, a violinist and recording artist, was recognised alongside Suzy Exposito, the journalist and editor of the Los Angeles Times' De Los section.</w:t>
      </w:r>
      <w:r/>
    </w:p>
    <w:p>
      <w:r/>
      <w:r>
        <w:t>The pair joined a conversation about their work, heritage and personal backgrounds before Culto performed songs from his latest album. The Los Angeles LGBT Center had previously announced each honouree separately, building anticipation around an evening that put both music and storytelling at its heart.</w:t>
      </w:r>
      <w:r/>
    </w:p>
    <w:p>
      <w:pPr>
        <w:pStyle w:val="Heading2"/>
      </w:pPr>
      <w:r>
        <w:t>Music, drag and a distinctly Los Angeles atmosphere</w:t>
      </w:r>
      <w:r/>
    </w:p>
    <w:p>
      <w:r/>
      <w:r>
        <w:t>"RuPaul's Drag Race" alumna Naysha Lopez hosted the celebration, while DJ Love Baila supplied the soundtrack. Culto's live performance added a more intimate note, balancing the larger party atmosphere with a moment focused on artistic expression.</w:t>
      </w:r>
      <w:r/>
    </w:p>
    <w:p>
      <w:r/>
      <w:r>
        <w:t>The programme also included traditional food and dancing, making the event feel rooted in culture as well as nightlife. It's a thoughtful mix: polished enough for a major benefit, but relaxed enough to feel like people have come together to celebrate one another.</w:t>
      </w:r>
      <w:r/>
    </w:p>
    <w:p>
      <w:pPr>
        <w:pStyle w:val="Heading2"/>
      </w:pPr>
      <w:r>
        <w:t>Where the money goes</w:t>
      </w:r>
      <w:r/>
    </w:p>
    <w:p>
      <w:r/>
      <w:r>
        <w:t>The $75,000 raised will support the Los Angeles LGBT Center's programmes and services for LGBTQ+ people across Los Angeles County. Those funds help underpin the practical side of community work, including advocacy, outreach and supportive services.</w:t>
      </w:r>
      <w:r/>
    </w:p>
    <w:p>
      <w:r/>
      <w:r>
        <w:t>That matters because a high-profile event can do more than create visibility. When the entertainment, honourees and fundraising all point in the same direction, the evening becomes a useful reminder that community celebration can also help sustain essential services. The Center's fundraising coverage presented the result as a significant contribution to its ongoing work.</w:t>
      </w:r>
      <w:r/>
    </w:p>
    <w:p>
      <w:pPr>
        <w:pStyle w:val="Heading2"/>
      </w:pPr>
      <w:r>
        <w:t>A tradition with room to evolve</w:t>
      </w:r>
      <w:r/>
    </w:p>
    <w:p>
      <w:r/>
      <w:r>
        <w:t>Queerceañera's continuing appeal lies in its flexibility. It borrows the emotional language of a milestone celebration, then opens it up to people whose identities and families may not fit a conventional template.</w:t>
      </w:r>
      <w:r/>
    </w:p>
    <w:p>
      <w:r/>
      <w:r>
        <w:t>As the event returns each year, its growing fundraising role suggests that audiences want both joy and impact. And honestly, that feels like the right kind of party: colourful, generous and still connected to the people it aims to support.</w:t>
      </w:r>
      <w:r/>
    </w:p>
    <w:p>
      <w:r/>
      <w:r>
        <w:t>A joyful tradition can make a lasting difference when the whole community is invited in.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2">
        <w:r>
          <w:rPr>
            <w:color w:val="0000EE"/>
            <w:u w:val="single"/>
          </w:rPr>
          <w:t>[7]</w:t>
        </w:r>
      </w:hyperlink>
      <w:r>
        <w:t xml:space="preserve">- Paragraph 3: </w:t>
      </w:r>
      <w:hyperlink r:id="rId10">
        <w:r>
          <w:rPr>
            <w:color w:val="0000EE"/>
            <w:u w:val="single"/>
          </w:rPr>
          <w:t>[2]</w:t>
        </w:r>
      </w:hyperlink>
      <w:r>
        <w:t xml:space="preserve">, </w:t>
      </w:r>
      <w:hyperlink r:id="rId13">
        <w:r>
          <w:rPr>
            <w:color w:val="0000EE"/>
            <w:u w:val="single"/>
          </w:rPr>
          <w:t>[5]</w:t>
        </w:r>
      </w:hyperlink>
      <w:r>
        <w:t xml:space="preserve">- Paragraph 4: </w:t>
      </w:r>
      <w:hyperlink r:id="rId14">
        <w:r>
          <w:rPr>
            <w:color w:val="0000EE"/>
            <w:u w:val="single"/>
          </w:rPr>
          <w:t>[4]</w:t>
        </w:r>
      </w:hyperlink>
      <w:r>
        <w:t xml:space="preserve">, </w:t>
      </w:r>
      <w:hyperlink r:id="rId13">
        <w:r>
          <w:rPr>
            <w:color w:val="0000EE"/>
            <w:u w:val="single"/>
          </w:rPr>
          <w:t>[5]</w:t>
        </w:r>
      </w:hyperlink>
      <w:r>
        <w:t xml:space="preserve">- Paragraph 5: </w:t>
      </w:r>
      <w:hyperlink r:id="rId10">
        <w:r>
          <w:rPr>
            <w:color w:val="0000EE"/>
            <w:u w:val="single"/>
          </w:rPr>
          <w:t>[2]</w:t>
        </w:r>
      </w:hyperlink>
      <w:r>
        <w:t xml:space="preserve">, </w:t>
      </w:r>
      <w:hyperlink r:id="rId14">
        <w:r>
          <w:rPr>
            <w:color w:val="0000EE"/>
            <w:u w:val="single"/>
          </w:rPr>
          <w:t>[4]</w:t>
        </w:r>
      </w:hyperlink>
      <w:r>
        <w:t xml:space="preserve">- Paragraph 6: </w:t>
      </w:r>
      <w:hyperlink r:id="rId15">
        <w:r>
          <w:rPr>
            <w:color w:val="0000EE"/>
            <w:u w:val="single"/>
          </w:rPr>
          <w:t>[6]</w:t>
        </w:r>
      </w:hyperlink>
      <w:r>
        <w:t xml:space="preserve">, </w:t>
      </w:r>
      <w:hyperlink r:id="rId11">
        <w:r>
          <w:rPr>
            <w:color w:val="0000EE"/>
            <w:u w:val="single"/>
          </w:rPr>
          <w:t>[3]</w:t>
        </w:r>
      </w:hyperlink>
      <w:r>
        <w:t xml:space="preserve">- Paragraph 7: </w:t>
      </w:r>
      <w:hyperlink r:id="rId11">
        <w:r>
          <w:rPr>
            <w:color w:val="0000EE"/>
            <w:u w:val="single"/>
          </w:rPr>
          <w:t>[3]</w:t>
        </w:r>
      </w:hyperlink>
      <w:r>
        <w:t xml:space="preserve">, </w:t>
      </w:r>
      <w:hyperlink r:id="rId14">
        <w:r>
          <w:rPr>
            <w:color w:val="0000EE"/>
            <w:u w:val="single"/>
          </w:rPr>
          <w:t>[4]</w:t>
        </w:r>
      </w:hyperlink>
      <w:r>
        <w:t xml:space="preserve">- Paragraph 8: </w:t>
      </w:r>
      <w:hyperlink r:id="rId11">
        <w:r>
          <w:rPr>
            <w:color w:val="0000EE"/>
            <w:u w:val="single"/>
          </w:rPr>
          <w:t>[3]</w:t>
        </w:r>
      </w:hyperlink>
      <w:r>
        <w:t xml:space="preserve">, </w:t>
      </w:r>
      <w:hyperlink r:id="rId12">
        <w:r>
          <w:rPr>
            <w:color w:val="0000EE"/>
            <w:u w:val="single"/>
          </w:rPr>
          <w:t>[7]</w:t>
        </w:r>
      </w:hyperlink>
      <w:r>
        <w:t xml:space="preserve">- Paragraph 9: </w:t>
      </w:r>
      <w:hyperlink r:id="rId10">
        <w:r>
          <w:rPr>
            <w:color w:val="0000EE"/>
            <w:u w:val="single"/>
          </w:rPr>
          <w:t>[2]</w:t>
        </w:r>
      </w:hyperlink>
      <w:r>
        <w:t xml:space="preserve">, </w:t>
      </w:r>
      <w:hyperlink r:id="rId13">
        <w:r>
          <w:rPr>
            <w:color w:val="0000EE"/>
            <w:u w:val="single"/>
          </w:rPr>
          <w:t>[5]</w:t>
        </w:r>
      </w:hyperlink>
      <w:r>
        <w:t xml:space="preserve">- Paragraph 10: </w:t>
      </w:r>
      <w:hyperlink r:id="rId11">
        <w:r>
          <w:rPr>
            <w:color w:val="0000EE"/>
            <w:u w:val="single"/>
          </w:rPr>
          <w:t>[3]</w:t>
        </w:r>
      </w:hyperlink>
      <w:r>
        <w:t xml:space="preserve">, </w:t>
      </w:r>
      <w:hyperlink r:id="rId12">
        <w:r>
          <w:rPr>
            <w:color w:val="0000EE"/>
            <w:u w:val="single"/>
          </w:rPr>
          <w:t>[7]</w:t>
        </w:r>
      </w:hyperlink>
      <w:r>
        <w:t xml:space="preserve">- Paragraph 11: </w:t>
      </w:r>
      <w:hyperlink r:id="rId11">
        <w:r>
          <w:rPr>
            <w:color w:val="0000EE"/>
            <w:u w:val="single"/>
          </w:rPr>
          <w:t>[3]</w:t>
        </w:r>
      </w:hyperlink>
      <w:r>
        <w:t xml:space="preserve">, </w:t>
      </w:r>
      <w:hyperlink r:id="rId13">
        <w:r>
          <w:rPr>
            <w:color w:val="0000EE"/>
            <w:u w:val="single"/>
          </w:rPr>
          <w:t>[5]</w:t>
        </w:r>
      </w:hyperlink>
      <w:r>
        <w:t xml:space="preserve">- Paragraph 12: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https://thepridela.com/2026/09/annual-queerceanera-raises-75000-for-local-lgbtq-programs/?utm_source=rss&amp;utm_medium=rss&amp;utm_campaign=annual-queerceanera-raises-75000-for-local-lgbtq-programs</w:t>
        </w:r>
      </w:hyperlink>
      <w:r>
        <w:t xml:space="preserve"> - Please view link - unable to able to access data</w:t>
      </w:r>
      <w:r/>
    </w:p>
    <w:p>
      <w:pPr>
        <w:pStyle w:val="ListNumber"/>
        <w:spacing w:line="240" w:lineRule="auto"/>
        <w:ind w:left="720"/>
      </w:pPr>
      <w:r/>
      <w:hyperlink r:id="rId10">
        <w:r>
          <w:rPr>
            <w:color w:val="0000EE"/>
            <w:u w:val="single"/>
          </w:rPr>
          <w:t>https://lalgbtcenter.org/vanguard/press-releases/the-los-angeles-lgbt-centers-4th-annual-queerceanera-returns-sept-26-announces-honoree-prized-journalist-suzy-exposito/</w:t>
        </w:r>
      </w:hyperlink>
      <w:r>
        <w:t xml:space="preserve"> - The Los Angeles LGBT Center announced the return of its fourth annual Queerceañera on September 26, 2026, at The Village at Ed Gould Plaza in Hollywood. This year's event honoured award-winning journalist Suzy Exposito for her contributions to journalism and commitment to elevating LGBTQ+ Latine voices. The theme 'Siempre Contigo' ('Always With You') celebrated queer Latine leadership and community, with the hummingbird symbolising ancestry, resilience, and connection. The event marked a new chapter as a philanthropic gathering supporting the Center's life-saving programs and services across Los Angeles. (</w:t>
      </w:r>
      <w:hyperlink r:id="rId16">
        <w:r>
          <w:rPr>
            <w:color w:val="0000EE"/>
            <w:u w:val="single"/>
          </w:rPr>
          <w:t>lalgbtcenter.org</w:t>
        </w:r>
      </w:hyperlink>
      <w:r>
        <w:t>)</w:t>
      </w:r>
      <w:r/>
    </w:p>
    <w:p>
      <w:pPr>
        <w:pStyle w:val="ListNumber"/>
        <w:spacing w:line="240" w:lineRule="auto"/>
        <w:ind w:left="720"/>
      </w:pPr>
      <w:r/>
      <w:hyperlink r:id="rId11">
        <w:r>
          <w:rPr>
            <w:color w:val="0000EE"/>
            <w:u w:val="single"/>
          </w:rPr>
          <w:t>https://lalgbtcenter.org/vanguard/4th-annual-queerceanera-raises-critical-funds-for-center-programs-and-services/</w:t>
        </w:r>
      </w:hyperlink>
      <w:r>
        <w:t xml:space="preserve"> - On September 26, 2026, the Los Angeles LGBT Center hosted its fourth annual Queerceañera, bringing together artists, community leaders, and supporters to celebrate Latine Heritage Month and the LGBTQ+ Latine community of Los Angeles. The event marked a new chapter as a philanthropic gathering, raising $75,000 to support the Center's life-saving work. The evening featured a performance by honoree Cain Culto, who encouraged attendees to embrace their complexity and follow their creative instincts. (</w:t>
      </w:r>
      <w:hyperlink r:id="rId17">
        <w:r>
          <w:rPr>
            <w:color w:val="0000EE"/>
            <w:u w:val="single"/>
          </w:rPr>
          <w:t>lalgbtcenter.org</w:t>
        </w:r>
      </w:hyperlink>
      <w:r>
        <w:t>)</w:t>
      </w:r>
      <w:r/>
    </w:p>
    <w:p>
      <w:pPr>
        <w:pStyle w:val="ListNumber"/>
        <w:spacing w:line="240" w:lineRule="auto"/>
        <w:ind w:left="720"/>
      </w:pPr>
      <w:r/>
      <w:hyperlink r:id="rId14">
        <w:r>
          <w:rPr>
            <w:color w:val="0000EE"/>
            <w:u w:val="single"/>
          </w:rPr>
          <w:t>https://lalgbtcenter.org/vanguard/press-releases/los-angeles-lgbt-center-to-honor-breakout-queer-artist-cain-culto-at-fourth-annual-queerceanera/</w:t>
        </w:r>
      </w:hyperlink>
      <w:r>
        <w:t xml:space="preserve"> - The Los Angeles LGBT Center announced Cain Culto, a multidisciplinary artist and trained violinist, as the headlining honoree for its fourth annual Queerceañera on September 26, 2026, at The Village at Ed Gould Plaza in Hollywood. Known for his bold, genre-defying approach to music and visual art, Culto draws from his Colombian and Nicaraguan heritage, Kentucky upbringing, and queer identity to create a sound he calls 'Kentucky Latin Art-Pop.' (</w:t>
      </w:r>
      <w:hyperlink r:id="rId18">
        <w:r>
          <w:rPr>
            <w:color w:val="0000EE"/>
            <w:u w:val="single"/>
          </w:rPr>
          <w:t>lalgbtcenter.org</w:t>
        </w:r>
      </w:hyperlink>
      <w:r>
        <w:t>)</w:t>
      </w:r>
      <w:r/>
    </w:p>
    <w:p>
      <w:pPr>
        <w:pStyle w:val="ListNumber"/>
        <w:spacing w:line="240" w:lineRule="auto"/>
        <w:ind w:left="720"/>
      </w:pPr>
      <w:r/>
      <w:hyperlink r:id="rId13">
        <w:r>
          <w:rPr>
            <w:color w:val="0000EE"/>
            <w:u w:val="single"/>
          </w:rPr>
          <w:t>https://www.losangelesblade.com/2026/08/20/fourth-annual-queerceanera-honors-local-bisexual-latina-journalist-suzy-exposito/</w:t>
        </w:r>
      </w:hyperlink>
      <w:r>
        <w:t xml:space="preserve"> - The Los Angeles LGBT Center's fourth annual Queerceañera, or Queerce for short, returns on September 26, 2026. This year, the event will honour award-winning journalist and culture writer Suzy Exposito for her journalism contributions and commitment to elevating LGBTQ+ Latine voices. National Hispanic Heritage Month is celebrated annually from September 15 to October 15. Since its 2023 debut, the Queerce has turned into a beloved Latine Heritage Month tradition. (</w:t>
      </w:r>
      <w:hyperlink r:id="rId19">
        <w:r>
          <w:rPr>
            <w:color w:val="0000EE"/>
            <w:u w:val="single"/>
          </w:rPr>
          <w:t>losangelesblade.com</w:t>
        </w:r>
      </w:hyperlink>
      <w:r>
        <w:t>)</w:t>
      </w:r>
      <w:r/>
    </w:p>
    <w:p>
      <w:pPr>
        <w:pStyle w:val="ListNumber"/>
        <w:spacing w:line="240" w:lineRule="auto"/>
        <w:ind w:left="720"/>
      </w:pPr>
      <w:r/>
      <w:hyperlink r:id="rId15">
        <w:r>
          <w:rPr>
            <w:color w:val="0000EE"/>
            <w:u w:val="single"/>
          </w:rPr>
          <w:t>https://lalgbtcenter.org/vanguard/press-releases/rupauls-drag-race-mexico-host-valentina-actress-recording-artist-miss-benny-celebrate-inaugural-queerceanera-on-september-29-at-los-angeles-lgbt-center/</w:t>
        </w:r>
      </w:hyperlink>
      <w:r>
        <w:t xml:space="preserve"> - The Los Angeles LGBT Center commemorated Latinx History Month with its new cornerstone celebration Queerceañera, recognizing the richly diverse representation of the LGBTQ+ Latinx community of Los Angeles. Hosted by RuPaul’s Drag Race alum Salina EsTitties, the larger-than-life soirée took over the Center’s Hollywood event space on Friday, September 29, 2023. Queerceañera, or Queerce for short, is a community cotillion rooted in accessibility and unbridled celebration; quinceañeras are often regarded as out-of-reach status symbols, and the event breaks the rigid gender norms and structures of said celebrations. (</w:t>
      </w:r>
      <w:hyperlink r:id="rId20">
        <w:r>
          <w:rPr>
            <w:color w:val="0000EE"/>
            <w:u w:val="single"/>
          </w:rPr>
          <w:t>lalgbtcenter.org</w:t>
        </w:r>
      </w:hyperlink>
      <w:r>
        <w:t>)</w:t>
      </w:r>
      <w:r/>
    </w:p>
    <w:p>
      <w:pPr>
        <w:pStyle w:val="ListNumber"/>
        <w:spacing w:line="240" w:lineRule="auto"/>
        <w:ind w:left="720"/>
      </w:pPr>
      <w:r/>
      <w:hyperlink r:id="rId12">
        <w:r>
          <w:rPr>
            <w:color w:val="0000EE"/>
            <w:u w:val="single"/>
          </w:rPr>
          <w:t>https://lalgbtcenter.org/vanguard/press-releases/los-angeles-lgbt-center-announces-2026-pride-season-love-lives-here-campaign-community-activations-and-free-capsule-merchandising-collection/</w:t>
        </w:r>
      </w:hyperlink>
      <w:r>
        <w:t xml:space="preserve"> - Los Angeles LGBT Center announced its 2026 Pride theme, 'Love Lives Here,' alongside a season of Pride activations, community partnerships, and fundraising opportunities across Los Angeles. The Center’s 2026 Pride theme builds on the foundation of this year’s Gala theme, 'The Place We Call Home.' Together, they reflect the Center’s nearly 60-year commitment to ensuring LGBTQ+ people always have a place to turn for care, community, and belonging. Founded in 1969, the Los Angeles LGBT Center grew from Liberation House, a small shelter established by queer activists who believed LGBTQ+ people deserved safety, dignity, and support. (</w:t>
      </w:r>
      <w:hyperlink r:id="rId21">
        <w:r>
          <w:rPr>
            <w:color w:val="0000EE"/>
            <w:u w:val="single"/>
          </w:rPr>
          <w:t>lalgbtcenter.org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hepridela.com/2026/09/annual-queerceanera-raises-75000-for-local-lgbtq-programs/?utm_source=rss&amp;utm_medium=rss&amp;utm_campaign=annual-queerceanera-raises-75000-for-local-lgbtq-programs" TargetMode="External"/><Relationship Id="rId10" Type="http://schemas.openxmlformats.org/officeDocument/2006/relationships/hyperlink" Target="https://lalgbtcenter.org/vanguard/press-releases/the-los-angeles-lgbt-centers-4th-annual-queerceanera-returns-sept-26-announces-honoree-prized-journalist-suzy-exposito/" TargetMode="External"/><Relationship Id="rId11" Type="http://schemas.openxmlformats.org/officeDocument/2006/relationships/hyperlink" Target="https://lalgbtcenter.org/vanguard/4th-annual-queerceanera-raises-critical-funds-for-center-programs-and-services/" TargetMode="External"/><Relationship Id="rId12" Type="http://schemas.openxmlformats.org/officeDocument/2006/relationships/hyperlink" Target="https://lalgbtcenter.org/vanguard/press-releases/los-angeles-lgbt-center-announces-2026-pride-season-love-lives-here-campaign-community-activations-and-free-capsule-merchandising-collection/" TargetMode="External"/><Relationship Id="rId13" Type="http://schemas.openxmlformats.org/officeDocument/2006/relationships/hyperlink" Target="https://www.losangelesblade.com/2026/08/20/fourth-annual-queerceanera-honors-local-bisexual-latina-journalist-suzy-exposito/" TargetMode="External"/><Relationship Id="rId14" Type="http://schemas.openxmlformats.org/officeDocument/2006/relationships/hyperlink" Target="https://lalgbtcenter.org/vanguard/press-releases/los-angeles-lgbt-center-to-honor-breakout-queer-artist-cain-culto-at-fourth-annual-queerceanera/" TargetMode="External"/><Relationship Id="rId15" Type="http://schemas.openxmlformats.org/officeDocument/2006/relationships/hyperlink" Target="https://lalgbtcenter.org/vanguard/press-releases/rupauls-drag-race-mexico-host-valentina-actress-recording-artist-miss-benny-celebrate-inaugural-queerceanera-on-september-29-at-los-angeles-lgbt-center/" TargetMode="External"/><Relationship Id="rId16" Type="http://schemas.openxmlformats.org/officeDocument/2006/relationships/hyperlink" Target="https://lalgbtcenter.org/vanguard/press-releases/the-los-angeles-lgbt-centers-4th-annual-queerceanera-returns-sept-26-announces-honoree-prized-journalist-suzy-exposito/?utm_source=openai" TargetMode="External"/><Relationship Id="rId17" Type="http://schemas.openxmlformats.org/officeDocument/2006/relationships/hyperlink" Target="https://lalgbtcenter.org/vanguard/4th-annual-queerceanera-raises-critical-funds-for-center-programs-and-services/?utm_source=openai" TargetMode="External"/><Relationship Id="rId18" Type="http://schemas.openxmlformats.org/officeDocument/2006/relationships/hyperlink" Target="https://lalgbtcenter.org/vanguard/press-releases/los-angeles-lgbt-center-to-honor-breakout-queer-artist-cain-culto-at-fourth-annual-queerceanera/?utm_source=openai" TargetMode="External"/><Relationship Id="rId19" Type="http://schemas.openxmlformats.org/officeDocument/2006/relationships/hyperlink" Target="https://www.losangelesblade.com/2026/08/20/fourth-annual-queerceanera-honors-local-bisexual-latina-journalist-suzy-exposito/?utm_source=openai" TargetMode="External"/><Relationship Id="rId20" Type="http://schemas.openxmlformats.org/officeDocument/2006/relationships/hyperlink" Target="https://lalgbtcenter.org/vanguard/press-releases/rupauls-drag-race-mexico-host-valentina-actress-recording-artist-miss-benny-celebrate-inaugural-queerceanera-on-september-29-at-los-angeles-lgbt-center/?utm_source=openai" TargetMode="External"/><Relationship Id="rId21" Type="http://schemas.openxmlformats.org/officeDocument/2006/relationships/hyperlink" Target="https://lalgbtcenter.org/vanguard/press-releases/los-angeles-lgbt-center-announces-2026-pride-season-love-lives-here-campaign-community-activations-and-free-capsule-merchandising-collection/?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