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Service brings queer cabaret worship to Brisbane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Brisbane audiences can trade Sunday solemnity for sequins when The Service arrives at PIP Theatre for MELT Festival 2026. This playful 75-minute cabaret invites LGBTQIA+ communities and curious newcomers to sing, sip wine, share biscuits and rethink familiar rituals through drag, theatre and a gloriously inclusive sense of belonging.</w:t>
      </w:r>
      <w:r/>
    </w:p>
    <w:p>
      <w:pPr>
        <w:pStyle w:val="Heading2"/>
      </w:pPr>
      <w:r>
        <w:t>Essential Takeaways</w:t>
      </w:r>
      <w:r/>
      <w:r/>
    </w:p>
    <w:p>
      <w:pPr>
        <w:pStyle w:val="ListBullet"/>
        <w:spacing w:line="240" w:lineRule="auto"/>
        <w:ind w:left="720"/>
      </w:pPr>
      <w:r/>
      <w:r>
        <w:rPr>
          <w:b/>
        </w:rPr>
        <w:t>A theatrical congregation:</w:t>
      </w:r>
      <w:r>
        <w:t xml:space="preserve"> The Service turns a familiar church gathering into participatory queer cabaret.</w:t>
      </w:r>
      <w:r/>
    </w:p>
    <w:p>
      <w:pPr>
        <w:pStyle w:val="ListBullet"/>
        <w:spacing w:line="240" w:lineRule="auto"/>
        <w:ind w:left="720"/>
      </w:pPr>
      <w:r/>
      <w:r>
        <w:rPr>
          <w:b/>
        </w:rPr>
        <w:t>Led by Quiche Loraine:</w:t>
      </w:r>
      <w:r>
        <w:t xml:space="preserve"> The drag performer guides proceedings with evangelical theatrics and Tammy Faye-inspired extravagance.</w:t>
      </w:r>
      <w:r/>
    </w:p>
    <w:p>
      <w:pPr>
        <w:pStyle w:val="ListBullet"/>
        <w:spacing w:line="240" w:lineRule="auto"/>
        <w:ind w:left="720"/>
      </w:pPr>
      <w:r/>
      <w:r>
        <w:rPr>
          <w:b/>
        </w:rPr>
        <w:t>Audience participation matters:</w:t>
      </w:r>
      <w:r>
        <w:t xml:space="preserve"> Expect singing, shared snacks, cheap wine and plenty of interaction.</w:t>
      </w:r>
      <w:r/>
    </w:p>
    <w:p>
      <w:pPr>
        <w:pStyle w:val="ListBullet"/>
        <w:spacing w:line="240" w:lineRule="auto"/>
        <w:ind w:left="720"/>
      </w:pPr>
      <w:r/>
      <w:r>
        <w:rPr>
          <w:b/>
        </w:rPr>
        <w:t>Brisbane dates:</w:t>
      </w:r>
      <w:r>
        <w:t xml:space="preserve"> Performances run on 6 and 7 November at PIP Theatre in Milton.</w:t>
      </w:r>
      <w:r/>
    </w:p>
    <w:p>
      <w:pPr>
        <w:pStyle w:val="ListBullet"/>
        <w:spacing w:line="240" w:lineRule="auto"/>
        <w:ind w:left="720"/>
      </w:pPr>
      <w:r/>
      <w:r>
        <w:rPr>
          <w:b/>
        </w:rPr>
        <w:t>Know before you go:</w:t>
      </w:r>
      <w:r>
        <w:t xml:space="preserve"> The show includes coarse language, spirituality and audience involvement.</w:t>
      </w:r>
      <w:r/>
      <w:r/>
    </w:p>
    <w:p>
      <w:pPr>
        <w:pStyle w:val="Heading2"/>
      </w:pPr>
      <w:r>
        <w:t>Forget sitting quietly in the pews</w:t>
      </w:r>
      <w:r/>
    </w:p>
    <w:p>
      <w:r/>
      <w:r>
        <w:t>The strongest message arrives before the service even begins: this isn't a show designed for passive watching. The Service asks its congregation to sing, sip, nibble Arnott's biscuits and possibly confess a sin or two, giving the room the warm, slightly chaotic feel of a gathering where anything might happen.</w:t>
      </w:r>
      <w:r/>
    </w:p>
    <w:p>
      <w:r/>
      <w:r>
        <w:t xml:space="preserve">Created and presented by Daniel Gough and Zachary Lurje, the production uses drag, theatre and communal ritual to make the audience part of the event. PIP Theatre's MELT Festival programme provides the setting, while the format supplies the sparkle. The result sounds less like a conventional cabaret and more like a party with a pulpit. According to PIP Theatre's visitor information, checking venue details ahead of arrival is sensible for any interactive performance. </w:t>
      </w:r>
      <w:r/>
    </w:p>
    <w:p>
      <w:pPr>
        <w:pStyle w:val="Heading2"/>
      </w:pPr>
      <w:r>
        <w:t>A church service, but make it gloriously queer</w:t>
      </w:r>
      <w:r/>
    </w:p>
    <w:p>
      <w:r/>
      <w:r>
        <w:t>At the centre of the proceedings is Quiche Loraine, a drag performer and former youth group leader whose stage persona draws on evangelical television preachers, theatrical worship and the flamboyant energy associated with Tammy Faye. It's a rich combination, particularly for anyone who remembers the rhythm, repetition and performance of traditional church services.</w:t>
      </w:r>
      <w:r/>
    </w:p>
    <w:p>
      <w:r/>
      <w:r>
        <w:t>That familiarity is part of the joke, but it isn't the whole point. The Service repurposes recognisable rituals to ask who gets to define community, belonging and spiritual connection. Rather than simply mocking religion, it imagines what those rituals might look like when queer people reshape them for themselves. The wider MELT at PIP programme similarly positions the venue as a home for LGBTQIA+ performance and celebration.</w:t>
      </w:r>
      <w:r/>
    </w:p>
    <w:p>
      <w:pPr>
        <w:pStyle w:val="Heading2"/>
      </w:pPr>
      <w:r>
        <w:t>Why participatory theatre feels so immediate</w:t>
      </w:r>
      <w:r/>
    </w:p>
    <w:p>
      <w:r/>
      <w:r>
        <w:t>Audience interaction can be thrilling, although it does remove the comforting shield of darkness and distance. Here, that uncertainty appears to be central to the experience. The boundary between stage and seats is deliberately softened, so the congregation isn't merely watching Quiche Loraine lead the service; it's helping create the atmosphere.</w:t>
      </w:r>
      <w:r/>
    </w:p>
    <w:p>
      <w:r/>
      <w:r>
        <w:t>That makes The Service a natural fit for viewers who enjoy cabaret with a social pulse. It also offers a gentler invitation to anyone who has felt excluded from traditional religious spaces. PIP Theatre's programme includes a range of performances and events, and its venue guidance can help first-time visitors plan their trip without losing the spontaneity that makes live theatre special.</w:t>
      </w:r>
      <w:r/>
    </w:p>
    <w:p>
      <w:pPr>
        <w:pStyle w:val="Heading2"/>
      </w:pPr>
      <w:r>
        <w:t>What to expect at PIP Theatre</w:t>
      </w:r>
      <w:r/>
    </w:p>
    <w:p>
      <w:r/>
      <w:r>
        <w:t>The performances take place at PIP Theatre on Park Road in Milton on 6 and 7 November. It's worth allowing a little extra time to find the venue, settle in and prepare for a format where the audience may be asked to do more than applaud politely. The theatre's published visit information is the best place to check accessibility, arrival and venue arrangements before setting out.</w:t>
      </w:r>
      <w:r/>
    </w:p>
    <w:p>
      <w:r/>
      <w:r>
        <w:t>Content-wise, this is not a hushed family matinee. The production flags coarse language, spirituality and audience interaction, alongside its playful promises of possible miracles. If you're comfortable with irreverent humour and being part of the action, the evening should feel less like a formal performance and more like joining a very entertaining congregation.</w:t>
      </w:r>
      <w:r/>
    </w:p>
    <w:p>
      <w:pPr>
        <w:pStyle w:val="Heading2"/>
      </w:pPr>
      <w:r>
        <w:t>A celebration of chosen community</w:t>
      </w:r>
      <w:r/>
    </w:p>
    <w:p>
      <w:r/>
      <w:r>
        <w:t>Underneath the sequins and cheap wine, The Service is interested in a serious question: how do people create spaces where they can feel seen? For many LGBTQIA+ audiences, chosen community isn't an abstract idea. It's something built through shared jokes, familiar rituals, collective celebration and the relief of not having to explain yourself.</w:t>
      </w:r>
      <w:r/>
    </w:p>
    <w:p>
      <w:r/>
      <w:r>
        <w:t>That emotional undercurrent gives the show more staying power than a simple parody. There will be laughs, theatrical excess and perhaps a deliberately dramatic confession, but there is also an invitation to belong exactly as you are. In a city with an active queer arts scene, a production that turns congregation into celebration feels especially well placed.</w:t>
      </w:r>
      <w:r/>
    </w:p>
    <w:p>
      <w:r/>
      <w:r>
        <w:t>The Service runs at PIP Theatre, Milton, on 6 and 7 November as part of MELT Festival 2026. Check the theatre's official listings for booking and visit details.</w:t>
      </w:r>
      <w:r/>
    </w:p>
    <w:p>
      <w:r/>
      <w:r>
        <w:t>It's a small congregation with big cabaret energy, and everyone is invited.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[7]</w:t>
        </w:r>
      </w:hyperlink>
      <w:r>
        <w:t xml:space="preserve">, </w:t>
      </w:r>
      <w:hyperlink r:id="rId14">
        <w:r>
          <w:rPr>
            <w:color w:val="0000EE"/>
            <w:u w:val="single"/>
          </w:rPr>
          <w:t>[4]</w:t>
        </w:r>
      </w:hyperlink>
      <w:r>
        <w:t xml:space="preserve">- Paragraph 4: </w:t>
      </w:r>
      <w:hyperlink r:id="rId13">
        <w:r>
          <w:rPr>
            <w:color w:val="0000EE"/>
            <w:u w:val="single"/>
          </w:rPr>
          <w:t>[6]</w:t>
        </w:r>
      </w:hyperlink>
      <w:r>
        <w:t xml:space="preserve">, </w:t>
      </w:r>
      <w:hyperlink r:id="rId12">
        <w:r>
          <w:rPr>
            <w:color w:val="0000EE"/>
            <w:u w:val="single"/>
          </w:rPr>
          <w:t>[3]</w:t>
        </w:r>
      </w:hyperlink>
      <w:r>
        <w:t xml:space="preserve">- Paragraph 5: </w:t>
      </w:r>
      <w:hyperlink r:id="rId11">
        <w:r>
          <w:rPr>
            <w:color w:val="0000EE"/>
            <w:u w:val="single"/>
          </w:rPr>
          <w:t>[7]</w:t>
        </w:r>
      </w:hyperlink>
      <w:r>
        <w:t xml:space="preserve">, </w:t>
      </w:r>
      <w:hyperlink r:id="rId13">
        <w:r>
          <w:rPr>
            <w:color w:val="0000EE"/>
            <w:u w:val="single"/>
          </w:rPr>
          <w:t>[6]</w:t>
        </w:r>
      </w:hyperlink>
      <w:r>
        <w:t xml:space="preserve">- Paragraph 6: </w:t>
      </w:r>
      <w:hyperlink r:id="rId12">
        <w:r>
          <w:rPr>
            <w:color w:val="0000EE"/>
            <w:u w:val="single"/>
          </w:rPr>
          <w:t>[3]</w:t>
        </w:r>
      </w:hyperlink>
      <w:r>
        <w:t xml:space="preserve">, </w:t>
      </w:r>
      <w:hyperlink r:id="rId11">
        <w:r>
          <w:rPr>
            <w:color w:val="0000EE"/>
            <w:u w:val="single"/>
          </w:rPr>
          <w:t>[7]</w:t>
        </w:r>
      </w:hyperlink>
      <w:r>
        <w:t xml:space="preserve">- Paragraph 7: </w:t>
      </w:r>
      <w:hyperlink r:id="rId13">
        <w:r>
          <w:rPr>
            <w:color w:val="0000EE"/>
            <w:u w:val="single"/>
          </w:rPr>
          <w:t>[6]</w:t>
        </w:r>
      </w:hyperlink>
      <w:r>
        <w:t xml:space="preserve">, </w:t>
      </w:r>
      <w:hyperlink r:id="rId12">
        <w:r>
          <w:rPr>
            <w:color w:val="0000EE"/>
            <w:u w:val="single"/>
          </w:rPr>
          <w:t>[3]</w:t>
        </w:r>
      </w:hyperlink>
      <w:r>
        <w:t xml:space="preserve">- Paragraph 8: </w:t>
      </w:r>
      <w:hyperlink r:id="rId11">
        <w:r>
          <w:rPr>
            <w:color w:val="0000EE"/>
            <w:u w:val="single"/>
          </w:rPr>
          <w:t>[7]</w:t>
        </w:r>
      </w:hyperlink>
      <w:r>
        <w:t xml:space="preserve">, </w:t>
      </w:r>
      <w:hyperlink r:id="rId13">
        <w:r>
          <w:rPr>
            <w:color w:val="0000EE"/>
            <w:u w:val="single"/>
          </w:rPr>
          <w:t>[6]</w:t>
        </w:r>
      </w:hyperlink>
      <w:r>
        <w:t xml:space="preserve">- Paragraph 9: </w:t>
      </w:r>
      <w:hyperlink r:id="rId12">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https://www.starobserver.com.au/news/the-service-a-queer-kind-of-church/244244</w:t>
        </w:r>
      </w:hyperlink>
      <w:r>
        <w:t xml:space="preserve"> - Please view link - unable to able to access data</w:t>
      </w:r>
      <w:r/>
    </w:p>
    <w:p>
      <w:pPr>
        <w:pStyle w:val="ListNumber"/>
        <w:spacing w:line="240" w:lineRule="auto"/>
        <w:ind w:left="720"/>
      </w:pPr>
      <w:r/>
      <w:hyperlink r:id="rId10">
        <w:r>
          <w:rPr>
            <w:color w:val="0000EE"/>
            <w:u w:val="single"/>
          </w:rPr>
          <w:t>https://happeningnext.com/event/the-service-eid1ar5bjxjkm</w:t>
        </w:r>
      </w:hyperlink>
      <w:r>
        <w:t xml:space="preserve"> - This event page provides details about 'The Service', a queer cabaret performance at PIP Theatre in Milton, Brisbane, on 6th November 2026. The show is described as a campy, queer cabaret blending elements of televangelism with lip-syncs, confessions, and high-energy performances. Attendees are invited to participate in a night of singing, drinking, and community engagement, led by drag sensation Quiche Loraine. The event aims to celebrate people of all orientations and identities in a non-religious context.</w:t>
      </w:r>
      <w:r/>
    </w:p>
    <w:p>
      <w:pPr>
        <w:pStyle w:val="ListNumber"/>
        <w:spacing w:line="240" w:lineRule="auto"/>
        <w:ind w:left="720"/>
      </w:pPr>
      <w:r/>
      <w:hyperlink r:id="rId12">
        <w:r>
          <w:rPr>
            <w:color w:val="0000EE"/>
            <w:u w:val="single"/>
          </w:rPr>
          <w:t>https://piptheatre.org/whats-on/</w:t>
        </w:r>
      </w:hyperlink>
      <w:r>
        <w:t xml:space="preserve"> - PIP Theatre's 'What's On' page lists upcoming events, including 'The Service' as part of the MELT Festival 2026. The page provides information on various performances and festivals scheduled at PIP Theatre, highlighting the venue's commitment to diverse and inclusive programming. It serves as a resource for audiences to explore and plan their visits to the theatre, offering details on show dates, times, and ticketing information.</w:t>
      </w:r>
      <w:r/>
    </w:p>
    <w:p>
      <w:pPr>
        <w:pStyle w:val="ListNumber"/>
        <w:spacing w:line="240" w:lineRule="auto"/>
        <w:ind w:left="720"/>
      </w:pPr>
      <w:r/>
      <w:hyperlink r:id="rId14">
        <w:r>
          <w:rPr>
            <w:color w:val="0000EE"/>
            <w:u w:val="single"/>
          </w:rPr>
          <w:t>https://piptheatre.org/steve-the-queen/</w:t>
        </w:r>
      </w:hyperlink>
      <w:r>
        <w:t xml:space="preserve"> - 'Steve the Queen' is a play co-written and co-directed by Zachary Lurje and Daniel Gough, produced by Cosmo Creative. The production is scheduled from 4th to 14th March 2026 at PIP Theatre. The play explores themes of authenticity, parenthood, and chosen families through the story of Steve, a single dad drag queen, and his son Davey. The show features a blend of drag fantasy and family dynamics, offering a glamorous exploration of contemporary family life.</w:t>
      </w:r>
      <w:r/>
    </w:p>
    <w:p>
      <w:pPr>
        <w:pStyle w:val="ListNumber"/>
        <w:spacing w:line="240" w:lineRule="auto"/>
        <w:ind w:left="720"/>
      </w:pPr>
      <w:r/>
      <w:hyperlink r:id="rId15">
        <w:r>
          <w:rPr>
            <w:color w:val="0000EE"/>
            <w:u w:val="single"/>
          </w:rPr>
          <w:t>https://piptheatre.org/toucanclub/</w:t>
        </w:r>
      </w:hyperlink>
      <w:r>
        <w:t xml:space="preserve"> - Toucan Club is an annual cabaret festival curated by PIP Theatre, showcasing exceptional talent from across Australia. Scheduled from November through December 2026, the festival features a blend of local Queensland-based performances and select acts from Melbourne and Sydney. The festival aims to provide a platform for diverse voices and performances, contributing to Brisbane's vibrant performing arts scene. Applications for participation are currently open, with guidelines and application links available on the website.</w:t>
      </w:r>
      <w:r/>
    </w:p>
    <w:p>
      <w:pPr>
        <w:pStyle w:val="ListNumber"/>
        <w:spacing w:line="240" w:lineRule="auto"/>
        <w:ind w:left="720"/>
      </w:pPr>
      <w:r/>
      <w:hyperlink r:id="rId13">
        <w:r>
          <w:rPr>
            <w:color w:val="0000EE"/>
            <w:u w:val="single"/>
          </w:rPr>
          <w:t>https://piptheatre.org/your-visit-pip-theatre/</w:t>
        </w:r>
      </w:hyperlink>
      <w:r>
        <w:t xml:space="preserve"> - This page provides practical information for visitors to PIP Theatre, located at 20 Park Road, Milton QLD 4064. It includes details on public transport options, such as the proximity of Milton Station and the Milton City Cat terminal, as well as bus stops along Park Road and Coronation Drive. Parking information is also provided, including free parking options in the Savoir Faire Car Park and street parking availability. The page aims to assist visitors in planning their journey to the theatre.</w:t>
      </w:r>
      <w:r/>
    </w:p>
    <w:p>
      <w:pPr>
        <w:pStyle w:val="ListNumber"/>
        <w:spacing w:line="240" w:lineRule="auto"/>
        <w:ind w:left="720"/>
      </w:pPr>
      <w:r/>
      <w:hyperlink r:id="rId11">
        <w:r>
          <w:rPr>
            <w:color w:val="0000EE"/>
            <w:u w:val="single"/>
          </w:rPr>
          <w:t>https://piptheatre.org/meltatpip/</w:t>
        </w:r>
      </w:hyperlink>
      <w:r>
        <w:t xml:space="preserve"> - The MELT Festival at PIP Theatre features a range of performances celebrating LGBTQIA+ culture and community. Events include 'Dragspeare: Drag Kings Do Shakespeare', 'Square One: The Journey to Bernie', and 'Crimson Confluence', among others. The festival runs from 21st October to 8th November 2026, showcasing diverse talents and stories. The page provides information on each event, including dates, times, and ticketing details, serving as a comprehensive guide to the festival's offerings.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the-service-a-queer-kind-of-church/244244" TargetMode="External"/><Relationship Id="rId10" Type="http://schemas.openxmlformats.org/officeDocument/2006/relationships/hyperlink" Target="https://happeningnext.com/event/the-service-eid1ar5bjxjkm" TargetMode="External"/><Relationship Id="rId11" Type="http://schemas.openxmlformats.org/officeDocument/2006/relationships/hyperlink" Target="https://piptheatre.org/meltatpip/" TargetMode="External"/><Relationship Id="rId12" Type="http://schemas.openxmlformats.org/officeDocument/2006/relationships/hyperlink" Target="https://piptheatre.org/whats-on/" TargetMode="External"/><Relationship Id="rId13" Type="http://schemas.openxmlformats.org/officeDocument/2006/relationships/hyperlink" Target="https://piptheatre.org/your-visit-pip-theatre/" TargetMode="External"/><Relationship Id="rId14" Type="http://schemas.openxmlformats.org/officeDocument/2006/relationships/hyperlink" Target="https://piptheatre.org/steve-the-queen/" TargetMode="External"/><Relationship Id="rId15" Type="http://schemas.openxmlformats.org/officeDocument/2006/relationships/hyperlink" Target="https://piptheatre.org/toucanclu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