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Latest Prostate Cancer Screening Advice for Gay Men and Trans Women</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September’s Prostate Cancer Awareness Month is prompting gay men and trans women to rethink a test that’s easy to postpone. Screening can spot disease before symptoms appear, when treatment choices are often broader and outcomes are generally better, especially for people facing higher risks.</w:t>
      </w:r>
      <w:r/>
    </w:p>
    <w:p>
      <w:pPr>
        <w:pStyle w:val="Heading2"/>
      </w:pPr>
      <w:r>
        <w:t>Essential Takeaways</w:t>
      </w:r>
      <w:r/>
      <w:r/>
    </w:p>
    <w:p>
      <w:pPr>
        <w:pStyle w:val="ListBullet"/>
        <w:spacing w:line="240" w:lineRule="auto"/>
        <w:ind w:left="720"/>
      </w:pPr>
      <w:r/>
      <w:r>
        <w:rPr>
          <w:b/>
        </w:rPr>
        <w:t>Early checks matter:</w:t>
      </w:r>
      <w:r>
        <w:t xml:space="preserve"> Prostate cancer often causes no symptoms at first, so screening is worth discussing before problems begin.</w:t>
      </w:r>
      <w:r/>
    </w:p>
    <w:p>
      <w:pPr>
        <w:pStyle w:val="ListBullet"/>
        <w:spacing w:line="240" w:lineRule="auto"/>
        <w:ind w:left="720"/>
      </w:pPr>
      <w:r/>
      <w:r>
        <w:rPr>
          <w:b/>
        </w:rPr>
        <w:t>PSA is a starting point:</w:t>
      </w:r>
      <w:r>
        <w:t xml:space="preserve"> A blood test can flag changes, but an elevated result doesn't automatically mean cancer.</w:t>
      </w:r>
      <w:r/>
    </w:p>
    <w:p>
      <w:pPr>
        <w:pStyle w:val="ListBullet"/>
        <w:spacing w:line="240" w:lineRule="auto"/>
        <w:ind w:left="720"/>
      </w:pPr>
      <w:r/>
      <w:r>
        <w:rPr>
          <w:b/>
        </w:rPr>
        <w:t>Risk varies:</w:t>
      </w:r>
      <w:r>
        <w:t xml:space="preserve"> Black men and people with a close family history may need to discuss screening earlier.</w:t>
      </w:r>
      <w:r/>
    </w:p>
    <w:p>
      <w:pPr>
        <w:pStyle w:val="ListBullet"/>
        <w:spacing w:line="240" w:lineRule="auto"/>
        <w:ind w:left="720"/>
      </w:pPr>
      <w:r/>
      <w:r>
        <w:rPr>
          <w:b/>
        </w:rPr>
        <w:t>Treatment is personal:</w:t>
      </w:r>
      <w:r>
        <w:t xml:space="preserve"> Surgery, radiotherapy and monitoring can affect urinary, sexual and bowel function differently.</w:t>
      </w:r>
      <w:r/>
    </w:p>
    <w:p>
      <w:pPr>
        <w:pStyle w:val="ListBullet"/>
        <w:spacing w:line="240" w:lineRule="auto"/>
        <w:ind w:left="720"/>
      </w:pPr>
      <w:r/>
      <w:r>
        <w:rPr>
          <w:b/>
        </w:rPr>
        <w:t>LGBTQ+ care should be frank:</w:t>
      </w:r>
      <w:r>
        <w:t xml:space="preserve"> Tell your clinician about sexual priorities so treatment decisions reflect your real life.</w:t>
      </w:r>
      <w:r/>
      <w:r/>
    </w:p>
    <w:p>
      <w:pPr>
        <w:pStyle w:val="Heading2"/>
      </w:pPr>
      <w:r>
        <w:t>The quiet cancer that’s easy to miss</w:t>
      </w:r>
      <w:r/>
    </w:p>
    <w:p>
      <w:r/>
      <w:r>
        <w:t>Prostate cancer can be remarkably stealthy. Someone may look well, feel well and carry on with everyday life while a tumour develops without obvious warning. That quietness is precisely why screening conversations matter, rather than waiting for urinary changes or pelvic discomfort to force the issue.</w:t>
      </w:r>
      <w:r/>
    </w:p>
    <w:p>
      <w:r/>
      <w:r>
        <w:t>The Centers for Disease Control and Prevention says prostate cancer is one of the most common cancers affecting men in the United States. The American Cancer Society also notes that detection usually begins with a PSA blood test and, where appropriate, a physical examination or further investigation. It isn't a diagnosis by itself, but it can provide an important early clue.</w:t>
      </w:r>
      <w:r/>
    </w:p>
    <w:p>
      <w:r/>
      <w:r>
        <w:t>September's awareness campaign gives the subject a useful nudge into the open. Nobody relishes discussing prostate health, but a short appointment can be far less daunting than discovering the disease at a later stage. (Sources: CDC; American Association for Cancer Research.)</w:t>
      </w:r>
      <w:r/>
    </w:p>
    <w:p>
      <w:pPr>
        <w:pStyle w:val="Heading2"/>
      </w:pPr>
      <w:r>
        <w:t>Why risk and timing deserve a proper conversation</w:t>
      </w:r>
      <w:r/>
    </w:p>
    <w:p>
      <w:r/>
      <w:r>
        <w:t>There isn't one universal age or schedule that suits everyone. The American Cancer Society recommends discussing the potential benefits and limitations of PSA screening with a healthcare professional, with earlier conversations for people at increased risk. Black men and those with a close relative diagnosed young are among the groups who may need particular attention.</w:t>
      </w:r>
      <w:r/>
    </w:p>
    <w:p>
      <w:r/>
      <w:r>
        <w:t>Family history is especially important because it can alter the point at which screening becomes sensible. So can age, overall health and previous test results. Rather than treating a birthday as a hard deadline, think of screening as a shared decision with a clinician who knows your circumstances.</w:t>
      </w:r>
      <w:r/>
    </w:p>
    <w:p>
      <w:r/>
      <w:r>
        <w:t>Trans women and some queer men may also find that routine healthcare conversations don't always reflect their bodies or experiences. The prostate remains relevant unless it has been removed, even when gender identity, hormone treatment or sexual history complicates the discussion. A clinician should be able to explain how those factors affect testing without making assumptions. (Sources: American Cancer Society; National Cancer Institute.)</w:t>
      </w:r>
      <w:r/>
    </w:p>
    <w:p>
      <w:pPr>
        <w:pStyle w:val="Heading2"/>
      </w:pPr>
      <w:r>
        <w:t>A PSA result is a clue, not a verdict</w:t>
      </w:r>
      <w:r/>
    </w:p>
    <w:p>
      <w:r/>
      <w:r>
        <w:t>The PSA test measures a protein made by prostate cells. A raised level can be linked to cancer, but it can also reflect benign prostate enlargement, inflammation or other non-cancerous causes. That uncertainty can feel unsettling, yet it is why doctors usually consider the result alongside age, symptoms, examination findings and previous readings.</w:t>
      </w:r>
      <w:r/>
    </w:p>
    <w:p>
      <w:r/>
      <w:r>
        <w:t>The National Cancer Institute stresses that PSA screening has potential benefits and harms, including false positives and unnecessary follow-up. If a result is concerning, a clinician may recommend repeating the test, an examination, imaging such as an MRI, or a biopsy. Each step answers a different question, so it’s reasonable to ask what the next test is intended to show.</w:t>
      </w:r>
      <w:r/>
    </w:p>
    <w:p>
      <w:r/>
      <w:r>
        <w:t>Don't focus only on whether the number crosses a single threshold. A rising result over time can prompt further discussion, even when it hasn't reached a dramatic level. Keeping a record of previous tests can make that pattern easier to spot. (Sources: National Cancer Institute; American Cancer Society; Mayo Clinic.)</w:t>
      </w:r>
      <w:r/>
    </w:p>
    <w:p>
      <w:pPr>
        <w:pStyle w:val="Heading2"/>
      </w:pPr>
      <w:r>
        <w:t>Treatment can affect sex, so say what matters to you</w:t>
      </w:r>
      <w:r/>
    </w:p>
    <w:p>
      <w:r/>
      <w:r>
        <w:t>If cancer is found, choices may include active surveillance, surgery, radiotherapy, hormone treatment or combinations of these approaches. The most suitable route depends on the cancer's risk level, whether it has spread, age, general health and personal preferences. For slower-growing disease, monitoring can sometimes avoid or delay treatment side effects.</w:t>
      </w:r>
      <w:r/>
    </w:p>
    <w:p>
      <w:r/>
      <w:r>
        <w:t>Those side effects can include changes in erections, ejaculation, urinary control and bowel function. For gay men, the impact may also relate to receptive or insertive sex, comfort during anal sex and the timing of sexual recovery. These are not embarrassing side notes; they are practical quality-of-life issues that belong in the consultation.</w:t>
      </w:r>
      <w:r/>
    </w:p>
    <w:p>
      <w:r/>
      <w:r>
        <w:t>A useful approach is to arrive with direct questions. Ask how each option might affect erections, continence, orgasm, anal comfort and recovery time. If your doctor doesn't raise sex, you can. A clear conversation may help you compare treatment choices more honestly, rather than discovering the trade-offs afterwards. (Sources: Mayo Clinic; American Cancer Society.)</w:t>
      </w:r>
      <w:r/>
    </w:p>
    <w:p>
      <w:pPr>
        <w:pStyle w:val="Heading2"/>
      </w:pPr>
      <w:r>
        <w:t>Make the appointment easier to handle</w:t>
      </w:r>
      <w:r/>
    </w:p>
    <w:p>
      <w:r/>
      <w:r>
        <w:t>Start by asking your GP or primary-care clinician when screening makes sense for you. Bring a family history, a list of medicines and any previous PSA results. If anxiety tends to take over, write down your questions beforehand or take a trusted person along; two pairs of ears can be useful when medical language starts to blur.</w:t>
      </w:r>
      <w:r/>
    </w:p>
    <w:p>
      <w:r/>
      <w:r>
        <w:t>It also helps to seek an LGBTQ+-affirming provider if you’ve previously felt judged or overlooked. Be specific about your identity, hormone treatment and sexual priorities where relevant, because those details can help shape a more useful conversation. You deserve care that treats you as a whole person, not just a lab result.</w:t>
      </w:r>
      <w:r/>
    </w:p>
    <w:p>
      <w:r/>
      <w:r>
        <w:t>Finally, don't let cost, transport or lack of insurance end the conversation before it starts. Cancer organisations, health systems and community groups may offer screening support or referrals. The practical details vary, but asking is often the first step towards finding help. (Sources: CDC; American Cancer Society; Mayo Clinic.)</w:t>
      </w:r>
      <w:r/>
    </w:p>
    <w:p>
      <w:pPr>
        <w:pStyle w:val="Heading2"/>
      </w:pPr>
      <w:r>
        <w:t>Earlier knowledge can mean more choices</w:t>
      </w:r>
      <w:r/>
    </w:p>
    <w:p>
      <w:r/>
      <w:r>
        <w:t>The most reassuring message isn't that every prostate cancer needs immediate treatment. It’s that finding the disease earlier can give patients and doctors more time to weigh the options carefully, including whether treatment is needed at all.</w:t>
      </w:r>
      <w:r/>
    </w:p>
    <w:p>
      <w:r/>
      <w:r>
        <w:t>For queer men and trans women, that decision should include an honest discussion about sex, identity, relationships and long-term wellbeing. A test may take only a few minutes, but the conversation around it can protect far more than a single number.</w:t>
      </w:r>
      <w:r/>
    </w:p>
    <w:p>
      <w:r/>
      <w:r>
        <w:t>It's a small appointment that can keep bigger decisions in your hands.</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2">
        <w:r>
          <w:rPr>
            <w:color w:val="0000EE"/>
            <w:u w:val="single"/>
          </w:rPr>
          <w:t>[3]</w:t>
        </w:r>
      </w:hyperlink>
      <w:r>
        <w:t xml:space="preserve">, </w:t>
      </w:r>
      <w:hyperlink r:id="rId13">
        <w:r>
          <w:rPr>
            <w:color w:val="0000EE"/>
            <w:u w:val="single"/>
          </w:rPr>
          <w:t>[5]</w:t>
        </w:r>
      </w:hyperlink>
      <w:r>
        <w:t xml:space="preserve">- Paragraph 3: </w:t>
      </w:r>
      <w:hyperlink r:id="rId14">
        <w:r>
          <w:rPr>
            <w:color w:val="0000EE"/>
            <w:u w:val="single"/>
          </w:rPr>
          <w:t>[6]</w:t>
        </w:r>
      </w:hyperlink>
      <w:r>
        <w:t xml:space="preserve">, </w:t>
      </w:r>
      <w:hyperlink r:id="rId15">
        <w:r>
          <w:rPr>
            <w:color w:val="0000EE"/>
            <w:u w:val="single"/>
          </w:rPr>
          <w:t>[7]</w:t>
        </w:r>
      </w:hyperlink>
      <w:r>
        <w:t xml:space="preserve">- Paragraph 4: </w:t>
      </w:r>
      <w:hyperlink r:id="rId10">
        <w:r>
          <w:rPr>
            <w:color w:val="0000EE"/>
            <w:u w:val="single"/>
          </w:rPr>
          <w:t>[2]</w:t>
        </w:r>
      </w:hyperlink>
      <w:r>
        <w:t xml:space="preserve">, </w:t>
      </w:r>
      <w:hyperlink r:id="rId12">
        <w:r>
          <w:rPr>
            <w:color w:val="0000EE"/>
            <w:u w:val="single"/>
          </w:rPr>
          <w:t>[3]</w:t>
        </w:r>
      </w:hyperlink>
      <w:r>
        <w:t xml:space="preserve">- Paragraph 5: </w:t>
      </w:r>
      <w:hyperlink r:id="rId11">
        <w:r>
          <w:rPr>
            <w:color w:val="0000EE"/>
            <w:u w:val="single"/>
          </w:rPr>
          <w:t>[4]</w:t>
        </w:r>
      </w:hyperlink>
      <w:r>
        <w:t xml:space="preserve">, </w:t>
      </w:r>
      <w:hyperlink r:id="rId14">
        <w:r>
          <w:rPr>
            <w:color w:val="0000EE"/>
            <w:u w:val="single"/>
          </w:rPr>
          <w:t>[6]</w:t>
        </w:r>
      </w:hyperlink>
      <w:r>
        <w:t xml:space="preserve">- Paragraph 6: </w:t>
      </w:r>
      <w:hyperlink r:id="rId12">
        <w:r>
          <w:rPr>
            <w:color w:val="0000EE"/>
            <w:u w:val="single"/>
          </w:rPr>
          <w:t>[3]</w:t>
        </w:r>
      </w:hyperlink>
      <w:r>
        <w:t xml:space="preserve">, </w:t>
      </w:r>
      <w:hyperlink r:id="rId15">
        <w:r>
          <w:rPr>
            <w:color w:val="0000EE"/>
            <w:u w:val="single"/>
          </w:rPr>
          <w:t>[7]</w:t>
        </w:r>
      </w:hyperlink>
      <w:r>
        <w:t xml:space="preserve">- Paragraph 7: </w:t>
      </w:r>
      <w:hyperlink r:id="rId13">
        <w:r>
          <w:rPr>
            <w:color w:val="0000EE"/>
            <w:u w:val="single"/>
          </w:rPr>
          <w:t>[5]</w:t>
        </w:r>
      </w:hyperlink>
      <w:r>
        <w:t xml:space="preserve">, </w:t>
      </w:r>
      <w:hyperlink r:id="rId14">
        <w:r>
          <w:rPr>
            <w:color w:val="0000EE"/>
            <w:u w:val="single"/>
          </w:rPr>
          <w:t>[6]</w:t>
        </w:r>
      </w:hyperlink>
      <w:r>
        <w:t xml:space="preserve">- Paragraph 8: </w:t>
      </w:r>
      <w:hyperlink r:id="rId12">
        <w:r>
          <w:rPr>
            <w:color w:val="0000EE"/>
            <w:u w:val="single"/>
          </w:rPr>
          <w:t>[3]</w:t>
        </w:r>
      </w:hyperlink>
      <w:r>
        <w:t xml:space="preserve">, </w:t>
      </w:r>
      <w:hyperlink r:id="rId14">
        <w:r>
          <w:rPr>
            <w:color w:val="0000EE"/>
            <w:u w:val="single"/>
          </w:rPr>
          <w:t>[6]</w:t>
        </w:r>
      </w:hyperlink>
      <w:r>
        <w:t xml:space="preserve">- Paragraph 9: </w:t>
      </w:r>
      <w:hyperlink r:id="rId10">
        <w:r>
          <w:rPr>
            <w:color w:val="0000EE"/>
            <w:u w:val="single"/>
          </w:rPr>
          <w:t>[2]</w:t>
        </w:r>
      </w:hyperlink>
      <w:r>
        <w:t xml:space="preserve">, </w:t>
      </w:r>
      <w:hyperlink r:id="rId11">
        <w:r>
          <w:rPr>
            <w:color w:val="0000EE"/>
            <w:u w:val="single"/>
          </w:rPr>
          <w:t>[4]</w:t>
        </w:r>
      </w:hyperlink>
      <w:r>
        <w:t xml:space="preserve">- Paragraph 10: </w:t>
      </w:r>
      <w:hyperlink r:id="rId13">
        <w:r>
          <w:rPr>
            <w:color w:val="0000EE"/>
            <w:u w:val="single"/>
          </w:rPr>
          <w:t>[5]</w:t>
        </w:r>
      </w:hyperlink>
      <w:r>
        <w:t xml:space="preserve">, </w:t>
      </w:r>
      <w:hyperlink r:id="rId15">
        <w:r>
          <w:rPr>
            <w:color w:val="0000EE"/>
            <w:u w:val="single"/>
          </w:rPr>
          <w:t>[7]</w:t>
        </w:r>
      </w:hyperlink>
      <w:r>
        <w:t xml:space="preserve">- Paragraph 11: </w:t>
      </w:r>
      <w:hyperlink r:id="rId14">
        <w:r>
          <w:rPr>
            <w:color w:val="0000EE"/>
            <w:u w:val="single"/>
          </w:rPr>
          <w:t>[6]</w:t>
        </w:r>
      </w:hyperlink>
      <w:r>
        <w:t xml:space="preserve">, </w:t>
      </w:r>
      <w:hyperlink r:id="rId12">
        <w:r>
          <w:rPr>
            <w:color w:val="0000EE"/>
            <w:u w:val="single"/>
          </w:rPr>
          <w:t>[3]</w:t>
        </w:r>
      </w:hyperlink>
      <w:r>
        <w:t xml:space="preserve">- Paragraph 12: </w:t>
      </w:r>
      <w:hyperlink r:id="rId10">
        <w:r>
          <w:rPr>
            <w:color w:val="0000EE"/>
            <w:u w:val="single"/>
          </w:rPr>
          <w:t>[2]</w:t>
        </w:r>
      </w:hyperlink>
      <w:r>
        <w:t xml:space="preserve">, </w:t>
      </w:r>
      <w:hyperlink r:id="rId14">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https://www.queerty.com/gay-men-share-their-journeys-with-prostate-cancer-explain-why-early-detection-is-everything-20260929/</w:t>
        </w:r>
      </w:hyperlink>
      <w:r>
        <w:t xml:space="preserve"> - Please view link - unable to able to access data</w:t>
      </w:r>
      <w:r/>
    </w:p>
    <w:p>
      <w:pPr>
        <w:pStyle w:val="ListNumber"/>
        <w:spacing w:line="240" w:lineRule="auto"/>
        <w:ind w:left="720"/>
      </w:pPr>
      <w:r/>
      <w:hyperlink r:id="rId10">
        <w:r>
          <w:rPr>
            <w:color w:val="0000EE"/>
            <w:u w:val="single"/>
          </w:rPr>
          <w:t>https://www.cdc.gov/cancer/features/prostate-cancer.html</w:t>
        </w:r>
      </w:hyperlink>
      <w:r>
        <w:t xml:space="preserve"> - The Centers for Disease Control and Prevention (CDC) provides comprehensive information on prostate cancer, including its prevalence, risk factors, and screening methods. Prostate cancer is the second most common cancer among men in the United States, following skin cancer. The CDC emphasizes the importance of early detection through screening, which can identify cancers that may spread if not treated. Screening methods include the prostate-specific antigen (PSA) test and digital rectal examination (DRE). The CDC also discusses the potential benefits and harms of screening, advising individuals to consult with healthcare providers to make informed decisions based on personal risk factors.</w:t>
      </w:r>
      <w:r/>
    </w:p>
    <w:p>
      <w:pPr>
        <w:pStyle w:val="ListNumber"/>
        <w:spacing w:line="240" w:lineRule="auto"/>
        <w:ind w:left="720"/>
      </w:pPr>
      <w:r/>
      <w:hyperlink r:id="rId12">
        <w:r>
          <w:rPr>
            <w:color w:val="0000EE"/>
            <w:u w:val="single"/>
          </w:rPr>
          <w:t>https://www.cancer.org/cancer/types/prostate-cancer/detection-diagnosis-staging/detection.html</w:t>
        </w:r>
      </w:hyperlink>
      <w:r>
        <w:t xml:space="preserve"> - The American Cancer Society outlines the significance of early detection in prostate cancer, highlighting that most prostate cancers grow slowly and may not cause health problems. Screening tests, such as the PSA test and DRE, aim to detect cancer early when it may be easier to treat. The Society discusses the pros and cons of screening, noting that while early detection can lead to more treatment options, it may also result in overdiagnosis and overtreatment. They recommend that men discuss the potential benefits and risks of screening with their healthcare providers to make informed decisions.</w:t>
      </w:r>
      <w:r/>
    </w:p>
    <w:p>
      <w:pPr>
        <w:pStyle w:val="ListNumber"/>
        <w:spacing w:line="240" w:lineRule="auto"/>
        <w:ind w:left="720"/>
      </w:pPr>
      <w:r/>
      <w:hyperlink r:id="rId11">
        <w:r>
          <w:rPr>
            <w:color w:val="0000EE"/>
            <w:u w:val="single"/>
          </w:rPr>
          <w:t>https://www.aacr.org/patients-caregivers/awareness-months/prostate-cancer-awareness-month/</w:t>
        </w:r>
      </w:hyperlink>
      <w:r>
        <w:t xml:space="preserve"> - The American Association for Cancer Research (AACR) highlights September as Prostate Cancer Awareness Month, aiming to raise awareness about the disease. Prostate cancer is the most common cancer diagnosed in men in the United States, excluding non-melanoma skin cancers, and is the second leading cause of cancer deaths among men. The AACR emphasizes the importance of early detection through screening methods like the PSA test and DRE, which can identify cancers before they spread. They also discuss the risk factors associated with prostate cancer, including age, family history, and race, and encourage men to engage in discussions with their healthcare providers about screening options.</w:t>
      </w:r>
      <w:r/>
    </w:p>
    <w:p>
      <w:pPr>
        <w:pStyle w:val="ListNumber"/>
        <w:spacing w:line="240" w:lineRule="auto"/>
        <w:ind w:left="720"/>
      </w:pPr>
      <w:r/>
      <w:hyperlink r:id="rId13">
        <w:r>
          <w:rPr>
            <w:color w:val="0000EE"/>
            <w:u w:val="single"/>
          </w:rPr>
          <w:t>https://www.cancer.org/cancer/types/prostate-cancer/detection-diagnosis-staging/how-diagnosed.html</w:t>
        </w:r>
      </w:hyperlink>
      <w:r>
        <w:t xml:space="preserve"> - The American Cancer Society details the diagnostic process for prostate cancer, emphasizing that most cases are first identified through screening tests. If prostate cancer is suspected based on screening results or symptoms, further tests are necessary to confirm the diagnosis. These tests may include a prostate biopsy, which involves removing a small sample of prostate tissue for examination. The Society also discusses the importance of medical history and physical exams in the diagnostic process, highlighting that early detection is crucial for effective treatment and improved outcomes.</w:t>
      </w:r>
      <w:r/>
    </w:p>
    <w:p>
      <w:pPr>
        <w:pStyle w:val="ListNumber"/>
        <w:spacing w:line="240" w:lineRule="auto"/>
        <w:ind w:left="720"/>
      </w:pPr>
      <w:r/>
      <w:hyperlink r:id="rId14">
        <w:r>
          <w:rPr>
            <w:color w:val="0000EE"/>
            <w:u w:val="single"/>
          </w:rPr>
          <w:t>https://www.mayoclinic.org/diseases-conditions/prostate-cancer/diagnosis-treatment/drc-20353093?lang=en</w:t>
        </w:r>
      </w:hyperlink>
      <w:r>
        <w:t xml:space="preserve"> - The Mayo Clinic provides an overview of prostate cancer diagnosis and treatment, noting that screening tests like the PSA test and DRE are used to detect prostate cancer in individuals without symptoms. They recommend that men discuss the potential benefits and risks of screening with their healthcare providers, especially if they have risk factors such as age, family history, or race. The Clinic also outlines various treatment options for prostate cancer, including surgery, radiation therapy, hormone therapy, and active surveillance, depending on the cancer's stage and the patient's overall health.</w:t>
      </w:r>
      <w:r/>
    </w:p>
    <w:p>
      <w:pPr>
        <w:pStyle w:val="ListNumber"/>
        <w:spacing w:line="240" w:lineRule="auto"/>
        <w:ind w:left="720"/>
      </w:pPr>
      <w:r/>
      <w:hyperlink r:id="rId15">
        <w:r>
          <w:rPr>
            <w:color w:val="0000EE"/>
            <w:u w:val="single"/>
          </w:rPr>
          <w:t>https://www.cancer.gov/types/prostate/psa-fact-sheet</w:t>
        </w:r>
      </w:hyperlink>
      <w:r>
        <w:t xml:space="preserve"> - The National Cancer Institute (NCI) provides a fact sheet on the PSA test, a blood test used to screen for prostate cancer. The NCI discusses the potential benefits of the PSA test, including the possibility of detecting prostate cancer early when it may be easier to treat. However, they also highlight potential harms, such as false-positive results leading to unnecessary biopsies and treatments, and overdiagnosis of cancers that would not have caused symptoms or become life-threatening. The NCI advises individuals to discuss the potential benefits and harms of PSA screening with their healthcare providers to make informed decisions.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queerty.com/gay-men-share-their-journeys-with-prostate-cancer-explain-why-early-detection-is-everything-20260929/" TargetMode="External"/><Relationship Id="rId10" Type="http://schemas.openxmlformats.org/officeDocument/2006/relationships/hyperlink" Target="https://www.cdc.gov/cancer/features/prostate-cancer.html" TargetMode="External"/><Relationship Id="rId11" Type="http://schemas.openxmlformats.org/officeDocument/2006/relationships/hyperlink" Target="https://www.aacr.org/patients-caregivers/awareness-months/prostate-cancer-awareness-month/" TargetMode="External"/><Relationship Id="rId12" Type="http://schemas.openxmlformats.org/officeDocument/2006/relationships/hyperlink" Target="https://www.cancer.org/cancer/types/prostate-cancer/detection-diagnosis-staging/detection.html" TargetMode="External"/><Relationship Id="rId13" Type="http://schemas.openxmlformats.org/officeDocument/2006/relationships/hyperlink" Target="https://www.cancer.org/cancer/types/prostate-cancer/detection-diagnosis-staging/how-diagnosed.html" TargetMode="External"/><Relationship Id="rId14" Type="http://schemas.openxmlformats.org/officeDocument/2006/relationships/hyperlink" Target="https://www.mayoclinic.org/diseases-conditions/prostate-cancer/diagnosis-treatment/drc-20353093?lang=en" TargetMode="External"/><Relationship Id="rId15" Type="http://schemas.openxmlformats.org/officeDocument/2006/relationships/hyperlink" Target="https://www.cancer.gov/types/prostate/psa-fact-sheet"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