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Gen Z Sex Recession: Why Gay Men Are Bucking the Trend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adults are having less partnered sex, according to a new Playboy and Kinsey Institute survey, but gay men stand out as a striking exception. The findings point to money, housing, dating habits and sexual access as key reasons behind Gen Z's uneven sex life, offering a more complicated picture than the phrase “sex recession” suggests.</w:t>
      </w:r>
      <w:r/>
    </w:p>
    <w:p>
      <w:pPr>
        <w:pStyle w:val="Heading2"/>
      </w:pPr>
      <w:r>
        <w:t>Essential Takeaways</w:t>
      </w:r>
      <w:r/>
      <w:r/>
    </w:p>
    <w:p>
      <w:pPr>
        <w:pStyle w:val="ListBullet"/>
        <w:spacing w:line="240" w:lineRule="auto"/>
        <w:ind w:left="720"/>
      </w:pPr>
      <w:r/>
      <w:r>
        <w:rPr>
          <w:b/>
        </w:rPr>
        <w:t>The wider pattern:</w:t>
      </w:r>
      <w:r>
        <w:t xml:space="preserve"> Nearly three in ten respondents hadn't had sex in the previous three months.</w:t>
      </w:r>
      <w:r/>
    </w:p>
    <w:p>
      <w:pPr>
        <w:pStyle w:val="ListBullet"/>
        <w:spacing w:line="240" w:lineRule="auto"/>
        <w:ind w:left="720"/>
      </w:pPr>
      <w:r/>
      <w:r>
        <w:rPr>
          <w:b/>
        </w:rPr>
        <w:t>A notable exception:</w:t>
      </w:r>
      <w:r>
        <w:t xml:space="preserve"> Gay men reported substantially higher levels of partnered sexual activity than the wider sample.</w:t>
      </w:r>
      <w:r/>
    </w:p>
    <w:p>
      <w:pPr>
        <w:pStyle w:val="ListBullet"/>
        <w:spacing w:line="240" w:lineRule="auto"/>
        <w:ind w:left="720"/>
      </w:pPr>
      <w:r/>
      <w:r>
        <w:rPr>
          <w:b/>
        </w:rPr>
        <w:t>Money matters:</w:t>
      </w:r>
      <w:r>
        <w:t xml:space="preserve"> Financial pressure is making dating, relationships and private space harder to manage.</w:t>
      </w:r>
      <w:r/>
    </w:p>
    <w:p>
      <w:pPr>
        <w:pStyle w:val="ListBullet"/>
        <w:spacing w:line="240" w:lineRule="auto"/>
        <w:ind w:left="720"/>
      </w:pPr>
      <w:r/>
      <w:r>
        <w:rPr>
          <w:b/>
        </w:rPr>
        <w:t>Solo sex is rising:</w:t>
      </w:r>
      <w:r>
        <w:t xml:space="preserve"> Porn, masturbation and digital encounters are filling some of the gap.</w:t>
      </w:r>
      <w:r/>
    </w:p>
    <w:p>
      <w:pPr>
        <w:pStyle w:val="ListBullet"/>
        <w:spacing w:line="240" w:lineRule="auto"/>
        <w:ind w:left="720"/>
      </w:pPr>
      <w:r/>
      <w:r>
        <w:rPr>
          <w:b/>
        </w:rPr>
        <w:t>Safety still counts:</w:t>
      </w:r>
      <w:r>
        <w:t xml:space="preserve"> Contraception, PrEP, STI testing and open communication remain essential.</w:t>
      </w:r>
      <w:r/>
      <w:r/>
    </w:p>
    <w:p>
      <w:pPr>
        <w:pStyle w:val="Heading2"/>
      </w:pPr>
      <w:r>
        <w:t>Gen Z's sex recession isn't affecting everyone equally</w:t>
      </w:r>
      <w:r/>
    </w:p>
    <w:p>
      <w:r/>
      <w:r>
        <w:t>The headline finding is simple enough: many young adults aren't having much partnered sex. But the survey's detail is far more revealing, because the decline isn't spread evenly across every group.</w:t>
      </w:r>
      <w:r/>
    </w:p>
    <w:p>
      <w:r/>
      <w:r>
        <w:t>Researchers from Playboy and the Kinsey Institute surveyed 2,373 adults aged 18 to 29 about their recent sexual experiences, according to Indiana University's Kinsey Institute. Around 29% said they hadn't had sex during the previous three months, while 19% said they'd never had a sexual partner.</w:t>
      </w:r>
      <w:r/>
    </w:p>
    <w:p>
      <w:r/>
      <w:r>
        <w:t>That doesn't necessarily mean Gen Z has lost interest in sex. A majority described their sex drive as moderate or high, suggesting the issue may be opportunity rather than desire. In other words, the spark is still there, but modern life keeps putting a damp towel over it.</w:t>
      </w:r>
      <w:r/>
    </w:p>
    <w:p>
      <w:pPr>
        <w:pStyle w:val="Heading2"/>
      </w:pPr>
      <w:r>
        <w:t>Gay men are the survey's clear outlier</w:t>
      </w:r>
      <w:r/>
    </w:p>
    <w:p>
      <w:r/>
      <w:r>
        <w:t>Gay men reported markedly more frequent sexual activity than the broader group. The survey found that almost three quarters had engaged in oral sex or mutual manual stimulation during the previous three months, while roughly two thirds reported anal sex, as reported by Phys.org.</w:t>
      </w:r>
      <w:r/>
    </w:p>
    <w:p>
      <w:r/>
      <w:r>
        <w:t>Nearly half also said they masturbated daily. Those figures don't mean every gay man has the same experience, of course, but they do show why a single, universal story about young people's sex lives can be misleading.</w:t>
      </w:r>
      <w:r/>
    </w:p>
    <w:p>
      <w:r/>
      <w:r>
        <w:t>The Kinsey Institute's analysis emphasises that sexual behaviour varies according to identity, circumstances and the type of relationship people want. Gay men may also be more accustomed to separating sex from traditional dating rituals, making casual encounters easier to pursue when money and time are tight.</w:t>
      </w:r>
      <w:r/>
    </w:p>
    <w:p>
      <w:pPr>
        <w:pStyle w:val="Heading2"/>
      </w:pPr>
      <w:r>
        <w:t>Why dating has become such expensive work</w:t>
      </w:r>
      <w:r/>
    </w:p>
    <w:p>
      <w:r/>
      <w:r>
        <w:t>For many straight young adults, sex is closely tied to dating. That can mean dinner, drinks, transport and somewhere private to go afterwards, all at a time when rents and everyday costs are rising.</w:t>
      </w:r>
      <w:r/>
    </w:p>
    <w:p>
      <w:r/>
      <w:r>
        <w:t>According to the Kinsey Institute's survey findings, 43% of respondents said financial concerns made it harder to date or maintain romantic relationships, while 37% said money worries had harmed their sex lives. A third of young adults also reported living with their parents, which hardly creates ideal conditions for spontaneity.</w:t>
      </w:r>
      <w:r/>
    </w:p>
    <w:p>
      <w:r/>
      <w:r>
        <w:t>The result is a particularly modern bind: people may want intimacy, but the route towards it has become expensive and logistically awkward. A £20 cocktail is no longer just a pricey drink; it can be the first item on a date-night bill that many young adults simply can't justify.</w:t>
      </w:r>
      <w:r/>
    </w:p>
    <w:p>
      <w:pPr>
        <w:pStyle w:val="Heading2"/>
      </w:pPr>
      <w:r>
        <w:t>Digital sex helps, but it doesn't replace connection</w:t>
      </w:r>
      <w:r/>
    </w:p>
    <w:p>
      <w:r/>
      <w:r>
        <w:t>When private space and conventional dating feel out of reach, solo and digital options become more attractive. The survey found that 34% of young men said pornography completely satisfied their sexual desires, while around one in three young adults sometimes preferred solo or digital sexual experiences to sex with another person, according to YPulse.</w:t>
      </w:r>
      <w:r/>
    </w:p>
    <w:p>
      <w:r/>
      <w:r>
        <w:t>That shift isn't necessarily a rejection of intimacy. For some people, it's a practical response to crowded homes, limited budgets, anxiety or the sheer effort involved in meeting someone. But a screen can provide release without offering the affection, reassurance or companionship that many people still want.</w:t>
      </w:r>
      <w:r/>
    </w:p>
    <w:p>
      <w:r/>
      <w:r>
        <w:t>Gay dating and hookup apps may also change the equation. Platforms such as Grindr and Sniffies make it easier to find people seeking casual sex, without requiring a restaurant booking or a carefully staged romantic evening. That accessibility helps explain why gay men may be less affected by the financial barriers facing conventional dating.</w:t>
      </w:r>
      <w:r/>
    </w:p>
    <w:p>
      <w:pPr>
        <w:pStyle w:val="Heading2"/>
      </w:pPr>
      <w:r>
        <w:t>Sexual health remains part of the picture</w:t>
      </w:r>
      <w:r/>
    </w:p>
    <w:p>
      <w:r/>
      <w:r>
        <w:t>The survey's findings shouldn't be read as an argument for taking greater risks. They underline the importance of practical sexual-health support, particularly as people navigate casual encounters and changing relationship patterns.</w:t>
      </w:r>
      <w:r/>
    </w:p>
    <w:p>
      <w:r/>
      <w:r>
        <w:t>The Kinsey Institute has pointed to differences in contraception, pregnancy risk and access to healthcare as part of the wider explanation. Gay men don't face pregnancy from sex with other men, while tools such as PrEP and Doxy-PEP can help reduce some HIV and STI risks when used appropriately under medical guidance.</w:t>
      </w:r>
      <w:r/>
    </w:p>
    <w:p>
      <w:r/>
      <w:r>
        <w:t>Still, protection isn't automatic. Condoms, regular testing, vaccination where relevant and honest conversations about sexual health remain sensible basics. More sex can be enjoyable, but safer sex is what makes it sustainable.</w:t>
      </w:r>
      <w:r/>
    </w:p>
    <w:p>
      <w:pPr>
        <w:pStyle w:val="Heading2"/>
      </w:pPr>
      <w:r>
        <w:t>The bigger lesson is that desire hasn't disappeared</w:t>
      </w:r>
      <w:r/>
    </w:p>
    <w:p>
      <w:r/>
      <w:r>
        <w:t>The most useful conclusion isn't that Gen Z is uninterested in sex. It's that sexual behaviour is being shaped by housing, finances, technology, identity and access to partners.</w:t>
      </w:r>
      <w:r/>
    </w:p>
    <w:p>
      <w:r/>
      <w:r>
        <w:t>Indiana University's reporting on the study describes the so-called recession as real but complicated. That feels like the right takeaway: young adults may be having less partnered sex overall, yet many still want it, think about it and find alternative ways to express their sexuality.</w:t>
      </w:r>
      <w:r/>
    </w:p>
    <w:p>
      <w:r/>
      <w:r>
        <w:t>For anyone trying to understand the trend, the question isn't simply why people aren't having sex. It's who has access to privacy, partners, healthcare and affordable ways to meet. Once those factors are included, the picture becomes much more human.</w:t>
      </w:r>
      <w:r/>
    </w:p>
    <w:p>
      <w:r/>
      <w:r>
        <w:t>The sex recession is real, but it's far from one-size-fits-all.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5">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13">
        <w:r>
          <w:rPr>
            <w:color w:val="0000EE"/>
            <w:u w:val="single"/>
          </w:rPr>
          <w:t>[5]</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https://www.queerty.com/gen-zs-recession-is-real-but-gay-men-refuse-to-participate-20260929/</w:t>
        </w:r>
      </w:hyperlink>
      <w:r>
        <w:t xml:space="preserve"> - Please view link - unable to able to access data</w:t>
      </w:r>
      <w:r/>
    </w:p>
    <w:p>
      <w:pPr>
        <w:pStyle w:val="ListNumber"/>
        <w:spacing w:line="240" w:lineRule="auto"/>
        <w:ind w:left="720"/>
      </w:pPr>
      <w:r/>
      <w:hyperlink r:id="rId10">
        <w:r>
          <w:rPr>
            <w:color w:val="0000EE"/>
            <w:u w:val="single"/>
          </w:rPr>
          <w:t>https://genznewz.com/gen-z-sex-recession-is-real-kinsey-survey-finds</w:t>
        </w:r>
      </w:hyperlink>
      <w:r>
        <w:t xml:space="preserve"> - A recent survey by the Kinsey Institute, supported by Playboy and Julie, surveyed 2,373 U.S. adults aged 18 to 29 to explore the so-called 'sex recession' among Generation Z. The findings indicate that 29% of respondents had no sexual partners in the past three months, and 19% had never had a sexual partner. Despite these statistics, the majority reported moderate to high sexual desire, suggesting that the issue may be more about opportunity than lack of interest. Financial concerns and living arrangements, such as residing with parents, were identified as significant barriers to dating and sexual activity.</w:t>
      </w:r>
      <w:r/>
    </w:p>
    <w:p>
      <w:pPr>
        <w:pStyle w:val="ListNumber"/>
        <w:spacing w:line="240" w:lineRule="auto"/>
        <w:ind w:left="720"/>
      </w:pPr>
      <w:r/>
      <w:hyperlink r:id="rId12">
        <w:r>
          <w:rPr>
            <w:color w:val="0000EE"/>
            <w:u w:val="single"/>
          </w:rPr>
          <w:t>https://phys.org/news/2026-09-state-sex-gen-recession-real.html</w:t>
        </w:r>
      </w:hyperlink>
      <w:r>
        <w:t xml:space="preserve"> - The Kinsey Institute conducted a survey involving 2,373 U.S. adults aged 18 to 29 to assess the reality of the 'sex recession' among Generation Z. The study found that 29% of participants had no sexual partners in the past three months, and 19% had never had a sexual partner. Despite these figures, only 18% expressed dissatisfaction with their sex lives, indicating that sexual activity may not be as central to overall well-being as previously assumed. The researchers suggest that factors such as financial strain and living with parents may be contributing to the decline in sexual activity.</w:t>
      </w:r>
      <w:r/>
    </w:p>
    <w:p>
      <w:pPr>
        <w:pStyle w:val="ListNumber"/>
        <w:spacing w:line="240" w:lineRule="auto"/>
        <w:ind w:left="720"/>
      </w:pPr>
      <w:r/>
      <w:hyperlink r:id="rId11">
        <w:r>
          <w:rPr>
            <w:color w:val="0000EE"/>
            <w:u w:val="single"/>
          </w:rPr>
          <w:t>https://news.iu.edu/kinseyinstitute/live/news/53178-is-the-gen-z-sex-recession-real</w:t>
        </w:r>
      </w:hyperlink>
      <w:r>
        <w:t xml:space="preserve"> - A study by the Kinsey Institute, with support from Playboy and Julie, surveyed 2,373 U.S. adults aged 18 to 29 to investigate the 'sex recession' among Generation Z. The findings revealed that 29% of respondents had no sexual partners in the past three months, and 19% had never had a sexual partner. Despite these statistics, only 18% reported dissatisfaction with their sex lives, suggesting that the decline in sexual activity may be more about opportunity than desire. Financial concerns and living with parents were identified as significant obstacles to dating and sexual activity.</w:t>
      </w:r>
      <w:r/>
    </w:p>
    <w:p>
      <w:pPr>
        <w:pStyle w:val="ListNumber"/>
        <w:spacing w:line="240" w:lineRule="auto"/>
        <w:ind w:left="720"/>
      </w:pPr>
      <w:r/>
      <w:hyperlink r:id="rId13">
        <w:r>
          <w:rPr>
            <w:color w:val="0000EE"/>
            <w:u w:val="single"/>
          </w:rPr>
          <w:t>https://news.iu.edu/kinseyinstitute/live/news/53191-the-reason-for-the-gen-z-sex-recession-we-havent</w:t>
        </w:r>
      </w:hyperlink>
      <w:r>
        <w:t xml:space="preserve"> - Rhonda Balzarini, Ph.D., a research affiliate at the Kinsey Institute, discusses the factors contributing to the 'sex recession' among Generation Z. She notes that over one in three young adults in the 2,373-person sample still lived with their parents, which can make dating and sexual activity more challenging due to limited privacy and opportunities to bring someone home. Despite these challenges, nearly 80% of young adults reported moderate to very high levels of sexual desire, indicating that the decline in sexual activity may be more about opportunity than lack of interest.</w:t>
      </w:r>
      <w:r/>
    </w:p>
    <w:p>
      <w:pPr>
        <w:pStyle w:val="ListNumber"/>
        <w:spacing w:line="240" w:lineRule="auto"/>
        <w:ind w:left="720"/>
      </w:pPr>
      <w:r/>
      <w:hyperlink r:id="rId15">
        <w:r>
          <w:rPr>
            <w:color w:val="0000EE"/>
            <w:u w:val="single"/>
          </w:rPr>
          <w:t>https://cncbnews.com/article/2026/09/sex-recession-is-real-but-complicated-kinsey-reports</w:t>
        </w:r>
      </w:hyperlink>
      <w:r>
        <w:t xml:space="preserve"> - A report from the Kinsey Institute, Playboy, and Julie examines the 'sex recession' among Generation Z. The study found that 29% of respondents had no sexual partners in the past three months, and 19% had never had a sexual partner. Despite these figures, only 18% expressed dissatisfaction with their sex lives, suggesting that sexual activity may not be as central to overall well-being as previously assumed. The researchers highlight that factors such as financial strain and living with parents are significant barriers to dating and sexual activity.</w:t>
      </w:r>
      <w:r/>
    </w:p>
    <w:p>
      <w:pPr>
        <w:pStyle w:val="ListNumber"/>
        <w:spacing w:line="240" w:lineRule="auto"/>
        <w:ind w:left="720"/>
      </w:pPr>
      <w:r/>
      <w:hyperlink r:id="rId14">
        <w:r>
          <w:rPr>
            <w:color w:val="0000EE"/>
            <w:u w:val="single"/>
          </w:rPr>
          <w:t>https://www.ypulse.com/newsfeed/2026/09/23/a-new-study-says-the-gen-z-sex-recession-is-real-but-its-complicated/</w:t>
        </w:r>
      </w:hyperlink>
      <w:r>
        <w:t xml:space="preserve"> - A new study by Playboy, The Kinsey Institute, and contraceptive brand Julie finds that 29% of 18-29-year-olds had no sexual partners over the last three months, and 19% have never had a partner. Among those who aren't sexually active, the top reason is limited opportunity to meet partners, and 60% agree that dating is exhausting and not worth it. The study suggests that a mix of technology and economics could be to blame for the 'sex recession.'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en-zs-recession-is-real-but-gay-men-refuse-to-participate-20260929/" TargetMode="External"/><Relationship Id="rId10" Type="http://schemas.openxmlformats.org/officeDocument/2006/relationships/hyperlink" Target="https://genznewz.com/gen-z-sex-recession-is-real-kinsey-survey-finds" TargetMode="External"/><Relationship Id="rId11" Type="http://schemas.openxmlformats.org/officeDocument/2006/relationships/hyperlink" Target="https://news.iu.edu/kinseyinstitute/live/news/53178-is-the-gen-z-sex-recession-real" TargetMode="External"/><Relationship Id="rId12" Type="http://schemas.openxmlformats.org/officeDocument/2006/relationships/hyperlink" Target="https://phys.org/news/2026-09-state-sex-gen-recession-real.html" TargetMode="External"/><Relationship Id="rId13" Type="http://schemas.openxmlformats.org/officeDocument/2006/relationships/hyperlink" Target="https://news.iu.edu/kinseyinstitute/live/news/53191-the-reason-for-the-gen-z-sex-recession-we-havent" TargetMode="External"/><Relationship Id="rId14" Type="http://schemas.openxmlformats.org/officeDocument/2006/relationships/hyperlink" Target="https://www.ypulse.com/newsfeed/2026/09/23/a-new-study-says-the-gen-z-sex-recession-is-real-but-its-complicated/" TargetMode="External"/><Relationship Id="rId15" Type="http://schemas.openxmlformats.org/officeDocument/2006/relationships/hyperlink" Target="https://cncbnews.com/article/2026/09/sex-recession-is-real-but-complicated-kinsey-repor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