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Dating With Herpes: Honest Disclosure Advice That Builds Trust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dating with herpes often fear that disclosure will end a promising connection, but real-world experiences are more varied. Some partners ask questions, others need time, and a few may walk away. Understanding what to say, when to say it and how to respect both people’s boundaries can make this difficult conversation calmer and more honest.</w:t>
      </w:r>
      <w:r/>
    </w:p>
    <w:p>
      <w:pPr>
        <w:pStyle w:val="Heading2"/>
      </w:pPr>
      <w:r>
        <w:t>Essential Takeaways</w:t>
      </w:r>
      <w:r/>
      <w:r/>
    </w:p>
    <w:p>
      <w:pPr>
        <w:pStyle w:val="ListBullet"/>
        <w:spacing w:line="240" w:lineRule="auto"/>
        <w:ind w:left="720"/>
      </w:pPr>
      <w:r/>
      <w:r>
        <w:rPr>
          <w:b/>
        </w:rPr>
        <w:t>Disclose before sex:</w:t>
      </w:r>
      <w:r>
        <w:t xml:space="preserve"> Give both people enough time to discuss risk, protection and boundaries.</w:t>
      </w:r>
      <w:r/>
    </w:p>
    <w:p>
      <w:pPr>
        <w:pStyle w:val="ListBullet"/>
        <w:spacing w:line="240" w:lineRule="auto"/>
        <w:ind w:left="720"/>
      </w:pPr>
      <w:r/>
      <w:r>
        <w:rPr>
          <w:b/>
        </w:rPr>
        <w:t>Questions aren't automatic rejection:</w:t>
      </w:r>
      <w:r>
        <w:t xml:space="preserve"> Curiosity may show that a partner is trying to understand the situation.</w:t>
      </w:r>
      <w:r/>
    </w:p>
    <w:p>
      <w:pPr>
        <w:pStyle w:val="ListBullet"/>
        <w:spacing w:line="240" w:lineRule="auto"/>
        <w:ind w:left="720"/>
      </w:pPr>
      <w:r/>
      <w:r>
        <w:rPr>
          <w:b/>
        </w:rPr>
        <w:t>Keep it calm and clear:</w:t>
      </w:r>
      <w:r>
        <w:t xml:space="preserve"> Share the essentials first, rather than delivering an overwhelming medical lecture.</w:t>
      </w:r>
      <w:r/>
    </w:p>
    <w:p>
      <w:pPr>
        <w:pStyle w:val="ListBullet"/>
        <w:spacing w:line="240" w:lineRule="auto"/>
        <w:ind w:left="720"/>
      </w:pPr>
      <w:r/>
      <w:r>
        <w:rPr>
          <w:b/>
        </w:rPr>
        <w:t>Respect every response:</w:t>
      </w:r>
      <w:r>
        <w:t xml:space="preserve"> A partner can choose not to continue, but nobody deserves shame or cruelty.</w:t>
      </w:r>
      <w:r/>
    </w:p>
    <w:p>
      <w:pPr>
        <w:pStyle w:val="ListBullet"/>
        <w:spacing w:line="240" w:lineRule="auto"/>
        <w:ind w:left="720"/>
      </w:pPr>
      <w:r/>
      <w:r>
        <w:rPr>
          <w:b/>
        </w:rPr>
        <w:t>The diagnosis isn't the whole relationship:</w:t>
      </w:r>
      <w:r>
        <w:t xml:space="preserve"> Affection, humour and shared plans still matter.</w:t>
      </w:r>
      <w:r/>
      <w:r/>
    </w:p>
    <w:p>
      <w:pPr>
        <w:pStyle w:val="Heading2"/>
      </w:pPr>
      <w:r>
        <w:t>Why herpes disclosure feels so daunting</w:t>
      </w:r>
      <w:r/>
    </w:p>
    <w:p>
      <w:r/>
      <w:r>
        <w:t>The hardest part is often the silence before the conversation. Someone may replay every possible reaction in their head, imagining a partner's face changing or a promising relationship vanishing overnight. Dating with herpes can make ordinary romantic uncertainty feel much heavier.</w:t>
      </w:r>
      <w:r/>
    </w:p>
    <w:p>
      <w:r/>
      <w:r>
        <w:t>Yet the available stories suggest that fear isn't a reliable forecast. Positive Singles, HSV Finder and HSV Circle all frame disclosure as a conversation that can lead to questions, practical discussions and, sometimes, greater trust. That doesn't make the moment easy, but it does make the outcome less predictable than many people expect.</w:t>
      </w:r>
      <w:r/>
    </w:p>
    <w:p>
      <w:r/>
      <w:r>
        <w:t>The key is to remember what disclosure is for. It isn't a plea to be accepted, and it isn't an apology. It's a way for two adults to share important sexual-health information before deciding what happens next.</w:t>
      </w:r>
      <w:r/>
    </w:p>
    <w:p>
      <w:pPr>
        <w:pStyle w:val="Heading2"/>
      </w:pPr>
      <w:r>
        <w:t>The best time to tell a new partner</w:t>
      </w:r>
      <w:r/>
    </w:p>
    <w:p>
      <w:r/>
      <w:r>
        <w:t>Disclosure should happen before sexual contact, ideally when there's enough privacy and time for a proper conversation. A hurried exchange just before intimacy can leave both people feeling pressured, which is hardly the atmosphere anyone wants for a sensitive subject.</w:t>
      </w:r>
      <w:r/>
    </w:p>
    <w:p>
      <w:r/>
      <w:r>
        <w:t>Choose a calm setting where your partner can respond honestly. You don't need a dramatic announcement, and you don't need to reveal every detail in one breath. Start by explaining whether you have oral or genital herpes, then discuss outbreaks, treatment and the precautions you normally consider.</w:t>
      </w:r>
      <w:r/>
    </w:p>
    <w:p>
      <w:r/>
      <w:r>
        <w:t>Guides from Kind.Date and HSV Circle emphasise the value of allowing room for questions. That matters because a partner may know very little about herpes, or may carry outdated ideas picked up from jokes and scare stories. Clear, reliable information can replace some of that noise with something much more useful.</w:t>
      </w:r>
      <w:r/>
    </w:p>
    <w:p>
      <w:pPr>
        <w:pStyle w:val="Heading2"/>
      </w:pPr>
      <w:r>
        <w:t>What positive disclosure stories have in common</w:t>
      </w:r>
      <w:r/>
    </w:p>
    <w:p>
      <w:r/>
      <w:r>
        <w:t>In encouraging accounts, the conversation tends to stay straightforward. One person shares the diagnosis, the other asks about transmission or protection, and both sides talk through what would make intimacy feel comfortable. It may not be cinematic, but steady communication is usually more helpful than a perfectly rehearsed speech.</w:t>
      </w:r>
      <w:r/>
    </w:p>
    <w:p>
      <w:r/>
      <w:r>
        <w:t>Positive Singles' collection of disclosure experiences highlights a familiar pattern: some partners don't run, they listen. Other stories show that a pause or request for more information isn't necessarily a final answer. Someone may need time to process the news, read trustworthy material or speak with a healthcare professional.</w:t>
      </w:r>
      <w:r/>
    </w:p>
    <w:p>
      <w:r/>
      <w:r>
        <w:t>That said, optimism shouldn't become pressure. A positive outcome isn't something the person disclosing must manufacture, and no partner owes an immediate yes. The healthiest conversations leave space for both people to make an informed decision without guilt.</w:t>
      </w:r>
      <w:r/>
    </w:p>
    <w:p>
      <w:pPr>
        <w:pStyle w:val="Heading2"/>
      </w:pPr>
      <w:r>
        <w:t>How to handle questions, hesitation and rejection</w:t>
      </w:r>
      <w:r/>
    </w:p>
    <w:p>
      <w:r/>
      <w:r>
        <w:t>A partner might ask about outbreaks, suppressive medication, condoms, dental dams or transmission when no symptoms are visible. Those questions can feel personal, but they often reflect a wish to understand rather than an intention to judge. If you're unsure about a medical point, a sexual-health clinic or doctor is a better source than a late-night search spiral.</w:t>
      </w:r>
      <w:r/>
    </w:p>
    <w:p>
      <w:r/>
      <w:r>
        <w:t>Hesitation deserves patience, but it also needs boundaries. Give someone reasonable time to think, without chasing them for reassurance or trying to persuade them. HSV Finder and Kind.Date both present respectful communication as central to dating after disclosure, and that principle works in either direction.</w:t>
      </w:r>
      <w:r/>
    </w:p>
    <w:p>
      <w:r/>
      <w:r>
        <w:t>Sometimes the answer will be no. It can hurt, especially when the relationship seemed promising, but rejection over sexual-health boundaries doesn't define anyone's attractiveness or worth. It means two people reached different decisions about risk and comfort, not that one person is somehow less deserving of love.</w:t>
      </w:r>
      <w:r/>
    </w:p>
    <w:p>
      <w:pPr>
        <w:pStyle w:val="Heading2"/>
      </w:pPr>
      <w:r>
        <w:t>Building a relationship beyond the diagnosis</w:t>
      </w:r>
      <w:r/>
    </w:p>
    <w:p>
      <w:r/>
      <w:r>
        <w:t>If both partners decide to continue, herpes shouldn't become the only topic on the table. Talk about safer sex and what to do during an outbreak, then return to the rest of life: films, family, work, bad cooking and the small rituals that make a relationship feel like a relationship.</w:t>
      </w:r>
      <w:r/>
    </w:p>
    <w:p>
      <w:r/>
      <w:r>
        <w:t>Herpes Opportunity's community stories show how disclosure can sit alongside ordinary dating experiences, including new relationships later in life. The lesson isn't that every encounter ends happily, but that a diagnosis doesn't close the door on companionship or intimacy.</w:t>
      </w:r>
      <w:r/>
    </w:p>
    <w:p>
      <w:r/>
      <w:r>
        <w:t>Keep checking in as circumstances change. New symptoms, a change in medication or a shift in the relationship can all be reasons to revisit boundaries. Trust grows through those smaller conversations, not just through one brave announcement.</w:t>
      </w:r>
      <w:r/>
    </w:p>
    <w:p>
      <w:r/>
      <w:r>
        <w:t>Disclosure can't guarantee acceptance, but it can make the path forward honest. For anyone dating with herpes, that honesty is a strong place to begin.</w:t>
      </w:r>
      <w:r/>
    </w:p>
    <w:p>
      <w:r/>
      <w:r>
        <w:t>Explore the conversation at a pace that respects both people.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https://www.hsvbuddies.com/blog/herpes-disclosure-stories/</w:t>
        </w:r>
      </w:hyperlink>
      <w:r>
        <w:t xml:space="preserve"> - Please view link - unable to able to access data</w:t>
      </w:r>
      <w:r/>
    </w:p>
    <w:p>
      <w:pPr>
        <w:pStyle w:val="ListNumber"/>
        <w:spacing w:line="240" w:lineRule="auto"/>
        <w:ind w:left="720"/>
      </w:pPr>
      <w:r/>
      <w:hyperlink r:id="rId10">
        <w:r>
          <w:rPr>
            <w:color w:val="0000EE"/>
            <w:u w:val="single"/>
          </w:rPr>
          <w:t>https://www.positivesingles.com/herpes-dating-support-blog/ten-positive-herpes-disclosure-stories</w:t>
        </w:r>
      </w:hyperlink>
      <w:r>
        <w:t xml:space="preserve"> - This article presents ten real-life herpes disclosure stories, illustrating that honesty and vulnerability can lead to connection and acceptance. Each story highlights different experiences, such as a partner expressing trust due to the disclosure, a shared diagnosis leading to mutual understanding, and a partner's appreciation for the other's honesty. The common thread is that disclosure often strengthens relationships rather than ending them, emphasizing the importance of open communication in dating with herpes.</w:t>
      </w:r>
      <w:r/>
    </w:p>
    <w:p>
      <w:pPr>
        <w:pStyle w:val="ListNumber"/>
        <w:spacing w:line="240" w:lineRule="auto"/>
        <w:ind w:left="720"/>
      </w:pPr>
      <w:r/>
      <w:hyperlink r:id="rId11">
        <w:r>
          <w:rPr>
            <w:color w:val="0000EE"/>
            <w:u w:val="single"/>
          </w:rPr>
          <w:t>https://www.hsvfinder.com/dating-with-herpes-men/</w:t>
        </w:r>
      </w:hyperlink>
      <w:r>
        <w:t xml:space="preserve"> - This piece offers real-world experiences and practical advice for men navigating relationships while living with herpes. It discusses the challenges of disclosure, the fear of rejection, and the importance of honest communication. The article provides guidance on choosing the right moment for disclosure, being straightforward without overexplaining, and managing the conversation to foster understanding and trust. It aims to empower men to approach dating with confidence and openness about their HSV status.</w:t>
      </w:r>
      <w:r/>
    </w:p>
    <w:p>
      <w:pPr>
        <w:pStyle w:val="ListNumber"/>
        <w:spacing w:line="240" w:lineRule="auto"/>
        <w:ind w:left="720"/>
      </w:pPr>
      <w:r/>
      <w:hyperlink r:id="rId12">
        <w:r>
          <w:rPr>
            <w:color w:val="0000EE"/>
            <w:u w:val="single"/>
          </w:rPr>
          <w:t>https://hsvcircle.com/guides/dating-with-herpes</w:t>
        </w:r>
      </w:hyperlink>
      <w:r>
        <w:t xml:space="preserve"> - This guide addresses the realities of dating with herpes, emphasizing that the primary change is the addition of one important conversation. It suggests that the timing of disclosure varies, with some individuals finding success in waiting until a relationship is more serious. The article reassures readers that dating does not require a separate pool or a different approach; rather, it involves being able to discuss one's status openly and without rehearsing for an extended period.</w:t>
      </w:r>
      <w:r/>
    </w:p>
    <w:p>
      <w:pPr>
        <w:pStyle w:val="ListNumber"/>
        <w:spacing w:line="240" w:lineRule="auto"/>
        <w:ind w:left="720"/>
      </w:pPr>
      <w:r/>
      <w:hyperlink r:id="rId13">
        <w:r>
          <w:rPr>
            <w:color w:val="0000EE"/>
            <w:u w:val="single"/>
          </w:rPr>
          <w:t>https://www.positivesingles.com/herpes-dating-support-blog/herpes-disclosure-stories-success-rejection</w:t>
        </w:r>
      </w:hyperlink>
      <w:r>
        <w:t xml:space="preserve"> - This article explores various herpes disclosure stories, both successful and unsuccessful, to reveal what they teach us about dating and relationships. It highlights the courage required for disclosure, the potential for acceptance, and the lessons learned from rejection. The piece underscores the importance of trust, boundaries, and self-worth in healthy relationships, illustrating that disclosure is a pivotal moment that can lead to deeper connections or valuable insights.</w:t>
      </w:r>
      <w:r/>
    </w:p>
    <w:p>
      <w:pPr>
        <w:pStyle w:val="ListNumber"/>
        <w:spacing w:line="240" w:lineRule="auto"/>
        <w:ind w:left="720"/>
      </w:pPr>
      <w:r/>
      <w:hyperlink r:id="rId14">
        <w:r>
          <w:rPr>
            <w:color w:val="0000EE"/>
            <w:u w:val="single"/>
          </w:rPr>
          <w:t>https://kind.date/guides/dating-with-herpes</w:t>
        </w:r>
      </w:hyperlink>
      <w:r>
        <w:t xml:space="preserve"> - This comprehensive guide covers all aspects of dating with herpes, including disclosure, online dating strategies, handling rejection, and building confidence. It addresses the emotional journey post-diagnosis, provides practical advice for dating, and discusses the dynamics of serodiscordant relationships. The guide aims to equip individuals with the knowledge and tools to navigate the dating world confidently and successfully while managing their HSV status.</w:t>
      </w:r>
      <w:r/>
    </w:p>
    <w:p>
      <w:pPr>
        <w:pStyle w:val="ListNumber"/>
        <w:spacing w:line="240" w:lineRule="auto"/>
        <w:ind w:left="720"/>
      </w:pPr>
      <w:r/>
      <w:hyperlink r:id="rId15">
        <w:r>
          <w:rPr>
            <w:color w:val="0000EE"/>
            <w:u w:val="single"/>
          </w:rPr>
          <w:t>https://www.herpesopportunity.com/community/women-over-40-dating-with-herpes/successful-disclosure-ghsv1-f-45</w:t>
        </w:r>
      </w:hyperlink>
      <w:r>
        <w:t xml:space="preserve"> - This community post shares a personal success story of disclosing herpes to a new partner. The individual waited about a month before disclosure, allowing the partner to get to know her first. Upon disclosure, the partner expressed that she meant more to him than the virus. The post highlights the importance of timing and open communication in building trust and moving forward in a relationship after disclosure.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svbuddies.com/blog/herpes-disclosure-stories/" TargetMode="External"/><Relationship Id="rId10" Type="http://schemas.openxmlformats.org/officeDocument/2006/relationships/hyperlink" Target="https://www.positivesingles.com/herpes-dating-support-blog/ten-positive-herpes-disclosure-stories" TargetMode="External"/><Relationship Id="rId11" Type="http://schemas.openxmlformats.org/officeDocument/2006/relationships/hyperlink" Target="https://www.hsvfinder.com/dating-with-herpes-men/" TargetMode="External"/><Relationship Id="rId12" Type="http://schemas.openxmlformats.org/officeDocument/2006/relationships/hyperlink" Target="https://hsvcircle.com/guides/dating-with-herpes" TargetMode="External"/><Relationship Id="rId13" Type="http://schemas.openxmlformats.org/officeDocument/2006/relationships/hyperlink" Target="https://www.positivesingles.com/herpes-dating-support-blog/herpes-disclosure-stories-success-rejection" TargetMode="External"/><Relationship Id="rId14" Type="http://schemas.openxmlformats.org/officeDocument/2006/relationships/hyperlink" Target="https://kind.date/guides/dating-with-herpes" TargetMode="External"/><Relationship Id="rId15" Type="http://schemas.openxmlformats.org/officeDocument/2006/relationships/hyperlink" Target="https://www.herpesopportunity.com/community/women-over-40-dating-with-herpes/successful-disclosure-ghsv1-f-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