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Danyol León's Puerto Vallarta Portraits Look Beyond Paradise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Puerto Vallarta can soon see the city through a sharper, more intimate lens as artist Danyol León brings 23 portraits of the LGBTQ+ community to Coco Cabaret Lounge. The exhibition pairs nightlife, performance and local character with a practical purpose: 20 per cent of artwork sales will support mental health counselling at the Vallarta Gay+ Community Center.</w:t>
      </w:r>
      <w:r/>
    </w:p>
    <w:p>
      <w:pPr>
        <w:pStyle w:val="Heading2"/>
      </w:pPr>
      <w:r>
        <w:t>Essential Takeaways</w:t>
      </w:r>
      <w:r/>
      <w:r/>
    </w:p>
    <w:p>
      <w:pPr>
        <w:pStyle w:val="ListBullet"/>
        <w:spacing w:line="240" w:lineRule="auto"/>
        <w:ind w:left="720"/>
      </w:pPr>
      <w:r/>
      <w:r>
        <w:rPr>
          <w:b/>
        </w:rPr>
        <w:t>Exhibition:</w:t>
      </w:r>
      <w:r>
        <w:t xml:space="preserve"> </w:t>
      </w:r>
      <w:r>
        <w:rPr>
          <w:i/>
        </w:rPr>
        <w:t>Cabaret Vallarta: Portraits from the Other Side of Paradise</w:t>
      </w:r>
      <w:r>
        <w:t xml:space="preserve"> features 23 original portraits.</w:t>
      </w:r>
      <w:r/>
    </w:p>
    <w:p>
      <w:pPr>
        <w:pStyle w:val="ListBullet"/>
        <w:spacing w:line="240" w:lineRule="auto"/>
        <w:ind w:left="720"/>
      </w:pPr>
      <w:r/>
      <w:r>
        <w:rPr>
          <w:b/>
        </w:rPr>
        <w:t>Location:</w:t>
      </w:r>
      <w:r>
        <w:t xml:space="preserve"> Coco Cabaret Lounge, Francisco I. Madero 289, Zona Romántica, Puerto Vallarta.</w:t>
      </w:r>
      <w:r/>
    </w:p>
    <w:p>
      <w:pPr>
        <w:pStyle w:val="ListBullet"/>
        <w:spacing w:line="240" w:lineRule="auto"/>
        <w:ind w:left="720"/>
      </w:pPr>
      <w:r/>
      <w:r>
        <w:rPr>
          <w:b/>
        </w:rPr>
        <w:t>Opening:</w:t>
      </w:r>
      <w:r>
        <w:t xml:space="preserve"> The soft opening is scheduled for 29 October at 6.30pm.</w:t>
      </w:r>
      <w:r/>
    </w:p>
    <w:p>
      <w:pPr>
        <w:pStyle w:val="ListBullet"/>
        <w:spacing w:line="240" w:lineRule="auto"/>
        <w:ind w:left="720"/>
      </w:pPr>
      <w:r/>
      <w:r>
        <w:rPr>
          <w:b/>
        </w:rPr>
        <w:t>Artwork:</w:t>
      </w:r>
      <w:r>
        <w:t xml:space="preserve"> Originals and hand-signed, numbered giclée prints will be available, with only 20 prints made per artwork.</w:t>
      </w:r>
      <w:r/>
    </w:p>
    <w:p>
      <w:pPr>
        <w:pStyle w:val="ListBullet"/>
        <w:spacing w:line="240" w:lineRule="auto"/>
        <w:ind w:left="720"/>
      </w:pPr>
      <w:r/>
      <w:r>
        <w:rPr>
          <w:b/>
        </w:rPr>
        <w:t>Community benefit:</w:t>
      </w:r>
      <w:r>
        <w:t xml:space="preserve"> Twenty per cent of sales will support the Vallarta Gay+ Community Center's mental health counselling programme.</w:t>
      </w:r>
      <w:r/>
      <w:r/>
    </w:p>
    <w:p>
      <w:pPr>
        <w:pStyle w:val="Heading2"/>
      </w:pPr>
      <w:r>
        <w:t>Puerto Vallarta gets a portrait beyond the postcard</w:t>
      </w:r>
      <w:r/>
    </w:p>
    <w:p>
      <w:r/>
      <w:r>
        <w:t>Palm trees and golden sunsets may sell Puerto Vallarta, but they don't tell the whole story. León's new exhibition turns the focus towards the people who give the city's LGBTQ+ scene its pulse, from performers and artists to familiar nightlife figures and less visible community characters.</w:t>
      </w:r>
      <w:r/>
    </w:p>
    <w:p>
      <w:r/>
      <w:r>
        <w:t>The show will be installed at Coco Cabaret Lounge in Zona Romántica, a fitting setting where cocktails, conversation and live entertainment already share the same address. According to Coco Cabaret's venue information, the space is built around that social mix, making it an especially natural home for portraits shaped by nightlife and performance.</w:t>
      </w:r>
      <w:r/>
    </w:p>
    <w:p>
      <w:pPr>
        <w:pStyle w:val="Heading2"/>
      </w:pPr>
      <w:r>
        <w:t>Meet the artist behind the faces</w:t>
      </w:r>
      <w:r/>
    </w:p>
    <w:p>
      <w:r/>
      <w:r>
        <w:t>León is a multidisciplinary artist whose work spans painting, murals, music and drag performance. He is also known through his stage persona, Tamale Ringwald, and has built a visible presence in Puerto Vallarta through creative projects and community-facing businesses.</w:t>
      </w:r>
      <w:r/>
    </w:p>
    <w:p>
      <w:r/>
      <w:r>
        <w:t>His wider practice is colourful, graphic and strongly connected to queer culture, punk, music and Mexican visual references. His official biography describes a career that has moved between galleries, public art and performance, while his mural work has helped make the Amapas stairs a recognisable local landmark.</w:t>
      </w:r>
      <w:r/>
    </w:p>
    <w:p>
      <w:r/>
      <w:r>
        <w:t>That combination matters here. These aren't detached studio studies of an unfamiliar place; they're portraits rooted in the artist's own relationships and everyday surroundings. The result should feel less like a formal gallery visit and more like recognising the people who make a neighbourhood feel alive.</w:t>
      </w:r>
      <w:r/>
    </w:p>
    <w:p>
      <w:pPr>
        <w:pStyle w:val="Heading2"/>
      </w:pPr>
      <w:r>
        <w:t>Why Coco Cabaret is the right backdrop</w:t>
      </w:r>
      <w:r/>
    </w:p>
    <w:p>
      <w:r/>
      <w:r>
        <w:t>Displaying the work in a cabaret lounge changes how it's experienced. Visitors can look closely at the paintings before a show, return to them over a drink or spot familiar faces while moving through the room. It's a relaxed format, and perhaps a more honest one for art about community life.</w:t>
      </w:r>
      <w:r/>
    </w:p>
    <w:p>
      <w:r/>
      <w:r>
        <w:t>Coco Cabaret has become part of Puerto Vallarta's entertainment circuit, with drag and other live events helping keep Zona Romántica's after-dark culture busy. Local event listings regularly place the venue among the area's cabaret and drag destinations, so León's portraits will sit directly inside the world they reflect.</w:t>
      </w:r>
      <w:r/>
    </w:p>
    <w:p>
      <w:r/>
      <w:r>
        <w:t>For travellers, it offers a useful alternative to the usual art itinerary. Rather than stepping away from the city's nightlife to find culture, the exhibition makes culture part of the evening itself.</w:t>
      </w:r>
      <w:r/>
    </w:p>
    <w:p>
      <w:pPr>
        <w:pStyle w:val="Heading2"/>
      </w:pPr>
      <w:r>
        <w:t>Limited-edition prints make the show more accessible</w:t>
      </w:r>
      <w:r/>
    </w:p>
    <w:p>
      <w:r/>
      <w:r>
        <w:t>The exhibition will offer both original paintings and limited-edition fine art giclée prints. Each print will be hand-signed and numbered, with an edition of just 20 per artwork, giving buyers a more accessible way to take home a piece of the project without losing its collectable character.</w:t>
      </w:r>
      <w:r/>
    </w:p>
    <w:p>
      <w:r/>
      <w:r>
        <w:t>If you're considering a purchase, check whether the piece is an original or a print, ask about the edition number and confirm how the work will be packaged for travel. Puerto Vallarta's warm, humid climate also makes careful protection worthwhile, particularly if you're flying home with artwork.</w:t>
      </w:r>
      <w:r/>
    </w:p>
    <w:p>
      <w:r/>
      <w:r>
        <w:t>The limited runs add a little urgency, but the stronger appeal is personal. A portrait from this series is likely to feel less like a generic holiday souvenir and more like a small reminder of the people and places that shaped the trip.</w:t>
      </w:r>
      <w:r/>
    </w:p>
    <w:p>
      <w:pPr>
        <w:pStyle w:val="Heading2"/>
      </w:pPr>
      <w:r>
        <w:t>Art that supports mental health services</w:t>
      </w:r>
      <w:r/>
    </w:p>
    <w:p>
      <w:r/>
      <w:r>
        <w:t>The exhibition's most important detail may be what happens after a sale. Twenty per cent of revenue from both originals and prints will benefit the Vallarta Gay+ Community Center's mental health counselling programme.</w:t>
      </w:r>
      <w:r/>
    </w:p>
    <w:p>
      <w:r/>
      <w:r>
        <w:t>That contribution builds on existing support from Tamale's Tours, the Puerto Vallarta business associated with León and his partner. According to the exhibition information, the company already sponsors the centre's mental health services, so this show extends an ongoing commitment rather than introducing a one-off charitable gesture.</w:t>
      </w:r>
      <w:r/>
    </w:p>
    <w:p>
      <w:r/>
      <w:r>
        <w:t>It gives the exhibition a welcome sense of purpose. The portraits celebrate a community in public, while the proceeds help support people in private, where accessible counselling can make a very real difference.</w:t>
      </w:r>
      <w:r/>
    </w:p>
    <w:p>
      <w:pPr>
        <w:pStyle w:val="Heading2"/>
      </w:pPr>
      <w:r>
        <w:t>What to know before you go</w:t>
      </w:r>
      <w:r/>
    </w:p>
    <w:p>
      <w:r/>
      <w:r>
        <w:t>The soft opening is planned for 29 October at 6.30pm at Coco Cabaret Lounge, Francisco I. Madero 289, Zona Romántica, Puerto Vallarta. Visitors should check the venue's current schedule before travelling, particularly if they want to combine the exhibition with a performance.</w:t>
      </w:r>
      <w:r/>
    </w:p>
    <w:p>
      <w:r/>
      <w:r>
        <w:t>Coco Cabaret's programme includes drag and cabaret events, while Puerto Vallarta's broader calendar is packed with seasonal celebrations and nightlife. That means the exhibition could work equally well as a standalone cultural stop or as the first chapter of a longer evening.</w:t>
      </w:r>
      <w:r/>
    </w:p>
    <w:p>
      <w:r/>
      <w:r>
        <w:t>For anyone looking for Puerto Vallarta LGBTQ+ art beyond the polished holiday image, León's portraits promise something warmer, stranger and more human. Sometimes the best way to understand a destination is to meet the people behind the view.</w:t>
      </w:r>
      <w:r/>
    </w:p>
    <w:p>
      <w:r/>
      <w:r>
        <w:t>It's a small exhibition with a big local heart, and well worth adding to a Zona Romántica evening.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[3]</w:t>
        </w:r>
      </w:hyperlink>
      <w:r>
        <w:t xml:space="preserve">- Paragraph 8: </w:t>
      </w:r>
      <w:hyperlink r:id="rId10">
        <w:r>
          <w:rPr>
            <w:color w:val="0000EE"/>
            <w:u w:val="single"/>
          </w:rPr>
          <w:t>[2]</w:t>
        </w:r>
      </w:hyperlink>
      <w:r>
        <w:t xml:space="preserve">, </w:t>
      </w:r>
      <w:hyperlink r:id="rId13">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[3]</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[3]</w:t>
        </w:r>
      </w:hyperlink>
      <w:r>
        <w:t xml:space="preserve">- Paragraph 15: </w:t>
      </w:r>
      <w:hyperlink r:id="rId11">
        <w:r>
          <w:rPr>
            <w:color w:val="0000EE"/>
            <w:u w:val="single"/>
          </w:rPr>
          <w:t>[4]</w:t>
        </w:r>
      </w:hyperlink>
      <w:r>
        <w:t xml:space="preserve">, </w:t>
      </w:r>
      <w:hyperlink r:id="rId14">
        <w:r>
          <w:rPr>
            <w:color w:val="0000EE"/>
            <w:u w:val="single"/>
          </w:rPr>
          <w:t>[7]</w:t>
        </w:r>
      </w:hyperlink>
      <w:r>
        <w:t xml:space="preserve">- Paragraph 16: </w:t>
      </w:r>
      <w:hyperlink r:id="rId11">
        <w:r>
          <w:rPr>
            <w:color w:val="0000EE"/>
            <w:u w:val="single"/>
          </w:rPr>
          <w:t>[4]</w:t>
        </w:r>
      </w:hyperlink>
      <w:r>
        <w:t xml:space="preserve">, </w:t>
      </w:r>
      <w:hyperlink r:id="rId15">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https://gaypv.com/blog/arts-and-culture/danyol-leon-opens-exhibit-at-coco-cabaret/</w:t>
        </w:r>
      </w:hyperlink>
      <w:r>
        <w:t xml:space="preserve"> - Please view link - unable to able to access data</w:t>
      </w:r>
      <w:r/>
    </w:p>
    <w:p>
      <w:pPr>
        <w:pStyle w:val="ListNumber"/>
        <w:spacing w:line="240" w:lineRule="auto"/>
        <w:ind w:left="720"/>
      </w:pPr>
      <w:r/>
      <w:hyperlink r:id="rId10">
        <w:r>
          <w:rPr>
            <w:color w:val="0000EE"/>
            <w:u w:val="single"/>
          </w:rPr>
          <w:t>https://danyol.com/pages/bio</w:t>
        </w:r>
      </w:hyperlink>
      <w:r>
        <w:t xml:space="preserve"> - Danyol León is a San Francisco-based, multidisciplinary, Latinx artist living in Puerto Vallarta, Mexico, with over 20 years of experience in the arts community. His work, characterised by bright colours and cartoon-like figures, explores intersectional identity and social inconsistencies. Danyol has hosted over 40 solo exhibitions at venues such as the SF AIDS Foundation’s Strut, The W Hotel San Francisco, Counterpulse, and Nickelodeon Studios. He has also participated in extensive group shows at venues like SOMArts Cultural Center, 111 Minna, and The Center for Sex and Culture. His work was included in 1800 Tequila’s Essential Artist Series, and he was named a featured artist by Redbull in 2007. Additionally, Danyol is an active musician in the band Muñecas and performs globally as drag queen Tamale Ringwald. He also owns and operates an inclusive (LGBTQIA+) boat tour company in Puerto Vallarta called Tamale's Tours.</w:t>
      </w:r>
      <w:r/>
    </w:p>
    <w:p>
      <w:pPr>
        <w:pStyle w:val="ListNumber"/>
        <w:spacing w:line="240" w:lineRule="auto"/>
        <w:ind w:left="720"/>
      </w:pPr>
      <w:r/>
      <w:hyperlink r:id="rId13">
        <w:r>
          <w:rPr>
            <w:color w:val="0000EE"/>
            <w:u w:val="single"/>
          </w:rPr>
          <w:t>https://danyol.com/pages/mural</w:t>
        </w:r>
      </w:hyperlink>
      <w:r>
        <w:t xml:space="preserve"> - Danyol León's mural 'Amapas Ascent: Stairway Stories' transforms the Amapas Stairs in Puerto Vallarta into an immersive visual narrative. Spanning ten flights, the mural incorporates symbols, colours, and rhythms that define the city, making the daily climb an interactive experience. Each step features a QR code linking to descriptions of the symbols, allowing viewers to engage deeply with the artwork. Created with the help of over twenty local volunteers, the mural is deeply rooted in the community and reflects the spirit of Puerto Vallarta.</w:t>
      </w:r>
      <w:r/>
    </w:p>
    <w:p>
      <w:pPr>
        <w:pStyle w:val="ListNumber"/>
        <w:spacing w:line="240" w:lineRule="auto"/>
        <w:ind w:left="720"/>
      </w:pPr>
      <w:r/>
      <w:hyperlink r:id="rId11">
        <w:r>
          <w:rPr>
            <w:color w:val="0000EE"/>
            <w:u w:val="single"/>
          </w:rPr>
          <w:t>https://showmepv.com/cococabaret</w:t>
        </w:r>
      </w:hyperlink>
      <w:r>
        <w:t xml:space="preserve"> - Coco Cabaret, located at C. Fco. I. Madero 289, Emiliano Zapata, Puerto Vallarta, is a premier live entertainment venue in the heart of the city's Zona Romántica. The venue boasts 25 years of cabaret expertise, featuring top-selling shows, award-winning performers, and state-of-the-art sound, lighting, and LED screens. It is situated just a block from the Romantic Zone and offers a vibrant atmosphere for visitors seeking high-quality entertainment.</w:t>
      </w:r>
      <w:r/>
    </w:p>
    <w:p>
      <w:pPr>
        <w:pStyle w:val="ListNumber"/>
        <w:spacing w:line="240" w:lineRule="auto"/>
        <w:ind w:left="720"/>
      </w:pPr>
      <w:r/>
      <w:hyperlink r:id="rId12">
        <w:r>
          <w:rPr>
            <w:color w:val="0000EE"/>
            <w:u w:val="single"/>
          </w:rPr>
          <w:t>https://mexiconewsdaily.com/event-venue/coco-cabaret/</w:t>
        </w:r>
      </w:hyperlink>
      <w:r>
        <w:t xml:space="preserve"> - Coco Cabaret, located at Francisco I. Madero 289, Zona Romántica, Puerto Vallarta, Jalisco, is a state-of-the-art cabaret and entertainment venue in the heart of Puerto Vallarta’s most vibrant neighborhood, one block from the main strip of the Romantic Zone. Opened as the sister venue to The Palm Cabaret and Bar—voted Puerto Vallarta’s best entertainment venue and celebrating 25 years in the business—Coco features soaring ceilings, three LED video screens, professional lighting and sound systems, a mezzanine balcony, and comfortable seating for cocktail service, offering nightly performances at 6, 8, and 10 PM across seven days a week. Its combination of award-winning performers, polished production values, and an established reputation within Puerto Vallarta’s entertainment scene makes it a premier venue for curated live performance events in one of Mexico’s most culturally engaged coastal cities.</w:t>
      </w:r>
      <w:r/>
    </w:p>
    <w:p>
      <w:pPr>
        <w:pStyle w:val="ListNumber"/>
        <w:spacing w:line="240" w:lineRule="auto"/>
        <w:ind w:left="720"/>
      </w:pPr>
      <w:r/>
      <w:hyperlink r:id="rId15">
        <w:r>
          <w:rPr>
            <w:color w:val="0000EE"/>
            <w:u w:val="single"/>
          </w:rPr>
          <w:t>https://vallartacalendar.com/events/dia-de-muertos/</w:t>
        </w:r>
      </w:hyperlink>
      <w:r>
        <w:t xml:space="preserve"> - The 'Dia de Muertos: Traditions Of Life And Death' event in Puerto Vallarta celebrates Mexico's rich traditions of life and death. Organised by Sebastián Coronel and Alejandro Barrón, the show brings to life the mystical, magical, and colourful traditions that have been passed on for generations. Adorned with traditional Mexican music and dance, this beautiful show is about love, which transcends death through remembrance. The event took place on November 29, 2025, at 5:00 PM at Coco Cabaret, C. Fco. I. Madero 289, Emiliano Zapata, Puerto Vallarta.</w:t>
      </w:r>
      <w:r/>
    </w:p>
    <w:p>
      <w:pPr>
        <w:pStyle w:val="ListNumber"/>
        <w:spacing w:line="240" w:lineRule="auto"/>
        <w:ind w:left="720"/>
      </w:pPr>
      <w:r/>
      <w:hyperlink r:id="rId14">
        <w:r>
          <w:rPr>
            <w:color w:val="0000EE"/>
            <w:u w:val="single"/>
          </w:rPr>
          <w:t>https://vallartacalendar.com/events/diva-drag-coco-cabaret/</w:t>
        </w:r>
      </w:hyperlink>
      <w:r>
        <w:t xml:space="preserve"> - Experience the ultimate drag show with 'Diva! This Is Your Anthem!' as Qya Cristal, Delta Miles, and Roxy Pops bring the house down with their electrifying performances and stunning live vocals. This trio of 'Provincetown’s All Live Singing Girl Group' promises a night full of glamour, humor, and show-stopping entertainment. The event took place on March 30, 2025, at 10:00 PM at Coco Cabaret, C. Fco. I. Madero 289, Emiliano Zapata, Puerto Vallarta.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pv.com/blog/arts-and-culture/danyol-leon-opens-exhibit-at-coco-cabaret/" TargetMode="External"/><Relationship Id="rId10" Type="http://schemas.openxmlformats.org/officeDocument/2006/relationships/hyperlink" Target="https://danyol.com/pages/bio" TargetMode="External"/><Relationship Id="rId11" Type="http://schemas.openxmlformats.org/officeDocument/2006/relationships/hyperlink" Target="https://showmepv.com/cococabaret" TargetMode="External"/><Relationship Id="rId12" Type="http://schemas.openxmlformats.org/officeDocument/2006/relationships/hyperlink" Target="https://mexiconewsdaily.com/event-venue/coco-cabaret/" TargetMode="External"/><Relationship Id="rId13" Type="http://schemas.openxmlformats.org/officeDocument/2006/relationships/hyperlink" Target="https://danyol.com/pages/mural" TargetMode="External"/><Relationship Id="rId14" Type="http://schemas.openxmlformats.org/officeDocument/2006/relationships/hyperlink" Target="https://vallartacalendar.com/events/diva-drag-coco-cabaret/" TargetMode="External"/><Relationship Id="rId15" Type="http://schemas.openxmlformats.org/officeDocument/2006/relationships/hyperlink" Target="https://vallartacalendar.com/events/dia-de-muert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