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 Florida Black Pride Film Showcase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their attention to South Florida’s cultural calendar, where the 2026 Shades of Black Film Showcase will bring Black LGBTQ+ cinema, visual art and community conversation to Fort Lauderdale. Taking place during Heat Wave Weekend, the event matters because it offers a warm, wide-ranging evening of storytelling, connection and creative visibility.</w:t>
      </w:r>
      <w:r/>
    </w:p>
    <w:p>
      <w:pPr>
        <w:pStyle w:val="Heading2"/>
      </w:pPr>
      <w:r>
        <w:t>Essential Takeaways</w:t>
      </w:r>
      <w:r/>
      <w:r/>
    </w:p>
    <w:p>
      <w:pPr>
        <w:pStyle w:val="ListBullet"/>
        <w:spacing w:line="240" w:lineRule="auto"/>
        <w:ind w:left="720"/>
      </w:pPr>
      <w:r/>
      <w:r>
        <w:rPr>
          <w:b/>
        </w:rPr>
        <w:t>When:</w:t>
      </w:r>
      <w:r>
        <w:t xml:space="preserve"> Friday, 9 October 2026, from 6pm to 10pm.</w:t>
      </w:r>
      <w:r/>
    </w:p>
    <w:p>
      <w:pPr>
        <w:pStyle w:val="ListBullet"/>
        <w:spacing w:line="240" w:lineRule="auto"/>
        <w:ind w:left="720"/>
      </w:pPr>
      <w:r/>
      <w:r>
        <w:rPr>
          <w:b/>
        </w:rPr>
        <w:t>Where:</w:t>
      </w:r>
      <w:r>
        <w:t xml:space="preserve"> Victory Black Box Theatre at the L.A. Lee YMCA/Mizell Community Center in Fort Lauderdale.</w:t>
      </w:r>
      <w:r/>
    </w:p>
    <w:p>
      <w:pPr>
        <w:pStyle w:val="ListBullet"/>
        <w:spacing w:line="240" w:lineRule="auto"/>
        <w:ind w:left="720"/>
      </w:pPr>
      <w:r/>
      <w:r>
        <w:rPr>
          <w:b/>
        </w:rPr>
        <w:t>What to expect:</w:t>
      </w:r>
      <w:r>
        <w:t xml:space="preserve"> Short films, visual art, vendors, community organisations and a live discussion.</w:t>
      </w:r>
      <w:r/>
    </w:p>
    <w:p>
      <w:pPr>
        <w:pStyle w:val="ListBullet"/>
        <w:spacing w:line="240" w:lineRule="auto"/>
        <w:ind w:left="720"/>
      </w:pPr>
      <w:r/>
      <w:r>
        <w:rPr>
          <w:b/>
        </w:rPr>
        <w:t>Tickets:</w:t>
      </w:r>
      <w:r>
        <w:t xml:space="preserve"> Early-bird admission is listed at $10 through South Florida Black Pride.</w:t>
      </w:r>
      <w:r/>
    </w:p>
    <w:p>
      <w:pPr>
        <w:pStyle w:val="ListBullet"/>
        <w:spacing w:line="240" w:lineRule="auto"/>
        <w:ind w:left="720"/>
      </w:pPr>
      <w:r/>
      <w:r>
        <w:rPr>
          <w:b/>
        </w:rPr>
        <w:t>Why it stands out:</w:t>
      </w:r>
      <w:r>
        <w:t xml:space="preserve"> The programme balances identity, health and history with romance, humour, creativity and joy.</w:t>
      </w:r>
      <w:r/>
      <w:r/>
    </w:p>
    <w:p>
      <w:pPr>
        <w:pStyle w:val="Heading2"/>
      </w:pPr>
      <w:r>
        <w:t>A showcase built for more than one story</w:t>
      </w:r>
      <w:r/>
    </w:p>
    <w:p>
      <w:r/>
      <w:r>
        <w:t>The strongest thing about the Shades of Black Film Showcase is its breadth. Rather than presenting Black LGBTQ+ life through a single emotional lens, the programme moves between tenderness, suspense, family tension, cultural memory and outright creative experimentation. According to Culture Owl, the Fort Lauderdale event is part of the region's wider arts and culture calendar.</w:t>
      </w:r>
      <w:r/>
    </w:p>
    <w:p>
      <w:r/>
      <w:r>
        <w:t>That variety should give the evening a lively, human texture. One film may invite quiet reflection, while the next brings sharper tension or a touch of humour. It feels less like a formal lecture and more like a room full of different windows into lived experience.</w:t>
      </w:r>
      <w:r/>
    </w:p>
    <w:p>
      <w:r/>
      <w:r>
        <w:t>The showcase is presented by South Florida Black Pride and Black Alphabet as part of Heat Wave Weekend. Black Alphabet's event information places its work firmly within a broader commitment to Black LGBTQ+ visibility and cultural expression.</w:t>
      </w:r>
      <w:r/>
    </w:p>
    <w:p>
      <w:pPr>
        <w:pStyle w:val="Heading2"/>
      </w:pPr>
      <w:r>
        <w:t>Seven films, seven different entry points</w:t>
      </w:r>
      <w:r/>
    </w:p>
    <w:p>
      <w:r/>
      <w:r>
        <w:t>The 2026 programme includes films exploring attraction, domestic unease, creative labour, trans identity, Southern life and intergenerational experience. Sea Salt takes an analogue route, using Super 8 imagery, in-camera editing and an original berimbau score for a slower, more tactile kind of cinema.</w:t>
      </w:r>
      <w:r/>
    </w:p>
    <w:p>
      <w:r/>
      <w:r>
        <w:t>Elsewhere, Coffee &amp; Lavender centres on a chance meeting between two young Black women, while Final Ingredient turns a seemingly ordinary home-organising job into something far more unsettling. SCORED focuses on two Black queer creatives wrestling with representation, artistic compromise and the value of their work.</w:t>
      </w:r>
      <w:r/>
    </w:p>
    <w:p>
      <w:r/>
      <w:r>
        <w:t>Chestbound brings family and gender identity into close focus, following a transmasculine young adult returning home after top surgery. Meanwhile, Tapestry: Reclaiming Our Past and Southern Sonshine widen the frame to include health, faith, HIV, ageing, stigma, resilience and legacy. The listings on South Florida Black Pride and Ticketor provide the event's programme and ticket details.</w:t>
      </w:r>
      <w:r/>
    </w:p>
    <w:p>
      <w:pPr>
        <w:pStyle w:val="Heading2"/>
      </w:pPr>
      <w:r>
        <w:t>Film meets painting, design and memory</w:t>
      </w:r>
      <w:r/>
    </w:p>
    <w:p>
      <w:r/>
      <w:r>
        <w:t>The evening won't stop when the credits roll. Visual artists Teepop and Rov Marley will extend the showcase into the gallery space, adding colour, texture and physical presence to a night otherwise shaped by moving images.</w:t>
      </w:r>
      <w:r/>
    </w:p>
    <w:p>
      <w:r/>
      <w:r>
        <w:t>Teepop's practice combines portraiture with graphic design, while Rov Marley's work draws on fine art, architecture, ceramics, fashion and the cultural influences of South Florida and Jamaica. Their inclusion matters because it treats storytelling as something audiences can see, feel and walk around, rather than simply watch from a seat.</w:t>
      </w:r>
      <w:r/>
    </w:p>
    <w:p>
      <w:r/>
      <w:r>
        <w:t>That cross-disciplinary approach also reflects the work of producer and curator Niki Lopez. Her wider creative practice connects visual storytelling with cultural programming, dialogue, healing and social impact, as her professional profile makes clear.</w:t>
      </w:r>
      <w:r/>
    </w:p>
    <w:p>
      <w:pPr>
        <w:pStyle w:val="Heading2"/>
      </w:pPr>
      <w:r>
        <w:t>The conversation continues after the screening</w:t>
      </w:r>
      <w:r/>
    </w:p>
    <w:p>
      <w:r/>
      <w:r>
        <w:t>A post-screening panel will explore what happens when Black queer stories leave the screen and return to everyday life. Topics are expected to include identity, community memory, creativity, health, representation and the ways people carry personal history.</w:t>
      </w:r>
      <w:r/>
    </w:p>
    <w:p>
      <w:r/>
      <w:r>
        <w:t>Kenan Cooper-Gilmore of Black Gay Table Talk will moderate, with panellists including Lopez, Black Alphabet's Adam McMath, Lorenzo Robertson of Ujima Men's Collective and filmmaker Lovely Jones of 2 Reel Kweenz Media. Their perspectives span independent film, activism, intergenerational storytelling and local creative work.</w:t>
      </w:r>
      <w:r/>
    </w:p>
    <w:p>
      <w:r/>
      <w:r>
        <w:t>For audiences, this may be the most valuable part of the evening. A screening can move people, but an honest conversation can help turn that feeling into recognition, debate or even a new connection. Black Gay Events lists the showcase among the region's relevant community gatherings.</w:t>
      </w:r>
      <w:r/>
    </w:p>
    <w:p>
      <w:pPr>
        <w:pStyle w:val="Heading2"/>
      </w:pPr>
      <w:r>
        <w:t>Plan your Fort Lauderdale evening</w:t>
      </w:r>
      <w:r/>
    </w:p>
    <w:p>
      <w:r/>
      <w:r>
        <w:t>The showcase takes place at Victory Black Box Theatre, inside the L.A. Lee YMCA/Mizell Community Center at 1409 NW 6th Street, third floor, Fort Lauderdale. Doors and programming are scheduled for 6pm to 10pm, giving visitors time to experience the films, art, discussion and community stalls in one evening.</w:t>
      </w:r>
      <w:r/>
    </w:p>
    <w:p>
      <w:r/>
      <w:r>
        <w:t>Early-bird tickets are advertised at $10, although it's sensible to check South Florida Black Pride's official ticket page before travelling, as availability and pricing can change. The event listing on Ticketor also confirms the date, venue and ticket information.</w:t>
      </w:r>
      <w:r/>
    </w:p>
    <w:p>
      <w:r/>
      <w:r>
        <w:t>Arriving early should make it easier to settle in, look around the art displays and avoid rushing straight into the first screening. Bring curiosity, too. This is the sort of night where a quiet short film, a bold painting or a brief conversation in the lobby may stay with you longer than expected.</w:t>
      </w:r>
      <w:r/>
    </w:p>
    <w:p>
      <w:r/>
      <w:r>
        <w:t>It's an evening where cinema, memory and community share the same room.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4">
        <w:r>
          <w:rPr>
            <w:color w:val="0000EE"/>
            <w:u w:val="single"/>
          </w:rPr>
          <w:t>[6]</w:t>
        </w:r>
      </w:hyperlink>
      <w:r>
        <w:t xml:space="preserve">- Paragraph 11: </w:t>
      </w:r>
      <w:hyperlink r:id="rId12">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5">
        <w:r>
          <w:rPr>
            <w:color w:val="0000EE"/>
            <w:u w:val="single"/>
          </w:rPr>
          <w:t>[7]</w:t>
        </w:r>
      </w:hyperlink>
      <w:r>
        <w:t xml:space="preserve">- Paragraph 13: </w:t>
      </w:r>
      <w:hyperlink r:id="rId11">
        <w:r>
          <w:rPr>
            <w:color w:val="0000EE"/>
            <w:u w:val="single"/>
          </w:rPr>
          <w:t>[3]</w:t>
        </w:r>
      </w:hyperlink>
      <w:r>
        <w:t xml:space="preserve">, </w:t>
      </w:r>
      <w:hyperlink r:id="rId12">
        <w:r>
          <w:rPr>
            <w:color w:val="0000EE"/>
            <w:u w:val="single"/>
          </w:rPr>
          <w:t>[4]</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2">
        <w:r>
          <w:rPr>
            <w:color w:val="0000EE"/>
            <w:u w:val="single"/>
          </w:rPr>
          <w:t>[4]</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https://www.gayemagazine.com/shades-of-black-returns-for-its-third-annual-south-florida-black-pride-film-showcase/</w:t>
        </w:r>
      </w:hyperlink>
      <w:r>
        <w:t xml:space="preserve"> - Please view link - unable to able to access data</w:t>
      </w:r>
      <w:r/>
    </w:p>
    <w:p>
      <w:pPr>
        <w:pStyle w:val="ListNumber"/>
        <w:spacing w:line="240" w:lineRule="auto"/>
        <w:ind w:left="720"/>
      </w:pPr>
      <w:r/>
      <w:hyperlink r:id="rId10">
        <w:r>
          <w:rPr>
            <w:color w:val="0000EE"/>
            <w:u w:val="single"/>
          </w:rPr>
          <w:t>https://www.blackalphabet.org/event-details/black-alphabet-film-festival-south-florida</w:t>
        </w:r>
      </w:hyperlink>
      <w:r>
        <w:t xml:space="preserve"> - The Black Alphabet Film Festival in South Florida is scheduled for Friday, October 9, 2026, from 6:00 PM to 10:00 PM at the Victory Black Box Theatre in Fort Lauderdale. This event is part of the South Florida Black Pride's Heat Wave Weekend and features a curated selection of short films by Black LGBTQ+ filmmakers, visual art by local Black artists, and a post-film community conversation. The showcase is produced and coordinated by Niki Lopez of Niki Lopez Creative, an award-winning Afro-Latina interdisciplinary artist and cultural producer.</w:t>
      </w:r>
      <w:r/>
    </w:p>
    <w:p>
      <w:pPr>
        <w:pStyle w:val="ListNumber"/>
        <w:spacing w:line="240" w:lineRule="auto"/>
        <w:ind w:left="720"/>
      </w:pPr>
      <w:r/>
      <w:hyperlink r:id="rId11">
        <w:r>
          <w:rPr>
            <w:color w:val="0000EE"/>
            <w:u w:val="single"/>
          </w:rPr>
          <w:t>https://www.cultureowl.com/events/shades-of-black-film-showcase-2026-south-florida-b</w:t>
        </w:r>
      </w:hyperlink>
      <w:r>
        <w:t xml:space="preserve"> - The Shades of Black Film Showcase 2026, presented by South Florida Black Pride and Black Alphabet, is set for Friday, October 9, 2026, from 6:00 PM to 10:00 PM at the Victory Black Box Theatre at L.A. Lee YMCA/Mizell Community Center in Fort Lauderdale. The event includes seven short films exploring themes such as love, creativity, family, gender identity, health, cultural memory, resilience, and Black queer life across generations. The evening also features visual art by South Florida artists Teepop and Rov Marley, vendors, and a live post-film community conversation moderated by Kenan Cooper-Gilmore of Black Gay Table Talk.</w:t>
      </w:r>
      <w:r/>
    </w:p>
    <w:p>
      <w:pPr>
        <w:pStyle w:val="ListNumber"/>
        <w:spacing w:line="240" w:lineRule="auto"/>
        <w:ind w:left="720"/>
      </w:pPr>
      <w:r/>
      <w:hyperlink r:id="rId12">
        <w:r>
          <w:rPr>
            <w:color w:val="0000EE"/>
            <w:u w:val="single"/>
          </w:rPr>
          <w:t>https://www.ticketor.com/southfloridablackpride/Event/shades-of-black-film-showcase-2026-367055</w:t>
        </w:r>
      </w:hyperlink>
      <w:r>
        <w:t xml:space="preserve"> - The Shades of Black Film Showcase 2026 is scheduled for Friday, October 9, 2026, from 6:00 PM to 10:00 PM at the Victory Black Box Theatre in Fort Lauderdale, Florida. Presented by South Florida Black Pride and Black Alphabet as part of Heat Wave Weekend, the event features a curated selection of short films by Black LGBTQ+ filmmakers, visual art by local Black artists, vendors, and a post-film community conversation. The showcase is produced and coordinated by Niki Lopez of Niki Lopez Creative, whose work bridges creative storytelling, cultural programming, advocacy, and community connection.</w:t>
      </w:r>
      <w:r/>
    </w:p>
    <w:p>
      <w:pPr>
        <w:pStyle w:val="ListNumber"/>
        <w:spacing w:line="240" w:lineRule="auto"/>
        <w:ind w:left="720"/>
      </w:pPr>
      <w:r/>
      <w:hyperlink r:id="rId13">
        <w:r>
          <w:rPr>
            <w:color w:val="0000EE"/>
            <w:u w:val="single"/>
          </w:rPr>
          <w:t>https://blackgayevents.com/event/shades-of-black-film-showcase-south-florida-black-pride/</w:t>
        </w:r>
      </w:hyperlink>
      <w:r>
        <w:t xml:space="preserve"> - The Shades of Black Film Showcase returns for its third annual South Florida Black Pride presentation on Friday, October 9, 2026, from 6:00 PM to 10:00 PM at the Victory Black Box Theatre at L.A. Lee YMCA/Mizell Community Center in Fort Lauderdale. The event brings together Black LGBTQ+ film, visual art, and community conversation, featuring a curated selection of short films, visual art by local Black artists Teepop and Rov Marley, vendors, and a live post-film community conversation moderated by Kenan Cooper-Gilmore of Black Gay Table Talk. The showcase is produced and coordinated by Niki Lopez of Niki Lopez Creative.</w:t>
      </w:r>
      <w:r/>
    </w:p>
    <w:p>
      <w:pPr>
        <w:pStyle w:val="ListNumber"/>
        <w:spacing w:line="240" w:lineRule="auto"/>
        <w:ind w:left="720"/>
      </w:pPr>
      <w:r/>
      <w:hyperlink r:id="rId14">
        <w:r>
          <w:rPr>
            <w:color w:val="0000EE"/>
            <w:u w:val="single"/>
          </w:rPr>
          <w:t>https://www.inclusivity.org/pride/south-florida-black-pride</w:t>
        </w:r>
      </w:hyperlink>
      <w:r>
        <w:t xml:space="preserve"> - South Florida Black Pride is a weekend celebration of Black LGBTQ+ life across Fort Lauderdale, Wilton Manors, Hollywood, and Miami, hosted by Afro Pride Federation Inc. The 2026 program, its fifth annual edition, includes a film and art showcase, a beach celebration at Haulover Beach, a pool party, and evening events. The next edition is scheduled for October 8-11, 2026, at multiple venues in Broward and Miami-Dade counties in Fort Lauderdale, Florida.</w:t>
      </w:r>
      <w:r/>
    </w:p>
    <w:p>
      <w:pPr>
        <w:pStyle w:val="ListNumber"/>
        <w:spacing w:line="240" w:lineRule="auto"/>
        <w:ind w:left="720"/>
      </w:pPr>
      <w:r/>
      <w:hyperlink r:id="rId15">
        <w:r>
          <w:rPr>
            <w:color w:val="0000EE"/>
            <w:u w:val="single"/>
          </w:rPr>
          <w:t>https://nikilopez.art</w:t>
        </w:r>
      </w:hyperlink>
      <w:r>
        <w:t xml:space="preserve"> - Niki Lopez Creative is a mission-driven agency specializing in cultural programming, community engagement, and impact-driven creative strategy. Founded by Niki Lopez, an award-winning Afro-Latina interdisciplinary artist and cultural producer, the agency focuses on creative storytelling, cultural programming, advocacy, and community connection. Niki Lopez is also the founder of What’s Your Elephant™, a South Florida–based arts and education nonprofit that uses creative expression to address the unspoken and foster dialogue and transformation.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emagazine.com/shades-of-black-returns-for-its-third-annual-south-florida-black-pride-film-showcase/" TargetMode="External"/><Relationship Id="rId10" Type="http://schemas.openxmlformats.org/officeDocument/2006/relationships/hyperlink" Target="https://www.blackalphabet.org/event-details/black-alphabet-film-festival-south-florida" TargetMode="External"/><Relationship Id="rId11" Type="http://schemas.openxmlformats.org/officeDocument/2006/relationships/hyperlink" Target="https://www.cultureowl.com/events/shades-of-black-film-showcase-2026-south-florida-b" TargetMode="External"/><Relationship Id="rId12" Type="http://schemas.openxmlformats.org/officeDocument/2006/relationships/hyperlink" Target="https://www.ticketor.com/southfloridablackpride/Event/shades-of-black-film-showcase-2026-367055" TargetMode="External"/><Relationship Id="rId13" Type="http://schemas.openxmlformats.org/officeDocument/2006/relationships/hyperlink" Target="https://blackgayevents.com/event/shades-of-black-film-showcase-south-florida-black-pride/" TargetMode="External"/><Relationship Id="rId14" Type="http://schemas.openxmlformats.org/officeDocument/2006/relationships/hyperlink" Target="https://www.inclusivity.org/pride/south-florida-black-pride" TargetMode="External"/><Relationship Id="rId15" Type="http://schemas.openxmlformats.org/officeDocument/2006/relationships/hyperlink" Target="https://nikilopez.ar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