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Time-Travel Romance Books for Every Reader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 time-travel romance books for stories where impossible journeys create intimate, often thrilling connections. From modern women swept into the Regency era to lovers caught on opposite sides of a time war, these novels blend yearning, adventure and identity in wonderfully unpredictable ways.</w:t>
      </w:r>
      <w:r/>
    </w:p>
    <w:p>
      <w:pPr>
        <w:pStyle w:val="Heading2"/>
      </w:pPr>
      <w:r>
        <w:t>Why time travel makes romance feel sharper</w:t>
      </w:r>
      <w:r/>
    </w:p>
    <w:p>
      <w:r/>
      <w:r>
        <w:t>Time travel gives romance an instant emotional engine: two people aren't merely fighting social expectations, they're often fighting history itself. That pressure can make every conversation feel charged, especially when the characters must rely on one another in unfamiliar surroundings.</w:t>
      </w:r>
      <w:r/>
    </w:p>
    <w:p>
      <w:r/>
      <w:r>
        <w:t>The best queer time-travel romance books also use speculative ideas to explore belonging. A relationship can become a refuge when the world around the characters is unstable, hostile or simply impossible to understand. One Last Stop is the most widely recognised example, helping bring this particular blend of romance and science fiction to a broad readership.</w:t>
      </w:r>
      <w:r/>
    </w:p>
    <w:p>
      <w:pPr>
        <w:pStyle w:val="Heading2"/>
      </w:pPr>
      <w:r>
        <w:t>One Last Stop remains the obvious starting point</w:t>
      </w:r>
      <w:r/>
    </w:p>
    <w:p>
      <w:r/>
      <w:r>
        <w:t>Casey McQuiston's One Last Stop centres on a sapphic romance shaped by a mysterious encounter on the New York City subway. Its time-bending premise adds intrigue, but the appeal lies just as much in the character work, found family and warm sense of place.</w:t>
      </w:r>
      <w:r/>
    </w:p>
    <w:p>
      <w:r/>
      <w:r>
        <w:t>The novel's popularity has made it a useful gateway into queer speculative romance. Readers who enjoy its mix of contemporary life, longing and impossible circumstances may also appreciate stories that move further into historical fantasy, science fiction or high-concept adventure.</w:t>
      </w:r>
      <w:r/>
    </w:p>
    <w:p>
      <w:pPr>
        <w:pStyle w:val="Heading2"/>
      </w:pPr>
      <w:r>
        <w:t>Regency romance gets a queer time-travel twist</w:t>
      </w:r>
      <w:r/>
    </w:p>
    <w:p>
      <w:r/>
      <w:r>
        <w:t>Some of the most appealing stories in this space send modern-day women back to the Regency period. The contrast is delicious: contemporary expectations meet restrictive manners, elaborate clothing and a society where desire must often remain carefully hidden.</w:t>
      </w:r>
      <w:r/>
    </w:p>
    <w:p>
      <w:r/>
      <w:r>
        <w:t>That setup creates more than an excuse for costume drama. It gives the characters practical problems to solve, from fitting into unfamiliar social rules to finding a way home. Romance develops alongside the delicious uncertainty of whether either woman can safely reveal what she wants.</w:t>
      </w:r>
      <w:r/>
    </w:p>
    <w:p>
      <w:pPr>
        <w:pStyle w:val="Heading2"/>
      </w:pPr>
      <w:r>
        <w:t>From reluctant partners to something more</w:t>
      </w:r>
      <w:r/>
    </w:p>
    <w:p>
      <w:r/>
      <w:r>
        <w:t>Another strand follows two teenage boys who are thrown through time against their will. Forced cooperation becomes the starting point, with survival, escape and trust arriving before romance can properly take centre stage.</w:t>
      </w:r>
      <w:r/>
    </w:p>
    <w:p>
      <w:r/>
      <w:r>
        <w:t>That structure works because it lets affection grow through action. A shared danger can reveal character quickly: who stays calm, who takes risks and who notices when the other person is frightened. For readers who like queer sci-fi romance with momentum, this kind of reluctant-partner dynamic offers plenty of emotional traction.</w:t>
      </w:r>
      <w:r/>
    </w:p>
    <w:p>
      <w:pPr>
        <w:pStyle w:val="Heading2"/>
      </w:pPr>
      <w:r>
        <w:t>Bigger ideas, from body swaps to time wars</w:t>
      </w:r>
      <w:r/>
    </w:p>
    <w:p>
      <w:r/>
      <w:r>
        <w:t>The genre also makes room for playful premises, including an M/M romance inspired by the body-swap comedy 13 Going On 30. A sudden leap into another age can turn familiar romantic misunderstandings into something stranger, funnier and more poignant.</w:t>
      </w:r>
      <w:r/>
    </w:p>
    <w:p>
      <w:r/>
      <w:r>
        <w:t>At the opposite end, stories about agents on opposing sides of a time war bring grand stakes to an intimate relationship. Lovers may disagree about politics, allegiance and the future itself, yet still find themselves drawn together. It's a classic romance problem, just with considerably more temporal damage.</w:t>
      </w:r>
      <w:r/>
    </w:p>
    <w:p>
      <w:pPr>
        <w:pStyle w:val="Heading2"/>
      </w:pPr>
      <w:r>
        <w:t>How to choose your next queer time-travel romance</w:t>
      </w:r>
      <w:r/>
    </w:p>
    <w:p>
      <w:r/>
      <w:r>
        <w:t>Start with mood. Choose Regency stories if you want historical atmosphere and secret yearning, contemporary time travel for a more grounded emotional feel, or science fiction if you prefer danger, paradoxes and fast-moving plots.</w:t>
      </w:r>
      <w:r/>
    </w:p>
    <w:p>
      <w:r/>
      <w:r>
        <w:t>It also helps to consider the relationship dynamic. Do you want rivals, reluctant allies, strangers who become essential to each other or partners separated by ideology? Whatever your preference, the strongest books make the speculative premise serve the romance rather than overwhelm it.</w:t>
      </w:r>
      <w:r/>
    </w:p>
    <w:p>
      <w:r/>
      <w:r>
        <w:t>Time travel may complicate the route, but it often clarifies what the characters value. And that is why these stories remain so satisfying: across centuries, timelines and alternate futures, love still has a way of making people choose.</w:t>
      </w:r>
      <w:r/>
    </w:p>
    <w:p>
      <w:r/>
      <w:r>
        <w:t>It's a small literary detour with wonderfully large romantic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https://bookriot.com/queer-time-travel-romance-books/</w:t>
        </w:r>
      </w:hyperlink>
      <w:r>
        <w:t xml:space="preserve"> - Please view link - unable to able to access data</w:t>
      </w:r>
      <w:r/>
    </w:p>
    <w:p>
      <w:pPr>
        <w:pStyle w:val="ListNumber"/>
        <w:spacing w:line="240" w:lineRule="auto"/>
        <w:ind w:left="720"/>
      </w:pPr>
      <w:r/>
      <w:hyperlink r:id="rId9">
        <w:r>
          <w:rPr>
            <w:color w:val="0000EE"/>
            <w:u w:val="single"/>
          </w:rPr>
          <w:t>https://bookriot.com/queer-time-travel-romance-books/</w:t>
        </w:r>
      </w:hyperlink>
      <w:r>
        <w:t xml:space="preserve"> - This article from Book Riot presents a curated list of queer time travel romance novels, highlighting diverse narratives that blend romance with speculative elements. It features works like 'One Last Stop' by Casey McQuiston, a sapphic romance where modern-day women are transported back to the Regency era, and 'Time and Tide' by J.M. Frey, which follows a bisexual woman from the present day who finds herself in 1805. The piece also includes 'Time-Tripping Over You' by Brennon Lane, a sci-fi romance about two teen boys who involuntarily time-travel and must collaborate to escape their predicament. Additionally, it discusses 'New Adult' by Timothy Janovsky, an M/M romance inspired by the film '13 Going On 30', and 'This Is How You Lose the Time War' by Amal El-Mohtar and Max Gladstone, a love story between two agents on opposing sides of a time war.</w:t>
      </w:r>
      <w:r/>
    </w:p>
    <w:p>
      <w:pPr>
        <w:pStyle w:val="ListNumber"/>
        <w:spacing w:line="240" w:lineRule="auto"/>
        <w:ind w:left="720"/>
      </w:pPr>
      <w:r/>
      <w:hyperlink r:id="rId10">
        <w:r>
          <w:rPr>
            <w:color w:val="0000EE"/>
            <w:u w:val="single"/>
          </w:rPr>
          <w:t>https://en.wikipedia.org/wiki/One_Last_Stop</w:t>
        </w:r>
      </w:hyperlink>
      <w:r>
        <w:t xml:space="preserve"> - This Wikipedia page provides detailed information about 'One Last Stop', a 2021 LGBTQ romance novel by Casey McQuiston. The novel follows August Landry, a 23-year-old woman who moves to New York City and falls in love with Jane Su, a punk butch lesbian from the 1970s who is mysteriously trapped on the subway. The page includes background information, plot details, character descriptions, and reception of the novel, highlighting its positive reviews and accolades.</w:t>
      </w:r>
      <w:r/>
    </w:p>
    <w:p>
      <w:pPr>
        <w:pStyle w:val="ListNumber"/>
        <w:spacing w:line="240" w:lineRule="auto"/>
        <w:ind w:left="720"/>
      </w:pPr>
      <w:r/>
      <w:hyperlink r:id="rId11">
        <w:r>
          <w:rPr>
            <w:color w:val="0000EE"/>
            <w:u w:val="single"/>
          </w:rPr>
          <w:t>https://en.wikipedia.org/wiki/Casey_McQuiston</w:t>
        </w:r>
      </w:hyperlink>
      <w:r>
        <w:t xml:space="preserve"> - This Wikipedia article offers a comprehensive overview of Casey McQuiston, the author of 'One Last Stop'. It covers her early life, education, and career, including her previous works like 'Red, White &amp; Royal Blue'. The article discusses the inspiration behind 'One Last Stop', noting McQuiston's desire to write queer romantic comedies that reflect her own experiences and the lack of diverse representation in media during her youth. It also touches upon her writing style and the themes she explores in her novels.</w:t>
      </w:r>
      <w:r/>
    </w:p>
    <w:p>
      <w:pPr>
        <w:pStyle w:val="ListNumber"/>
        <w:spacing w:line="240" w:lineRule="auto"/>
        <w:ind w:left="720"/>
      </w:pPr>
      <w:r/>
      <w:hyperlink r:id="rId12">
        <w:r>
          <w:rPr>
            <w:color w:val="0000EE"/>
            <w:u w:val="single"/>
          </w:rPr>
          <w:t>https://rileylocke.net/books/one-last-stop/</w:t>
        </w:r>
      </w:hyperlink>
      <w:r>
        <w:t xml:space="preserve"> - This review of 'One Last Stop' by Riley Locke provides an in-depth analysis of the novel. It describes the book as a time-slip romance set entirely on the Q train, where the love interest, Jane, is a bisexual Chinese American activist displaced from a specific queer history. The review praises the novel's emotional depth, character development, and the exploration of themes like love, identity, and belonging. It also highlights the supporting ensemble cast and the book's joyful energy.</w:t>
      </w:r>
      <w:r/>
    </w:p>
    <w:p>
      <w:pPr>
        <w:pStyle w:val="ListNumber"/>
        <w:spacing w:line="240" w:lineRule="auto"/>
        <w:ind w:left="720"/>
      </w:pPr>
      <w:r/>
      <w:hyperlink r:id="rId13">
        <w:r>
          <w:rPr>
            <w:color w:val="0000EE"/>
            <w:u w:val="single"/>
          </w:rPr>
          <w:t>https://www.editorsreads.com/books/one-last-stop/</w:t>
        </w:r>
      </w:hyperlink>
      <w:r>
        <w:t xml:space="preserve"> - This review of 'One Last Stop' by Clara Whitmore discusses the novel's premise, where August, a cynical 23-year-old, meets Jane, a punk girl from 1977 who is stuck in 2020. The review praises the book for its emotionally rich time-displacement premise and the warmth of the found-family ensemble. It also notes the novel's exploration of themes like memory, identity, and love, and commends McQuiston's ability to blend romance with speculative elements.</w:t>
      </w:r>
      <w:r/>
    </w:p>
    <w:p>
      <w:pPr>
        <w:pStyle w:val="ListNumber"/>
        <w:spacing w:line="240" w:lineRule="auto"/>
        <w:ind w:left="720"/>
      </w:pPr>
      <w:r/>
      <w:hyperlink r:id="rId14">
        <w:r>
          <w:rPr>
            <w:color w:val="0000EE"/>
            <w:u w:val="single"/>
          </w:rPr>
          <w:t>https://juststartwith.com/en/sapphic-fiction/one-last-stop/</w:t>
        </w:r>
      </w:hyperlink>
      <w:r>
        <w:t xml:space="preserve"> - This article from Just Start With recommends 'One Last Stop' as a sapphic fiction novel that is warm, funny, and full of joy. It describes the book as a romantic comedy about a cynical twenty-three-year-old who falls for a gorgeous woman on the New York City subway, only to discover that her crush is a punk from the 1970s who has been displaced in time. The article highlights the novel's themes of time travel romance, found family, queer joy, and New York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queer-time-travel-romance-books/" TargetMode="External"/><Relationship Id="rId10" Type="http://schemas.openxmlformats.org/officeDocument/2006/relationships/hyperlink" Target="https://en.wikipedia.org/wiki/One_Last_Stop" TargetMode="External"/><Relationship Id="rId11" Type="http://schemas.openxmlformats.org/officeDocument/2006/relationships/hyperlink" Target="https://en.wikipedia.org/wiki/Casey_McQuiston" TargetMode="External"/><Relationship Id="rId12" Type="http://schemas.openxmlformats.org/officeDocument/2006/relationships/hyperlink" Target="https://rileylocke.net/books/one-last-stop/" TargetMode="External"/><Relationship Id="rId13" Type="http://schemas.openxmlformats.org/officeDocument/2006/relationships/hyperlink" Target="https://www.editorsreads.com/books/one-last-stop/" TargetMode="External"/><Relationship Id="rId14" Type="http://schemas.openxmlformats.org/officeDocument/2006/relationships/hyperlink" Target="https://juststartwith.com/en/sapphic-fiction/one-last-sto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