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Manayunk for National Coming Out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Visitors can expect a lively day of LGBTQ+ events in Manayunk on 3 October, with a free Queer Run 5K, drag performances, karaoke, community resources and two chances to see </w:t>
      </w:r>
      <w:r>
        <w:rPr>
          <w:b/>
          <w:i/>
        </w:rPr>
        <w:t>The Rocky Horror Picture Show</w:t>
      </w:r>
      <w:r>
        <w:rPr>
          <w:b/>
        </w:rPr>
        <w:t>. The annual celebration matters because it turns local streets, shops and venues into an open, welcoming space ahead of National Coming Out Day.</w:t>
      </w:r>
      <w:r/>
    </w:p>
    <w:p>
      <w:pPr>
        <w:pStyle w:val="Heading2"/>
      </w:pPr>
      <w:r>
        <w:t>Essential Takeaways</w:t>
      </w:r>
      <w:r/>
      <w:r/>
    </w:p>
    <w:p>
      <w:pPr>
        <w:pStyle w:val="ListBullet"/>
        <w:spacing w:line="240" w:lineRule="auto"/>
        <w:ind w:left="720"/>
      </w:pPr>
      <w:r/>
      <w:r>
        <w:rPr>
          <w:b/>
        </w:rPr>
        <w:t>Free morning run:</w:t>
      </w:r>
      <w:r>
        <w:t xml:space="preserve"> The Queer Run 5K is open to all abilities and starts at 9am.</w:t>
      </w:r>
      <w:r/>
    </w:p>
    <w:p>
      <w:pPr>
        <w:pStyle w:val="ListBullet"/>
        <w:spacing w:line="240" w:lineRule="auto"/>
        <w:ind w:left="720"/>
      </w:pPr>
      <w:r/>
      <w:r>
        <w:rPr>
          <w:b/>
        </w:rPr>
        <w:t>Drag-filled afternoon:</w:t>
      </w:r>
      <w:r>
        <w:t xml:space="preserve"> Story time, a live show and karaoke bring colour and plenty of camp to Gay Street.</w:t>
      </w:r>
      <w:r/>
    </w:p>
    <w:p>
      <w:pPr>
        <w:pStyle w:val="ListBullet"/>
        <w:spacing w:line="240" w:lineRule="auto"/>
        <w:ind w:left="720"/>
      </w:pPr>
      <w:r/>
      <w:r>
        <w:rPr>
          <w:b/>
        </w:rPr>
        <w:t>Two evening screenings:</w:t>
      </w:r>
      <w:r>
        <w:t xml:space="preserve"> </w:t>
      </w:r>
      <w:r>
        <w:rPr>
          <w:i/>
        </w:rPr>
        <w:t>The Rocky Horror Picture Show</w:t>
      </w:r>
      <w:r>
        <w:t xml:space="preserve"> will be presented at 6pm and 9pm.</w:t>
      </w:r>
      <w:r/>
    </w:p>
    <w:p>
      <w:pPr>
        <w:pStyle w:val="ListBullet"/>
        <w:spacing w:line="240" w:lineRule="auto"/>
        <w:ind w:left="720"/>
      </w:pPr>
      <w:r/>
      <w:r>
        <w:rPr>
          <w:b/>
        </w:rPr>
        <w:t>Useful community support:</w:t>
      </w:r>
      <w:r>
        <w:t xml:space="preserve"> Local organisations will share information and resources throughout the event.</w:t>
      </w:r>
      <w:r/>
    </w:p>
    <w:p>
      <w:pPr>
        <w:pStyle w:val="ListBullet"/>
        <w:spacing w:line="240" w:lineRule="auto"/>
        <w:ind w:left="720"/>
      </w:pPr>
      <w:r/>
      <w:r>
        <w:rPr>
          <w:b/>
        </w:rPr>
        <w:t>Local flavour:</w:t>
      </w:r>
      <w:r>
        <w:t xml:space="preserve"> Participating businesses will offer food and drink specials during the celebration.</w:t>
      </w:r>
      <w:r/>
      <w:r/>
    </w:p>
    <w:p>
      <w:pPr>
        <w:pStyle w:val="Heading2"/>
      </w:pPr>
      <w:r>
        <w:t>Manayunk’s LGBTQ+ celebration returns with plenty to see</w:t>
      </w:r>
      <w:r/>
    </w:p>
    <w:p>
      <w:r/>
      <w:r>
        <w:t>Manayunk’s annual Out &amp; About in MNYK celebration is shaping up to be more than a single performance or parade-style moment. On 3 October, the Philadelphia neighbourhood will host a full day of LGBTQ+ events, moving from an energetic morning run to drag, music and late-day theatre.</w:t>
      </w:r>
      <w:r/>
    </w:p>
    <w:p>
      <w:r/>
      <w:r>
        <w:t>The programme has a particularly appealing rhythm. Visitors can start with trainers and coffee, wander through Gay Street for performances, then settle in for a cult film by evening. According to Manayunk Development Corporation information, the event is designed to bring businesses, performers and community groups together in one accessible celebration.</w:t>
      </w:r>
      <w:r/>
    </w:p>
    <w:p>
      <w:r/>
      <w:r>
        <w:t>National Coming Out Day falls on 11 October, so the timing gives the neighbourhood a chance to begin the conversation early. It also makes the day feel practical as well as festive, with support organisations included alongside the entertainment.</w:t>
      </w:r>
      <w:r/>
    </w:p>
    <w:p>
      <w:pPr>
        <w:pStyle w:val="Heading2"/>
      </w:pPr>
      <w:r>
        <w:t>Start with a welcoming Queer Run 5K</w:t>
      </w:r>
      <w:r/>
    </w:p>
    <w:p>
      <w:r/>
      <w:r>
        <w:t>The morning begins at 9am with Philadelphia Runner’s Out &amp; About Queer Run 5K. At roughly three miles, it’s intended for people with different levels of running experience, so nobody needs to arrive looking like they’ve trained for a marathon.</w:t>
      </w:r>
      <w:r/>
    </w:p>
    <w:p>
      <w:r/>
      <w:r>
        <w:t>HOKA will also be present with demo shoes, adding a useful retail element for anyone curious about trying a different pair. Industry event listings describe the run as free, making it one of the easiest ways to join the celebration without buying a ticket.</w:t>
      </w:r>
      <w:r/>
    </w:p>
    <w:p>
      <w:r/>
      <w:r>
        <w:t>For casual participants, the best approach is simple: wear comfortable clothes, bring water and arrive with enough time to check in. The social atmosphere is likely to matter as much as the pace, especially for people looking for an easy introduction to Manayunk’s LGBTQ+ community.</w:t>
      </w:r>
      <w:r/>
    </w:p>
    <w:p>
      <w:pPr>
        <w:pStyle w:val="Heading2"/>
      </w:pPr>
      <w:r>
        <w:t>Drag, story time and karaoke take over Gay Street</w:t>
      </w:r>
      <w:r/>
    </w:p>
    <w:p>
      <w:r/>
      <w:r>
        <w:t>Later in the morning, Philly Drag Mafia will bring its signature energy to Art Alley on Gay Street. Drag Queen Story Time with Brittany Lynn starts at 11am, followed by an outdoor drag show at 1pm and a karaoke dance party at 2pm.</w:t>
      </w:r>
      <w:r/>
    </w:p>
    <w:p>
      <w:r/>
      <w:r>
        <w:t>That sequence gives the afternoon a pleasingly informal feel. You can dip in for one event, stay for all three or simply follow the music and see where the crowd gathers. DJ Da Boo Boo will provide the soundtrack, so expect a colourful, noisy change of pace from the quiet concentration of the morning run.</w:t>
      </w:r>
      <w:r/>
    </w:p>
    <w:p>
      <w:r/>
      <w:r>
        <w:t>The organisers have also included representatives from AccessMatters, Big Brothers Big Sisters Independence and Philadelphia FIGHT. According to event coverage from local publications, their presence means visitors can find community information and support while enjoying the performances.</w:t>
      </w:r>
      <w:r/>
    </w:p>
    <w:p>
      <w:pPr>
        <w:pStyle w:val="Heading2"/>
      </w:pPr>
      <w:r>
        <w:t xml:space="preserve">Why </w:t>
      </w:r>
      <w:r>
        <w:rPr>
          <w:i/>
        </w:rPr>
        <w:t>Rocky Horror</w:t>
      </w:r>
      <w:r>
        <w:t xml:space="preserve"> remains the perfect finale</w:t>
      </w:r>
      <w:r/>
    </w:p>
    <w:p>
      <w:r/>
      <w:r>
        <w:t xml:space="preserve">The evening moves to Venice Island Performing Arts Center, where Transylvanian Nipple Productions will stage </w:t>
      </w:r>
      <w:r>
        <w:rPr>
          <w:i/>
        </w:rPr>
        <w:t>The Rocky Horror Picture Show</w:t>
      </w:r>
      <w:r>
        <w:t xml:space="preserve"> at 6pm and 9pm. Tickets cost $20, with each ticket also entering its holder into a raffle featuring items from local bookshops.</w:t>
      </w:r>
      <w:r/>
    </w:p>
    <w:p>
      <w:r/>
      <w:r>
        <w:t>TNP has been performing the cult classic since 1997, and its shadowcast format is built for audience participation. Live performers, theatrical costumes and the familiar film create an experience that feels closer to a party than a conventional screening.</w:t>
      </w:r>
      <w:r/>
    </w:p>
    <w:p>
      <w:r/>
      <w:r>
        <w:t xml:space="preserve">Costumes are encouraged, while prop bags will be available to buy at the venue. If you’re new to </w:t>
      </w:r>
      <w:r>
        <w:rPr>
          <w:i/>
        </w:rPr>
        <w:t>Rocky Horror</w:t>
      </w:r>
      <w:r>
        <w:t>, don’t worry about mastering every tradition before you arrive. The fun is in joining the noise, the silliness and the wonderfully over-the-top atmosphere.</w:t>
      </w:r>
      <w:r/>
    </w:p>
    <w:p>
      <w:pPr>
        <w:pStyle w:val="Heading2"/>
      </w:pPr>
      <w:r>
        <w:t>Food, drinks and local businesses keep the day moving</w:t>
      </w:r>
      <w:r/>
    </w:p>
    <w:p>
      <w:r/>
      <w:r>
        <w:t>Several Manayunk venues are expected to offer food and drink specials, including Blondie, Cactus Cantina, Lucky’s Last Chance, Taqueria Amor, Riptide Tavern and The Brass Tap. That gives visitors plenty of options between the outdoor programming and the evening shows.</w:t>
      </w:r>
      <w:r/>
    </w:p>
    <w:p>
      <w:r/>
      <w:r>
        <w:t xml:space="preserve">A little planning will help. Choose the performances you most want to see, check travel and parking arrangements before setting off, and book a </w:t>
      </w:r>
      <w:r>
        <w:rPr>
          <w:i/>
        </w:rPr>
        <w:t>Rocky Horror</w:t>
      </w:r>
      <w:r>
        <w:t xml:space="preserve"> ticket if you’re aiming for a particular screening. The 6pm show may suit families and early diners, while the later performance could appeal to those who want to make a full evening of it.</w:t>
      </w:r>
      <w:r/>
    </w:p>
    <w:p>
      <w:r/>
      <w:r>
        <w:t>The wider appeal is clear: this is a neighbourhood celebration with enough variety to suit runners, theatre fans, drag devotees and curious newcomers alike. It’s a bright, human reminder that inclusion can be both meaningful and joyful.</w:t>
      </w:r>
      <w:r/>
    </w:p>
    <w:p>
      <w:r/>
      <w:r>
        <w:t>Explore the full programme and plan your favourite stops around Manayunk’s LGBTQ+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https://epgn.com/2026/09/29/out-about-in-mnyk-returns-with-drag-rocky-horror-queer-run-5k/</w:t>
        </w:r>
      </w:hyperlink>
      <w:r>
        <w:t xml:space="preserve"> - Please view link - unable to able to access data</w:t>
      </w:r>
      <w:r/>
    </w:p>
    <w:p>
      <w:pPr>
        <w:pStyle w:val="ListNumber"/>
        <w:spacing w:line="240" w:lineRule="auto"/>
        <w:ind w:left="720"/>
      </w:pPr>
      <w:r/>
      <w:hyperlink r:id="rId10">
        <w:r>
          <w:rPr>
            <w:color w:val="0000EE"/>
            <w:u w:val="single"/>
          </w:rPr>
          <w:t>https://manayunk.com/mnyk-events/coming-out-day/</w:t>
        </w:r>
      </w:hyperlink>
      <w:r>
        <w:t xml:space="preserve"> - The Manayunk Development Corporation is hosting the annual Out &amp; About in MNYK event on October 3, 2026, in celebration of National Coming Out Day. The day's activities include a free 5K run, drag performances, karaoke, and two screenings of 'The Rocky Horror Picture Show' at Venice Island Performing Arts Center. The event aims to highlight the diversity and heart of Manayunk, creating a space where everyone feels seen, celebrated, and welcomed. (</w:t>
      </w:r>
      <w:hyperlink r:id="rId16">
        <w:r>
          <w:rPr>
            <w:color w:val="0000EE"/>
            <w:u w:val="single"/>
          </w:rPr>
          <w:t>manayunk.com</w:t>
        </w:r>
      </w:hyperlink>
      <w:r>
        <w:t>)</w:t>
      </w:r>
      <w:r/>
    </w:p>
    <w:p>
      <w:pPr>
        <w:pStyle w:val="ListNumber"/>
        <w:spacing w:line="240" w:lineRule="auto"/>
        <w:ind w:left="720"/>
      </w:pPr>
      <w:r/>
      <w:hyperlink r:id="rId11">
        <w:r>
          <w:rPr>
            <w:color w:val="0000EE"/>
            <w:u w:val="single"/>
          </w:rPr>
          <w:t>https://www.phillyvoice.com/manayunk-out-about-2026-drag-show-rocky-horror-coming-out-day/</w:t>
        </w:r>
      </w:hyperlink>
      <w:r>
        <w:t xml:space="preserve"> - PhillyVoice reports that Manayunk's Out &amp; About celebration returns on October 3, 2026, featuring a free 5K run, drag performances, karaoke, and two live shadowcast performances of 'The Rocky Horror Picture Show' at Venice Island Performing Arts Center. The event is organized by the Manayunk Development Corporation and aims to bring the community together in celebration of National Coming Out Day. (</w:t>
      </w:r>
      <w:hyperlink r:id="rId17">
        <w:r>
          <w:rPr>
            <w:color w:val="0000EE"/>
            <w:u w:val="single"/>
          </w:rPr>
          <w:t>phillyvoice.com</w:t>
        </w:r>
      </w:hyperlink>
      <w:r>
        <w:t>)</w:t>
      </w:r>
      <w:r/>
    </w:p>
    <w:p>
      <w:pPr>
        <w:pStyle w:val="ListNumber"/>
        <w:spacing w:line="240" w:lineRule="auto"/>
        <w:ind w:left="720"/>
      </w:pPr>
      <w:r/>
      <w:hyperlink r:id="rId12">
        <w:r>
          <w:rPr>
            <w:color w:val="0000EE"/>
            <w:u w:val="single"/>
          </w:rPr>
          <w:t>https://theridgereview.com/2026/09/manayunks-out-about-returns-oct-3-with-5k-drag-show-and-two-rocky-horror-screenings/</w:t>
        </w:r>
      </w:hyperlink>
      <w:r>
        <w:t xml:space="preserve"> - The Ridge Review announces that Manayunk's Out &amp; About celebration is set for October 3, 2026, featuring a free 5K run, drag performances, karaoke, and two screenings of 'The Rocky Horror Picture Show' at Venice Island Performing Arts Center. The event is organized by the Manayunk Development Corporation and aims to bring the community together in celebration of National Coming Out Day. (</w:t>
      </w:r>
      <w:hyperlink r:id="rId18">
        <w:r>
          <w:rPr>
            <w:color w:val="0000EE"/>
            <w:u w:val="single"/>
          </w:rPr>
          <w:t>theridgereview.com</w:t>
        </w:r>
      </w:hyperlink>
      <w:r>
        <w:t>)</w:t>
      </w:r>
      <w:r/>
    </w:p>
    <w:p>
      <w:pPr>
        <w:pStyle w:val="ListNumber"/>
        <w:spacing w:line="240" w:lineRule="auto"/>
        <w:ind w:left="720"/>
      </w:pPr>
      <w:r/>
      <w:hyperlink r:id="rId14">
        <w:r>
          <w:rPr>
            <w:color w:val="0000EE"/>
            <w:u w:val="single"/>
          </w:rPr>
          <w:t>https://www.broadwayworld.com/philadelphia/article/OUT-ABOUT-IN-MNYK-to-Feature-Drag-Story-Time-and-ROCKY-HORROR-20260922</w:t>
        </w:r>
      </w:hyperlink>
      <w:r>
        <w:t xml:space="preserve"> - BroadwayWorld reports that Manayunk's Out &amp; About in MNYK event on October 3, 2026, will feature drag story time hosted by Brittany Lynn, an open-air drag show with Philly Drag Mafia and DJ Da Boo Boo, a karaoke dance party, and two live shadowcast performances of 'The Rocky Horror Picture Show' by Transylvanian Nipple Productions at Venice Island Performing Arts Center. The event is organized by the Manayunk Development Corporation and aims to promote Manayunk as an inclusive destination. (</w:t>
      </w:r>
      <w:hyperlink r:id="rId19">
        <w:r>
          <w:rPr>
            <w:color w:val="0000EE"/>
            <w:u w:val="single"/>
          </w:rPr>
          <w:t>broadwayworld.com</w:t>
        </w:r>
      </w:hyperlink>
      <w:r>
        <w:t>)</w:t>
      </w:r>
      <w:r/>
    </w:p>
    <w:p>
      <w:pPr>
        <w:pStyle w:val="ListNumber"/>
        <w:spacing w:line="240" w:lineRule="auto"/>
        <w:ind w:left="720"/>
      </w:pPr>
      <w:r/>
      <w:hyperlink r:id="rId13">
        <w:r>
          <w:rPr>
            <w:color w:val="0000EE"/>
            <w:u w:val="single"/>
          </w:rPr>
          <w:t>https://risecelestialstudios.com/manayunk-out-about-2026-features-drag-shows-queer-run-and-rocky-horror/</w:t>
        </w:r>
      </w:hyperlink>
      <w:r>
        <w:t xml:space="preserve"> - Rise Celestial Studios reports that Manayunk's Out &amp; About celebration on October 3, 2026, will feature a free 5K run, drag performances, karaoke, and two live shadowcast performances of 'The Rocky Horror Picture Show' at Venice Island Performing Arts Center. The event is organized by the Manayunk Development Corporation and aims to bring the community together in celebration of National Coming Out Day. (</w:t>
      </w:r>
      <w:hyperlink r:id="rId20">
        <w:r>
          <w:rPr>
            <w:color w:val="0000EE"/>
            <w:u w:val="single"/>
          </w:rPr>
          <w:t>risecelestialstudios.com</w:t>
        </w:r>
      </w:hyperlink>
      <w:r>
        <w:t>)</w:t>
      </w:r>
      <w:r/>
    </w:p>
    <w:p>
      <w:pPr>
        <w:pStyle w:val="ListNumber"/>
        <w:spacing w:line="240" w:lineRule="auto"/>
        <w:ind w:left="720"/>
      </w:pPr>
      <w:r/>
      <w:hyperlink r:id="rId15">
        <w:r>
          <w:rPr>
            <w:color w:val="0000EE"/>
            <w:u w:val="single"/>
          </w:rPr>
          <w:t>https://www.mychesco.com/a/news/regional/manayunks-out-about-packs-main-street-with-pride-and-performance/</w:t>
        </w:r>
      </w:hyperlink>
      <w:r>
        <w:t xml:space="preserve"> - MyChesCo reports that Manayunk's Out &amp; About in MNYK event on October 3, 2026, will feature a free 5K run, drag performances, karaoke, and two live shadowcast performances of 'The Rocky Horror Picture Show' at Venice Island Performing Arts Center. The event is organized by the Manayunk Development Corporation and aims to bring the community together in celebration of National Coming Out Day. (</w:t>
      </w:r>
      <w:hyperlink r:id="rId21">
        <w:r>
          <w:rPr>
            <w:color w:val="0000EE"/>
            <w:u w:val="single"/>
          </w:rPr>
          <w:t>mychesco.com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29/out-about-in-mnyk-returns-with-drag-rocky-horror-queer-run-5k/" TargetMode="External"/><Relationship Id="rId10" Type="http://schemas.openxmlformats.org/officeDocument/2006/relationships/hyperlink" Target="https://manayunk.com/mnyk-events/coming-out-day/" TargetMode="External"/><Relationship Id="rId11" Type="http://schemas.openxmlformats.org/officeDocument/2006/relationships/hyperlink" Target="https://www.phillyvoice.com/manayunk-out-about-2026-drag-show-rocky-horror-coming-out-day/" TargetMode="External"/><Relationship Id="rId12" Type="http://schemas.openxmlformats.org/officeDocument/2006/relationships/hyperlink" Target="https://theridgereview.com/2026/09/manayunks-out-about-returns-oct-3-with-5k-drag-show-and-two-rocky-horror-screenings/" TargetMode="External"/><Relationship Id="rId13" Type="http://schemas.openxmlformats.org/officeDocument/2006/relationships/hyperlink" Target="https://risecelestialstudios.com/manayunk-out-about-2026-features-drag-shows-queer-run-and-rocky-horror/" TargetMode="External"/><Relationship Id="rId14" Type="http://schemas.openxmlformats.org/officeDocument/2006/relationships/hyperlink" Target="https://www.broadwayworld.com/philadelphia/article/OUT-ABOUT-IN-MNYK-to-Feature-Drag-Story-Time-and-ROCKY-HORROR-20260922" TargetMode="External"/><Relationship Id="rId15" Type="http://schemas.openxmlformats.org/officeDocument/2006/relationships/hyperlink" Target="https://www.mychesco.com/a/news/regional/manayunks-out-about-packs-main-street-with-pride-and-performance/" TargetMode="External"/><Relationship Id="rId16" Type="http://schemas.openxmlformats.org/officeDocument/2006/relationships/hyperlink" Target="https://manayunk.com/mnyk-events/coming-out-day/?utm_source=openai" TargetMode="External"/><Relationship Id="rId17" Type="http://schemas.openxmlformats.org/officeDocument/2006/relationships/hyperlink" Target="https://www.phillyvoice.com/manayunk-out-about-2026-drag-show-rocky-horror-coming-out-day/?utm_source=openai" TargetMode="External"/><Relationship Id="rId18" Type="http://schemas.openxmlformats.org/officeDocument/2006/relationships/hyperlink" Target="https://theridgereview.com/2026/09/manayunks-out-about-returns-oct-3-with-5k-drag-show-and-two-rocky-horror-screenings/?utm_source=openai" TargetMode="External"/><Relationship Id="rId19" Type="http://schemas.openxmlformats.org/officeDocument/2006/relationships/hyperlink" Target="https://www.broadwayworld.com/philadelphia/article/OUT-ABOUT-IN-MNYK-to-Feature-Drag-Story-Time-and-ROCKY-HORROR-20260922?utm_source=openai" TargetMode="External"/><Relationship Id="rId20" Type="http://schemas.openxmlformats.org/officeDocument/2006/relationships/hyperlink" Target="https://risecelestialstudios.com/manayunk-out-about-2026-features-drag-shows-queer-run-and-rocky-horror/?utm_source=openai" TargetMode="External"/><Relationship Id="rId21" Type="http://schemas.openxmlformats.org/officeDocument/2006/relationships/hyperlink" Target="https://www.mychesco.com/a/news/regional/manayunks-out-about-packs-main-street-with-pride-and-performanc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