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guide to Quilmes Pride March and community events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Quilmes is preparing for its 10th Pride, Diverse and Dissident March this Saturday 3 October, bringing music, performances, a community market and practical access-to-rights services to the city centre. The event matters as both a joyful celebration and a public platform for visibility, participation and LGBTQ+ community demands.</w:t>
      </w:r>
      <w:r/>
    </w:p>
    <w:p>
      <w:pPr>
        <w:pStyle w:val="Heading2"/>
      </w:pPr>
      <w:r>
        <w:t>Essential Takeaways</w:t>
      </w:r>
      <w:r/>
      <w:r/>
    </w:p>
    <w:p>
      <w:pPr>
        <w:pStyle w:val="ListBullet"/>
        <w:spacing w:line="240" w:lineRule="auto"/>
        <w:ind w:left="720"/>
      </w:pPr>
      <w:r/>
      <w:r>
        <w:rPr>
          <w:b/>
        </w:rPr>
        <w:t>When:</w:t>
      </w:r>
      <w:r>
        <w:t xml:space="preserve"> The gathering begins at 2pm on Saturday 3 October.</w:t>
      </w:r>
      <w:r/>
    </w:p>
    <w:p>
      <w:pPr>
        <w:pStyle w:val="ListBullet"/>
        <w:spacing w:line="240" w:lineRule="auto"/>
        <w:ind w:left="720"/>
      </w:pPr>
      <w:r/>
      <w:r>
        <w:rPr>
          <w:b/>
        </w:rPr>
        <w:t>Where:</w:t>
      </w:r>
      <w:r>
        <w:t xml:space="preserve"> Activities will centre on Rivadavia and Sarmiento, opposite Plaza San Martín and the Casa de las Culturas.</w:t>
      </w:r>
      <w:r/>
    </w:p>
    <w:p>
      <w:pPr>
        <w:pStyle w:val="ListBullet"/>
        <w:spacing w:line="240" w:lineRule="auto"/>
        <w:ind w:left="720"/>
      </w:pPr>
      <w:r/>
      <w:r>
        <w:rPr>
          <w:b/>
        </w:rPr>
        <w:t>What to expect:</w:t>
      </w:r>
      <w:r>
        <w:t xml:space="preserve"> Live music, artistic performances, a popular-economy market and community participation spaces.</w:t>
      </w:r>
      <w:r/>
    </w:p>
    <w:p>
      <w:pPr>
        <w:pStyle w:val="ListBullet"/>
        <w:spacing w:line="240" w:lineRule="auto"/>
        <w:ind w:left="720"/>
      </w:pPr>
      <w:r/>
      <w:r>
        <w:rPr>
          <w:b/>
        </w:rPr>
        <w:t>Useful services:</w:t>
      </w:r>
      <w:r>
        <w:t xml:space="preserve"> Rapid HIV and syphilis testing will be available, alongside advice on local programmes and rights.</w:t>
      </w:r>
      <w:r/>
    </w:p>
    <w:p>
      <w:pPr>
        <w:pStyle w:val="ListBullet"/>
        <w:spacing w:line="240" w:lineRule="auto"/>
        <w:ind w:left="720"/>
      </w:pPr>
      <w:r/>
      <w:r>
        <w:rPr>
          <w:b/>
        </w:rPr>
        <w:t>Featured performers:</w:t>
      </w:r>
      <w:r>
        <w:t xml:space="preserve"> Juana Rozas will headline the closing, with DJ Zeth Bando and other artists also appearing.</w:t>
      </w:r>
      <w:r/>
      <w:r/>
    </w:p>
    <w:p>
      <w:pPr>
        <w:pStyle w:val="Heading2"/>
      </w:pPr>
      <w:r>
        <w:t>Quilmes Pride March returns with a celebratory city-centre programme</w:t>
      </w:r>
      <w:r/>
    </w:p>
    <w:p>
      <w:r/>
      <w:r>
        <w:t>The 10th Quilmes Pride, Diverse and Dissident March will turn a central stretch of the city into a lively meeting point, with music in the air, stalls to browse and a strong sense of collective purpose. The gathering starts at 2pm at Rivadavia and Sarmiento, opposite Plaza San Martín and the Casa de las Culturas.</w:t>
      </w:r>
      <w:r/>
    </w:p>
    <w:p>
      <w:r/>
      <w:r>
        <w:t>According to local coverage, the event is organised by Quilmes' Pride March Organising Committee with support from the municipal administration. That combination of celebration and civic involvement has become a defining feature of the march, which is designed to be welcoming, visible and firmly connected to local life.</w:t>
      </w:r>
      <w:r/>
    </w:p>
    <w:p>
      <w:pPr>
        <w:pStyle w:val="Heading2"/>
      </w:pPr>
      <w:r>
        <w:t>Music, performances and a community market</w:t>
      </w:r>
      <w:r/>
    </w:p>
    <w:p>
      <w:r/>
      <w:r>
        <w:t>The programme offers plenty to keep the afternoon moving. Juana Rozas is scheduled to close the event, while Blujaus, Ketanminas, LU100, Max Tejera, Floor Anahi, Ornella Yori, Ludmi Herrera, Historikas de Quilmes and DJ Zeth Bando are also due to take part.</w:t>
      </w:r>
      <w:r/>
    </w:p>
    <w:p>
      <w:r/>
      <w:r>
        <w:t>The atmosphere won't be limited to the stage. Visitors can explore a popular-economy fair featuring entrepreneurs from Quilmes' diverse community, giving the day a practical local dimension as well as its cultural energy. Earlier editions have similarly combined performances, stalls and public participation, according to reporting by El Numeral and El Día.</w:t>
      </w:r>
      <w:r/>
    </w:p>
    <w:p>
      <w:pPr>
        <w:pStyle w:val="Heading2"/>
      </w:pPr>
      <w:r>
        <w:t>More than a parade: services on hand</w:t>
      </w:r>
      <w:r/>
    </w:p>
    <w:p>
      <w:r/>
      <w:r>
        <w:t>One of the most useful elements is the presence of municipal health and rights services. The Health Secretariat will provide rapid testing for HIV and syphilis, while the Directorate of Diversities will share information about community programmes and policies.</w:t>
      </w:r>
      <w:r/>
    </w:p>
    <w:p>
      <w:r/>
      <w:r>
        <w:t>Visitors will also be able to begin certain administrative procedures and receive guidance on applying for the Transformar programme. It means the march can offer something immediately useful, whether someone comes for the music, wants reliable information or simply needs a supportive place to ask questions.</w:t>
      </w:r>
      <w:r/>
    </w:p>
    <w:p>
      <w:pPr>
        <w:pStyle w:val="Heading2"/>
      </w:pPr>
      <w:r>
        <w:t>What visitors should know before they go</w:t>
      </w:r>
      <w:r/>
    </w:p>
    <w:p>
      <w:r/>
      <w:r>
        <w:t>If you're planning to attend, arriving near the 2pm start should make it easier to find the main meeting area and settle in before the performances gather pace. Comfortable shoes are a sensible choice, especially if you plan to move between the stage, the market and the information points.</w:t>
      </w:r>
      <w:r/>
    </w:p>
    <w:p>
      <w:r/>
      <w:r>
        <w:t>It may also be worth leaving time for the service stands rather than treating them as an afterthought. Health testing and rights advice are part of the event's purpose, and the relaxed outdoor setting can make those conversations feel more approachable.</w:t>
      </w:r>
      <w:r/>
    </w:p>
    <w:p>
      <w:pPr>
        <w:pStyle w:val="Heading2"/>
      </w:pPr>
      <w:r>
        <w:t>A milestone for Quilmes' LGBTQ+ community</w:t>
      </w:r>
      <w:r/>
    </w:p>
    <w:p>
      <w:r/>
      <w:r>
        <w:t>Reaching a tenth edition gives the march added weight. Previous Quilmes events have been described as spaces for visibility, celebration and demands, showing how the gathering has grown beyond a single afternoon of entertainment.</w:t>
      </w:r>
      <w:r/>
    </w:p>
    <w:p>
      <w:r/>
      <w:r>
        <w:t>That balance is what makes the event feel distinctive: colourful and upbeat on the surface, but rooted in ongoing conversations about rights, inclusion and recognition. For many attendees, it's a chance to celebrate openly while standing alongside neighbours and community organisations.</w:t>
      </w:r>
      <w:r/>
    </w:p>
    <w:p>
      <w:r/>
      <w:r>
        <w:t>It's a joyful afternoon with a practical purpose, and Quilmes is ready to make its tenth march count.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2">
        <w:r>
          <w:rPr>
            <w:color w:val="0000EE"/>
            <w:u w:val="single"/>
          </w:rPr>
          <w:t>[5]</w:t>
        </w:r>
      </w:hyperlink>
      <w:r>
        <w:t xml:space="preserve">- Paragraph 3: </w:t>
      </w:r>
      <w:hyperlink r:id="rId10">
        <w:r>
          <w:rPr>
            <w:color w:val="0000EE"/>
            <w:u w:val="single"/>
          </w:rPr>
          <w:t>[3]</w:t>
        </w:r>
      </w:hyperlink>
      <w:r>
        <w:t xml:space="preserve">, </w:t>
      </w:r>
      <w:hyperlink r:id="rId13">
        <w:r>
          <w:rPr>
            <w:color w:val="0000EE"/>
            <w:u w:val="single"/>
          </w:rPr>
          <w:t>[6]</w:t>
        </w:r>
      </w:hyperlink>
      <w:r>
        <w:t xml:space="preserve">- Paragraph 4: </w:t>
      </w:r>
      <w:hyperlink r:id="rId11">
        <w:r>
          <w:rPr>
            <w:color w:val="0000EE"/>
            <w:u w:val="single"/>
          </w:rPr>
          <w:t>[4]</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12">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2">
        <w:r>
          <w:rPr>
            <w:color w:val="0000EE"/>
            <w:u w:val="single"/>
          </w:rPr>
          <w:t>[5]</w:t>
        </w:r>
      </w:hyperlink>
      <w:r>
        <w:t xml:space="preserve">, </w:t>
      </w:r>
      <w:hyperlink r:id="rId13">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2">
        <w:r>
          <w:rPr>
            <w:color w:val="0000EE"/>
            <w:u w:val="single"/>
          </w:rPr>
          <w:t>[5]</w:t>
        </w:r>
      </w:hyperlink>
      <w:r>
        <w:t xml:space="preserve">, </w:t>
      </w:r>
      <w:hyperlink r:id="rId13">
        <w:r>
          <w:rPr>
            <w:color w:val="0000EE"/>
            <w:u w:val="single"/>
          </w:rPr>
          <w:t>[6]</w:t>
        </w:r>
      </w:hyperlink>
      <w:r>
        <w:t xml:space="preserve">- Paragraph 11: </w:t>
      </w:r>
      <w:hyperlink r:id="rId11">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https://www.cronica.com.ar/fmq/noticias-locales/quilmes-se-prepara-para-la-10-marcha-del-orgullo-diverso-y-disidente/</w:t>
        </w:r>
      </w:hyperlink>
      <w:r>
        <w:t xml:space="preserve"> - Please view link - unable to able to access data</w:t>
      </w:r>
      <w:r/>
    </w:p>
    <w:p>
      <w:pPr>
        <w:pStyle w:val="ListNumber"/>
        <w:spacing w:line="240" w:lineRule="auto"/>
        <w:ind w:left="720"/>
      </w:pPr>
      <w:r/>
      <w:hyperlink r:id="rId9">
        <w:r>
          <w:rPr>
            <w:color w:val="0000EE"/>
            <w:u w:val="single"/>
          </w:rPr>
          <w:t>https://www.cronica.com.ar/fmq/noticias-locales/quilmes-se-prepara-para-la-10-marcha-del-orgullo-diverso-y-disidente/</w:t>
        </w:r>
      </w:hyperlink>
      <w:r>
        <w:t xml:space="preserve"> - The article announces the 10th Marcha del Orgullo Diverso y Disidente in Quilmes, scheduled for Saturday, October 3, 2026. The event will take place at Rivadavia and Sarmiento, in front of Plaza San Martín and the Casa de las Culturas. Organised by the Comisión Organizadora de la Marcha del Orgullo de Quilmes, with support from the municipal government, the march will commence at 2:00 PM. The programme includes various cultural activities, music, a fair featuring local entrepreneurs, and spaces for community engagement. The closing performance will be by Juana Rozas, with additional acts from Blujaus, Ketanminas, LU100, Max Tejera, Floor Anahi, Ornella Yori, Ludmi Herrera, Historikas de Quilmes, and DJ Zeth Bando. Municipal health services will offer rapid HIV and syphilis testing, while the Dirección de Diversidades will provide information on programmes and policies for the community, assist with administrative procedures, and offer guidance on enrolling in the Transformar programme.</w:t>
      </w:r>
      <w:r/>
    </w:p>
    <w:p>
      <w:pPr>
        <w:pStyle w:val="ListNumber"/>
        <w:spacing w:line="240" w:lineRule="auto"/>
        <w:ind w:left="720"/>
      </w:pPr>
      <w:r/>
      <w:hyperlink r:id="rId10">
        <w:r>
          <w:rPr>
            <w:color w:val="0000EE"/>
            <w:u w:val="single"/>
          </w:rPr>
          <w:t>https://eltermometroweb.com/2026/09/28/el-3-de-octubre-se-realiza-la-marcha-del-orgullo-en-quilmes/</w:t>
        </w:r>
      </w:hyperlink>
      <w:r>
        <w:t xml:space="preserve"> - This article details the upcoming 10th Marcha del Orgullo Diverso y Disidente in Quilmes, set for Saturday, October 3, 2026. The event will be held at Rivadavia and Sarmiento, in front of Plaza San Martín and the Casa de las Culturas. Organised by the Comisión Organizadora de la Marcha del Orgullo de Quilmes, with support from the municipal government, the march will begin at 2:00 PM. The programme features a variety of cultural activities, music, a fair with local entrepreneurs, and spaces for community participation. The closing performance will be by Juana Rozas, with additional acts from Blujaus, Ketanminas, LU100, Max Tejera, Floor Anahi, Ornella Yori, Ludmi Herrera, Historikas de Quilmes, and DJ Zeth Bando. Municipal health services will offer rapid HIV and syphilis testing, while the Dirección de Diversidades will provide information on programmes and policies for the community, assist with administrative procedures, and offer guidance on enrolling in the Transformar programme.</w:t>
      </w:r>
      <w:r/>
    </w:p>
    <w:p>
      <w:pPr>
        <w:pStyle w:val="ListNumber"/>
        <w:spacing w:line="240" w:lineRule="auto"/>
        <w:ind w:left="720"/>
      </w:pPr>
      <w:r/>
      <w:hyperlink r:id="rId11">
        <w:r>
          <w:rPr>
            <w:color w:val="0000EE"/>
            <w:u w:val="single"/>
          </w:rPr>
          <w:t>https://elnumeral.com/2023/09/30/se-viene-la-7-marcha-del-orgullo-diverso-y-disidente-de-quilmes/</w:t>
        </w:r>
      </w:hyperlink>
      <w:r>
        <w:t xml:space="preserve"> - This article discusses the 7th Marcha del Orgullo Diverso y Disidente in Quilmes, which took place on Saturday, September 30, 2023. The event was organised by the Comisión Organizadora de la Marcha del Orgullo de Quilmes, with support from the municipal government. The march began at 2:00 PM at Rivadavia and Sarmiento, in front of Plaza San Martín and the Casa de las Culturas. The programme included a variety of cultural activities and speeches addressing community issues. The closing performance was by rapper Sara Hebe, with additional acts from La DT, Gonzalo DCS, Ivo Medusa with Quilqueer, Atelier Pisani, Ari C, BoludAH prod., and the Mil Mandalas percussion school. A fair featuring local entrepreneurs from the Quilmes diversity community was also part of the event. The municipality provided support from the Cruz Roja, Dirección de Diversidades, Dirección de Juventudes, and the Universidad Nacional de Quilmes, offering assistance with administrative procedures and information on municipal programmes and policies, as well as access to justice and health services.</w:t>
      </w:r>
      <w:r/>
    </w:p>
    <w:p>
      <w:pPr>
        <w:pStyle w:val="ListNumber"/>
        <w:spacing w:line="240" w:lineRule="auto"/>
        <w:ind w:left="720"/>
      </w:pPr>
      <w:r/>
      <w:hyperlink r:id="rId12">
        <w:r>
          <w:rPr>
            <w:color w:val="0000EE"/>
            <w:u w:val="single"/>
          </w:rPr>
          <w:t>https://www.eldia.com/nota/2023-9-26-14-23-0-septima-marcha-del-orgullo-diverso-y-disidente-en-quilmes-quilmes</w:t>
        </w:r>
      </w:hyperlink>
      <w:r>
        <w:t xml:space="preserve"> - This article reports on the 7th Marcha del Orgullo Diverso y Disidente in Quilmes, held on Saturday, September 30, 2023. The event was organised by the Comisión Organizadora de la Marcha del Orgullo de Quilmes, with support from the municipal government. The march began at 2:00 PM at Rivadavia and Sarmiento, in front of Plaza San Martín and the Casa de las Culturas. The programme featured a wide range of cultural activities and speeches addressing community issues. The closing performance was by rapper Sara Hebe, with additional acts from La DT, Gonzalo DCS, Ivo Medusa with Quilqueer, Atelier Pisani, Ari C, BoludAH prod., and the Mil Mandalas percussion school. A fair featuring local entrepreneurs from the Quilmes diversity community was also part of the event. The municipality provided support from the Cruz Roja, Dirección de Diversidades, Dirección de Juventudes, and the Universidad Nacional de Quilmes, offering assistance with administrative procedures and information on municipal programmes and policies, as well as access to justice and health services.</w:t>
      </w:r>
      <w:r/>
    </w:p>
    <w:p>
      <w:pPr>
        <w:pStyle w:val="ListNumber"/>
        <w:spacing w:line="240" w:lineRule="auto"/>
        <w:ind w:left="720"/>
      </w:pPr>
      <w:r/>
      <w:hyperlink r:id="rId13">
        <w:r>
          <w:rPr>
            <w:color w:val="0000EE"/>
            <w:u w:val="single"/>
          </w:rPr>
          <w:t>https://www.eldia.com/nota/2022-11-15-10-38-0-marcha-del-orgullo-diverso-y-disidente-de-quilmes-quilmes</w:t>
        </w:r>
      </w:hyperlink>
      <w:r>
        <w:t xml:space="preserve"> - This article covers the 6th Marcha del Orgullo Diverso y Disidente in Quilmes, which took place on Saturday, November 19, 2022. The event was organised by the Comisión Organizadora de la Marcha del Orgullo de Quilmes, with support from the municipal government. The march began at 2:00 PM at Rivadavia and Sarmiento, in front of Plaza San Martín and the Casa de las Culturas. The programme included a variety of cultural activities and speeches addressing community issues. The closing performance was by Chocolate Remix, a leading exponent of lesbian reggaeton, performing for the first time in the Quilmes district. Additional acts included Brillitxs, Lucy Franco, Ana Condensada (from the municipal programme Que se escuche fuerte), Invisibl3s (queer dissident folklore), Laurent Tropikalia,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ronica.com.ar/fmq/noticias-locales/quilmes-se-prepara-para-la-10-marcha-del-orgullo-diverso-y-disidente/" TargetMode="External"/><Relationship Id="rId10" Type="http://schemas.openxmlformats.org/officeDocument/2006/relationships/hyperlink" Target="https://eltermometroweb.com/2026/09/28/el-3-de-octubre-se-realiza-la-marcha-del-orgullo-en-quilmes/" TargetMode="External"/><Relationship Id="rId11" Type="http://schemas.openxmlformats.org/officeDocument/2006/relationships/hyperlink" Target="https://elnumeral.com/2023/09/30/se-viene-la-7-marcha-del-orgullo-diverso-y-disidente-de-quilmes/" TargetMode="External"/><Relationship Id="rId12" Type="http://schemas.openxmlformats.org/officeDocument/2006/relationships/hyperlink" Target="https://www.eldia.com/nota/2023-9-26-14-23-0-septima-marcha-del-orgullo-diverso-y-disidente-en-quilmes-quilmes" TargetMode="External"/><Relationship Id="rId13" Type="http://schemas.openxmlformats.org/officeDocument/2006/relationships/hyperlink" Target="https://www.eldia.com/nota/2022-11-15-10-38-0-marcha-del-orgullo-diverso-y-disidente-de-quilmes-quilm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