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Gay Thriller Films for Stylish, Suspenseful Nights In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craving gay thriller films with erotic tension, psychological unease and proper edge-of-the-seat suspense have plenty to choose from. From Hitchcock's coded classic to sun-drenched modern mysteries, these films turn desire, secrecy and obsession into gripping cinema.</w:t>
      </w:r>
      <w:r/>
    </w:p>
    <w:p>
      <w:pPr>
        <w:pStyle w:val="Heading2"/>
      </w:pPr>
      <w:r>
        <w:t>Essential Takeaways</w:t>
      </w:r>
      <w:r/>
      <w:r/>
    </w:p>
    <w:p>
      <w:pPr>
        <w:pStyle w:val="ListBullet"/>
        <w:spacing w:line="240" w:lineRule="auto"/>
        <w:ind w:left="720"/>
      </w:pPr>
      <w:r/>
      <w:r>
        <w:rPr>
          <w:b/>
        </w:rPr>
        <w:t>Classic tension:</w:t>
      </w:r>
      <w:r>
        <w:t xml:space="preserve"> </w:t>
      </w:r>
      <w:r>
        <w:rPr>
          <w:i/>
        </w:rPr>
        <w:t>Rope</w:t>
      </w:r>
      <w:r>
        <w:t xml:space="preserve"> turns a dinner party into a tightly wound murder mystery.</w:t>
      </w:r>
      <w:r/>
    </w:p>
    <w:p>
      <w:pPr>
        <w:pStyle w:val="ListBullet"/>
        <w:spacing w:line="240" w:lineRule="auto"/>
        <w:ind w:left="720"/>
      </w:pPr>
      <w:r/>
      <w:r>
        <w:rPr>
          <w:b/>
        </w:rPr>
        <w:t>Provocative history:</w:t>
      </w:r>
      <w:r>
        <w:t xml:space="preserve"> </w:t>
      </w:r>
      <w:r>
        <w:rPr>
          <w:i/>
        </w:rPr>
        <w:t>Cruising</w:t>
      </w:r>
      <w:r>
        <w:t xml:space="preserve"> remains a controversial portrait of queer nightlife and policing.</w:t>
      </w:r>
      <w:r/>
    </w:p>
    <w:p>
      <w:pPr>
        <w:pStyle w:val="ListBullet"/>
        <w:spacing w:line="240" w:lineRule="auto"/>
        <w:ind w:left="720"/>
      </w:pPr>
      <w:r/>
      <w:r>
        <w:rPr>
          <w:b/>
        </w:rPr>
        <w:t>Erotic danger:</w:t>
      </w:r>
      <w:r>
        <w:t xml:space="preserve"> </w:t>
      </w:r>
      <w:r>
        <w:rPr>
          <w:i/>
        </w:rPr>
        <w:t>The Fourth Man</w:t>
      </w:r>
      <w:r>
        <w:t xml:space="preserve"> and </w:t>
      </w:r>
      <w:r>
        <w:rPr>
          <w:i/>
        </w:rPr>
        <w:t>Stranger by the Lake</w:t>
      </w:r>
      <w:r>
        <w:t xml:space="preserve"> blend attraction with menace.</w:t>
      </w:r>
      <w:r/>
    </w:p>
    <w:p>
      <w:pPr>
        <w:pStyle w:val="ListBullet"/>
        <w:spacing w:line="240" w:lineRule="auto"/>
        <w:ind w:left="720"/>
      </w:pPr>
      <w:r/>
      <w:r>
        <w:rPr>
          <w:b/>
        </w:rPr>
        <w:t>Identity under pressure:</w:t>
      </w:r>
      <w:r>
        <w:t xml:space="preserve"> </w:t>
      </w:r>
      <w:r>
        <w:rPr>
          <w:i/>
        </w:rPr>
        <w:t>The Talented Mr Ripley</w:t>
      </w:r>
      <w:r>
        <w:t xml:space="preserve"> makes obsession, class and deception inseparable.</w:t>
      </w:r>
      <w:r/>
    </w:p>
    <w:p>
      <w:pPr>
        <w:pStyle w:val="ListBullet"/>
        <w:spacing w:line="240" w:lineRule="auto"/>
        <w:ind w:left="720"/>
      </w:pPr>
      <w:r/>
      <w:r>
        <w:rPr>
          <w:b/>
        </w:rPr>
        <w:t>Modern psychological chills:</w:t>
      </w:r>
      <w:r>
        <w:t xml:space="preserve"> </w:t>
      </w:r>
      <w:r>
        <w:rPr>
          <w:i/>
        </w:rPr>
        <w:t>Nevrland</w:t>
      </w:r>
      <w:r>
        <w:t xml:space="preserve"> explores anxiety, sexuality and disturbing real-world encounters.</w:t>
      </w:r>
      <w:r/>
      <w:r/>
    </w:p>
    <w:p>
      <w:pPr>
        <w:pStyle w:val="Heading2"/>
      </w:pPr>
      <w:r>
        <w:t>Why queer thrillers feel so intensely personal</w:t>
      </w:r>
      <w:r/>
    </w:p>
    <w:p>
      <w:r/>
      <w:r>
        <w:t>The strongest gay thriller films rarely rely on a simple chase. Instead, they build suspense through secrets, longing and the fear that someone might see too much. A glance across a room can carry the weight of a confession, while an apparently relaxed gathering may conceal something considerably darker.</w:t>
      </w:r>
      <w:r/>
    </w:p>
    <w:p>
      <w:r/>
      <w:r>
        <w:t xml:space="preserve">That tension is central to </w:t>
      </w:r>
      <w:r>
        <w:rPr>
          <w:i/>
        </w:rPr>
        <w:t>Rope</w:t>
      </w:r>
      <w:r>
        <w:t>, Alfred Hitchcock's 1948 chamber mystery. Brandon and Philip host an elegant dinner in the same room where they've hidden a body, creating a claustrophobic game of manners, suspicion and barely contained panic. IMDb's listing confirms the film's central murder-party premise, while its controlled setting gives every polite exchange a wonderfully brittle edge.</w:t>
      </w:r>
      <w:r/>
    </w:p>
    <w:p>
      <w:r/>
      <w:r>
        <w:t>The film's queer dimension is largely communicated through implication rather than open declaration. That makes the silences, glances and physical proximity do much of the work, especially for a film made under restrictions that limited direct depictions of gay life.</w:t>
      </w:r>
      <w:r/>
    </w:p>
    <w:p>
      <w:pPr>
        <w:pStyle w:val="Heading2"/>
      </w:pPr>
      <w:r>
        <w:t>From coded desire to open provocation</w:t>
      </w:r>
      <w:r/>
    </w:p>
    <w:p>
      <w:r/>
      <w:r>
        <w:t>Cinema's treatment of queer desire changed dramatically over the decades, but the thriller remained a useful space for exploring what society preferred not to discuss. Fear, secrecy and social judgement could be placed directly inside the plot, even when romance itself had to stay just out of reach.</w:t>
      </w:r>
      <w:r/>
    </w:p>
    <w:p>
      <w:r/>
      <w:r>
        <w:t xml:space="preserve">William Friedkin's </w:t>
      </w:r>
      <w:r>
        <w:rPr>
          <w:i/>
        </w:rPr>
        <w:t>Cruising</w:t>
      </w:r>
      <w:r>
        <w:t xml:space="preserve"> is a far more confrontational example. Al Pacino plays an undercover police officer investigating murders in New York's gay nightlife scene, a premise that sparked protests when the film was released. The film's legacy remains complicated, but that discomfort is part of its continuing significance: it captures a period when queer visibility on screen could feel both groundbreaking and deeply stigmatic.</w:t>
      </w:r>
      <w:r/>
    </w:p>
    <w:p>
      <w:r/>
      <w:r>
        <w:t xml:space="preserve">Paul Verhoeven's </w:t>
      </w:r>
      <w:r>
        <w:rPr>
          <w:i/>
        </w:rPr>
        <w:t>The Fourth Man</w:t>
      </w:r>
      <w:r>
        <w:t xml:space="preserve"> takes a more dreamlike route. As Wikipedia's account describes, writer Gerard becomes entangled with a mysterious woman and her male lover while visions and suspicions begin to blur together. It's sensual, strange and deliberately unstable, the sort of film that leaves you wondering whether you've watched a mystery or wandered into somebody else's fever dream.</w:t>
      </w:r>
      <w:r/>
    </w:p>
    <w:p>
      <w:pPr>
        <w:pStyle w:val="Heading2"/>
      </w:pPr>
      <w:r>
        <w:t>When attraction becomes a dangerous obsession</w:t>
      </w:r>
      <w:r/>
    </w:p>
    <w:p>
      <w:r/>
      <w:r>
        <w:t xml:space="preserve">Few films understand the erotic pull of danger better than </w:t>
      </w:r>
      <w:r>
        <w:rPr>
          <w:i/>
        </w:rPr>
        <w:t>The Talented Mr Ripley</w:t>
      </w:r>
      <w:r>
        <w:t>. Matt Damon plays Tom, an outsider sent to Italy to bring back wealthy playboy Dickie Greenleaf, only to become consumed by Dickie's confidence, lifestyle and romantic allure.</w:t>
      </w:r>
      <w:r/>
    </w:p>
    <w:p>
      <w:r/>
      <w:r>
        <w:t>The story's suspense comes from more than the threat of discovery. Tom wants access to another life, but he also wants the person at its centre, and those desires become impossible to separate. As the film's plot summary makes clear, deception and violence escalate alongside his fixation, giving the film a polished surface and a poisonous undertow.</w:t>
      </w:r>
      <w:r/>
    </w:p>
    <w:p>
      <w:r/>
      <w:r>
        <w:t>It's a particularly effective choice for viewers who enjoy psychological thrillers with beautiful locations, immaculate clothes and people making catastrophically bad decisions. The sunshine is lovely, but nobody should trust it.</w:t>
      </w:r>
      <w:r/>
    </w:p>
    <w:p>
      <w:pPr>
        <w:pStyle w:val="Heading2"/>
      </w:pPr>
      <w:r>
        <w:t>Lakes, farms and other unsafe places to fall in love</w:t>
      </w:r>
      <w:r/>
    </w:p>
    <w:p>
      <w:r/>
      <w:r>
        <w:t xml:space="preserve">In </w:t>
      </w:r>
      <w:r>
        <w:rPr>
          <w:i/>
        </w:rPr>
        <w:t>Stranger by the Lake</w:t>
      </w:r>
      <w:r>
        <w:t>, a summer cruising spot becomes a landscape of pleasure, observation and lethal uncertainty. Frank is drawn to Michel even after witnessing something alarming, and the film lets desire and danger sit uncomfortably close together.</w:t>
      </w:r>
      <w:r/>
    </w:p>
    <w:p>
      <w:r/>
      <w:r>
        <w:t>The French thriller's rural setting gives it a deceptively calm rhythm. According to its film summary, Frank continues returning to the lake despite the murder investigation surrounding Michel, turning the familiar cruising ground into a place where every swim and encounter feels loaded. The result is spare, sensual and quietly nerve-racking.</w:t>
      </w:r>
      <w:r/>
    </w:p>
    <w:p>
      <w:r/>
      <w:r>
        <w:rPr>
          <w:i/>
        </w:rPr>
        <w:t>Tom at the Farm</w:t>
      </w:r>
      <w:r>
        <w:t xml:space="preserve"> is more openly oppressive. Tom travels to attend his late partner's funeral and finds himself bullied into hiding the truth about the man's sexuality. The isolated farmhouse becomes a trap, with grief, homophobia and coercive desire tightening around him. For viewers who prefer psychological pressure to elaborate plotting, it makes for a bruising watch.</w:t>
      </w:r>
      <w:r/>
    </w:p>
    <w:p>
      <w:pPr>
        <w:pStyle w:val="Heading2"/>
      </w:pPr>
      <w:r>
        <w:t>How to choose the right gay thriller for your mood</w:t>
      </w:r>
      <w:r/>
    </w:p>
    <w:p>
      <w:r/>
      <w:r>
        <w:t xml:space="preserve">For classic, contained suspense, start with </w:t>
      </w:r>
      <w:r>
        <w:rPr>
          <w:i/>
        </w:rPr>
        <w:t>Rope</w:t>
      </w:r>
      <w:r>
        <w:t xml:space="preserve">. If you want something more controversial and historically charged, </w:t>
      </w:r>
      <w:r>
        <w:rPr>
          <w:i/>
        </w:rPr>
        <w:t>Cruising</w:t>
      </w:r>
      <w:r>
        <w:t xml:space="preserve"> offers a challenging portrait of queer nightlife, though its treatment of gay men remains unsettling. Fans of surreal erotic mystery should try </w:t>
      </w:r>
      <w:r>
        <w:rPr>
          <w:i/>
        </w:rPr>
        <w:t>The Fourth Man</w:t>
      </w:r>
      <w:r>
        <w:t xml:space="preserve">, while </w:t>
      </w:r>
      <w:r>
        <w:rPr>
          <w:i/>
        </w:rPr>
        <w:t>The Talented Mr Ripley</w:t>
      </w:r>
      <w:r>
        <w:t xml:space="preserve"> is the obvious pick for glossy obsession and social climbing.</w:t>
      </w:r>
      <w:r/>
    </w:p>
    <w:p>
      <w:r/>
      <w:r>
        <w:t xml:space="preserve">There are also more intense contemporary options. </w:t>
      </w:r>
      <w:r>
        <w:rPr>
          <w:i/>
        </w:rPr>
        <w:t>Nevrland</w:t>
      </w:r>
      <w:r>
        <w:t xml:space="preserve"> follows a young man whose online encounter leads to an unsettling real-world connection, while </w:t>
      </w:r>
      <w:r>
        <w:rPr>
          <w:i/>
        </w:rPr>
        <w:t>Sequin in a Blue Room</w:t>
      </w:r>
      <w:r>
        <w:t xml:space="preserve"> mixes anonymous sex, coming-of-age anxiety and fixation. Their younger protagonists make these films especially uneasy, so they're better suited to viewers comfortable with difficult themes.</w:t>
      </w:r>
      <w:r/>
    </w:p>
    <w:p>
      <w:r/>
      <w:r>
        <w:t>A simple rule helps when choosing: check the content warnings before pressing play. Murder, sexual violence, coercion, homophobia and psychological distress appear across this group, and the most stylish films aren't necessarily the gentlest. Still, when you're in the mood for a thriller that treats desire as something messy, vivid and unpredictable, the selection is unusually rich.</w:t>
      </w:r>
      <w:r/>
    </w:p>
    <w:p>
      <w:r/>
      <w:r>
        <w:t>These films show how queer suspense has evolved from coded glances to franker, riskier stories. The settings change, but the ingredients remain familiar: wanting too much, hiding too well and discovering that the person who fascinates you may also be the one to fear.</w:t>
      </w:r>
      <w:r/>
    </w:p>
    <w:p>
      <w:r/>
      <w:r>
        <w:t>Choose one for the lights-off experience, but perhaps keep the hallway lamp 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[3]</w:t>
        </w:r>
      </w:hyperlink>
      <w:r>
        <w:t xml:space="preserve">- Paragraph 3: </w:t>
      </w:r>
      <w:hyperlink r:id="rId11">
        <w:r>
          <w:rPr>
            <w:color w:val="0000EE"/>
            <w:u w:val="single"/>
          </w:rPr>
          <w:t>[4]</w:t>
        </w:r>
      </w:hyperlink>
      <w:r>
        <w:t xml:space="preserve">, </w:t>
      </w:r>
      <w:hyperlink r:id="rId13">
        <w:r>
          <w:rPr>
            <w:color w:val="0000EE"/>
            <w:u w:val="single"/>
          </w:rPr>
          <w:t>[5]</w:t>
        </w:r>
      </w:hyperlink>
      <w:r>
        <w:t xml:space="preserve">- Paragraph 4: </w:t>
      </w:r>
      <w:hyperlink r:id="rId13">
        <w:r>
          <w:rPr>
            <w:color w:val="0000EE"/>
            <w:u w:val="single"/>
          </w:rPr>
          <w:t>[5]</w:t>
        </w:r>
      </w:hyperlink>
      <w:r>
        <w:t xml:space="preserve">, </w:t>
      </w:r>
      <w:hyperlink r:id="rId14">
        <w:r>
          <w:rPr>
            <w:color w:val="0000EE"/>
            <w:u w:val="single"/>
          </w:rPr>
          <w:t>[6]</w:t>
        </w:r>
      </w:hyperlink>
      <w:r>
        <w:t xml:space="preserve">- Paragraph 5: </w:t>
      </w:r>
      <w:hyperlink r:id="rId14">
        <w:r>
          <w:rPr>
            <w:color w:val="0000EE"/>
            <w:u w:val="single"/>
          </w:rPr>
          <w:t>[6]</w:t>
        </w:r>
      </w:hyperlink>
      <w:r>
        <w:t xml:space="preserve">, </w:t>
      </w:r>
      <w:hyperlink r:id="rId15">
        <w:r>
          <w:rPr>
            <w:color w:val="0000EE"/>
            <w:u w:val="single"/>
          </w:rPr>
          <w:t>[7]</w:t>
        </w:r>
      </w:hyperlink>
      <w:r>
        <w:t xml:space="preserve">- Paragraph 6: </w:t>
      </w:r>
      <w:hyperlink r:id="rId15">
        <w:r>
          <w:rPr>
            <w:color w:val="0000EE"/>
            <w:u w:val="single"/>
          </w:rPr>
          <w:t>[7]</w:t>
        </w:r>
      </w:hyperlink>
      <w:r>
        <w:t xml:space="preserve">, </w:t>
      </w:r>
      <w:hyperlink r:id="rId13">
        <w:r>
          <w:rPr>
            <w:color w:val="0000EE"/>
            <w:u w:val="single"/>
          </w:rPr>
          <w:t>[5]</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4">
        <w:r>
          <w:rPr>
            <w:color w:val="0000EE"/>
            <w:u w:val="single"/>
          </w:rPr>
          <w:t>[6]</w:t>
        </w:r>
      </w:hyperlink>
      <w:r>
        <w:t xml:space="preserve">- Paragraph 9: </w:t>
      </w:r>
      <w:hyperlink r:id="rId13">
        <w:r>
          <w:rPr>
            <w:color w:val="0000EE"/>
            <w:u w:val="single"/>
          </w:rPr>
          <w:t>[5]</w:t>
        </w:r>
      </w:hyperlink>
      <w:r>
        <w:t xml:space="preserve">, </w:t>
      </w:r>
      <w:hyperlink r:id="rId15">
        <w:r>
          <w:rPr>
            <w:color w:val="0000EE"/>
            <w:u w:val="single"/>
          </w:rPr>
          <w:t>[7]</w:t>
        </w:r>
      </w:hyperlink>
      <w:r>
        <w:t xml:space="preserve">- Paragraph 10: </w:t>
      </w:r>
      <w:hyperlink r:id="rId14">
        <w:r>
          <w:rPr>
            <w:color w:val="0000EE"/>
            <w:u w:val="single"/>
          </w:rPr>
          <w:t>[6]</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https://www.out.com/film/gay-thriller-movies</w:t>
        </w:r>
      </w:hyperlink>
      <w:r>
        <w:t xml:space="preserve"> - Please view link - unable to able to access data</w:t>
      </w:r>
      <w:r/>
    </w:p>
    <w:p>
      <w:pPr>
        <w:pStyle w:val="ListNumber"/>
        <w:spacing w:line="240" w:lineRule="auto"/>
        <w:ind w:left="720"/>
      </w:pPr>
      <w:r/>
      <w:hyperlink r:id="rId10">
        <w:r>
          <w:rPr>
            <w:color w:val="0000EE"/>
            <w:u w:val="single"/>
          </w:rPr>
          <w:t>https://www.imdb.com/title/tt0040746/</w:t>
        </w:r>
      </w:hyperlink>
      <w:r>
        <w:t xml:space="preserve"> - Alfred Hitchcock's 1948 film 'Rope' features Brandon and Philip, two men who host a dinner party in the same room where they have hidden the body of someone they just murdered. Made in the 1940s, when openly gay characters were not permitted, Hitchcock cleverly incorporated homoerotic subtext through coded dialogue, body language, and staging, without ever having the two men kiss or acknowledge their attraction. This innovative approach has made 'Rope' one of Hitchcock's most notable films.</w:t>
      </w:r>
      <w:r/>
    </w:p>
    <w:p>
      <w:pPr>
        <w:pStyle w:val="ListNumber"/>
        <w:spacing w:line="240" w:lineRule="auto"/>
        <w:ind w:left="720"/>
      </w:pPr>
      <w:r/>
      <w:hyperlink r:id="rId12">
        <w:r>
          <w:rPr>
            <w:color w:val="0000EE"/>
            <w:u w:val="single"/>
          </w:rPr>
          <w:t>https://www.imdb.com/title/tt0080569/</w:t>
        </w:r>
      </w:hyperlink>
      <w:r>
        <w:t xml:space="preserve"> - 'Cruising' is a 1980 film directed by William Friedkin, starring Al Pacino as a young New York police officer who goes undercover in the city's S&amp;M and leather districts to catch a serial killer targeting gay men. The film was controversial upon release, with gay rights groups protesting its portrayal of gay subculture. Over time, it has gained recognition as a classic in the genre. (</w:t>
      </w:r>
      <w:hyperlink r:id="rId16">
        <w:r>
          <w:rPr>
            <w:color w:val="0000EE"/>
            <w:u w:val="single"/>
          </w:rPr>
          <w:t>imdb.com</w:t>
        </w:r>
      </w:hyperlink>
      <w:r>
        <w:t>)</w:t>
      </w:r>
      <w:r/>
    </w:p>
    <w:p>
      <w:pPr>
        <w:pStyle w:val="ListNumber"/>
        <w:spacing w:line="240" w:lineRule="auto"/>
        <w:ind w:left="720"/>
      </w:pPr>
      <w:r/>
      <w:hyperlink r:id="rId11">
        <w:r>
          <w:rPr>
            <w:color w:val="0000EE"/>
            <w:u w:val="single"/>
          </w:rPr>
          <w:t>https://en.wikipedia.org/wiki/The_Fourth_Man_(1983_film)</w:t>
        </w:r>
      </w:hyperlink>
      <w:r>
        <w:t xml:space="preserve"> - Directed by Paul Verhoeven, 'The Fourth Man' is a 1983 Dutch psychological-erotic thriller starring Jeroen Krabbé as Gerard, a bisexual writer who becomes romantically involved with a mysterious woman, Christine. As Gerard's obsession grows, he begins to believe that Christine, who has been widowed three times, may be a murderer targeting him as her next victim. The film is noted for its dreamlike atmosphere and exploration of religious themes and sexual violence. (</w:t>
      </w:r>
      <w:hyperlink r:id="rId17">
        <w:r>
          <w:rPr>
            <w:color w:val="0000EE"/>
            <w:u w:val="single"/>
          </w:rPr>
          <w:t>en.wikipedia.org</w:t>
        </w:r>
      </w:hyperlink>
      <w:r>
        <w:t>)</w:t>
      </w:r>
      <w:r/>
    </w:p>
    <w:p>
      <w:pPr>
        <w:pStyle w:val="ListNumber"/>
        <w:spacing w:line="240" w:lineRule="auto"/>
        <w:ind w:left="720"/>
      </w:pPr>
      <w:r/>
      <w:hyperlink r:id="rId13">
        <w:r>
          <w:rPr>
            <w:color w:val="0000EE"/>
            <w:u w:val="single"/>
          </w:rPr>
          <w:t>https://en.wikipedia.org/wiki/The_Talented_Mr.</w:t>
        </w:r>
      </w:hyperlink>
      <w:hyperlink r:id="rId13">
        <w:r>
          <w:rPr>
            <w:color w:val="0000EE"/>
            <w:u w:val="single"/>
          </w:rPr>
          <w:t>Ripley</w:t>
        </w:r>
      </w:hyperlink>
      <w:hyperlink r:id="rId13">
        <w:r>
          <w:rPr>
            <w:color w:val="0000EE"/>
            <w:u w:val="single"/>
          </w:rPr>
          <w:t>(film)</w:t>
        </w:r>
      </w:hyperlink>
      <w:r>
        <w:t xml:space="preserve"> - 'The Talented Mr. Ripley' is a 1999 film directed by Anthony Minghella, based on Patricia Highsmith's novel. Matt Damon stars as Tom Ripley, a young man sent to Italy to retrieve wealthy playboy Dickie Greenleaf, played by Jude Law. As Tom's obsession with Dickie and his lavish lifestyle grows, the film delves into themes of unrequited gay attraction, murder, and tension, keeping viewers on edge throughout. (</w:t>
      </w:r>
      <w:hyperlink r:id="rId18">
        <w:r>
          <w:rPr>
            <w:color w:val="0000EE"/>
            <w:u w:val="single"/>
          </w:rPr>
          <w:t>en.wikipedia.org</w:t>
        </w:r>
      </w:hyperlink>
      <w:r>
        <w:t>)</w:t>
      </w:r>
      <w:r/>
    </w:p>
    <w:p>
      <w:pPr>
        <w:pStyle w:val="ListNumber"/>
        <w:spacing w:line="240" w:lineRule="auto"/>
        <w:ind w:left="720"/>
      </w:pPr>
      <w:r/>
      <w:hyperlink r:id="rId14">
        <w:r>
          <w:rPr>
            <w:color w:val="0000EE"/>
            <w:u w:val="single"/>
          </w:rPr>
          <w:t>https://en.wikipedia.org/wiki/Stranger_by_the_Lake</w:t>
        </w:r>
      </w:hyperlink>
      <w:r>
        <w:t xml:space="preserve"> - 'Stranger by the Lake' is a 2013 French erotic thriller directed by Alain Guiraudie. The film follows Franck, a man who frequents a secluded lakeside area popular for gay cruising. Franck becomes infatuated with Michel, a handsome but dangerous man, and despite witnessing Michel's involvement in a murder, he continues to pursue him. The film is noted for its exploration of desire, danger, and the human condition. (</w:t>
      </w:r>
      <w:hyperlink r:id="rId19">
        <w:r>
          <w:rPr>
            <w:color w:val="0000EE"/>
            <w:u w:val="single"/>
          </w:rPr>
          <w:t>en.wikipedia.org</w:t>
        </w:r>
      </w:hyperlink>
      <w:r>
        <w:t>)</w:t>
      </w:r>
      <w:r/>
    </w:p>
    <w:p>
      <w:pPr>
        <w:pStyle w:val="ListNumber"/>
        <w:spacing w:line="240" w:lineRule="auto"/>
        <w:ind w:left="720"/>
      </w:pPr>
      <w:r/>
      <w:hyperlink r:id="rId15">
        <w:r>
          <w:rPr>
            <w:color w:val="0000EE"/>
            <w:u w:val="single"/>
          </w:rPr>
          <w:t>https://www.imdb.com/title/tt2852458/</w:t>
        </w:r>
      </w:hyperlink>
      <w:r>
        <w:t xml:space="preserve"> - 'Stranger by the Lake' is a 2013 French psychological drama directed by Alain Guiraudie. The film is set in a secluded lakeside area frequented by gay men for cruising. Franck, the protagonist, becomes infatuated with Michel, an attractive yet dangerous man. Despite witnessing Michel's involvement in a murder, Franck continues to pursue him, leading to a complex and suspenseful narrative. (</w:t>
      </w:r>
      <w:hyperlink r:id="rId20">
        <w:r>
          <w:rPr>
            <w:color w:val="0000EE"/>
            <w:u w:val="single"/>
          </w:rPr>
          <w:t>imdb.com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com/film/gay-thriller-movies" TargetMode="External"/><Relationship Id="rId10" Type="http://schemas.openxmlformats.org/officeDocument/2006/relationships/hyperlink" Target="https://www.imdb.com/title/tt0040746/" TargetMode="External"/><Relationship Id="rId11" Type="http://schemas.openxmlformats.org/officeDocument/2006/relationships/hyperlink" Target="https://en.wikipedia.org/wiki/The_Fourth_Man_(1983_film)" TargetMode="External"/><Relationship Id="rId12" Type="http://schemas.openxmlformats.org/officeDocument/2006/relationships/hyperlink" Target="https://www.imdb.com/title/tt0080569/" TargetMode="External"/><Relationship Id="rId13" Type="http://schemas.openxmlformats.org/officeDocument/2006/relationships/hyperlink" Target="https://en.wikipedia.org/wiki/The_Talented_Mr._Ripley_(film)" TargetMode="External"/><Relationship Id="rId14" Type="http://schemas.openxmlformats.org/officeDocument/2006/relationships/hyperlink" Target="https://en.wikipedia.org/wiki/Stranger_by_the_Lake" TargetMode="External"/><Relationship Id="rId15" Type="http://schemas.openxmlformats.org/officeDocument/2006/relationships/hyperlink" Target="https://www.imdb.com/title/tt2852458/" TargetMode="External"/><Relationship Id="rId16" Type="http://schemas.openxmlformats.org/officeDocument/2006/relationships/hyperlink" Target="https://www.imdb.com/title/tt0080569/?utm_source=openai" TargetMode="External"/><Relationship Id="rId17" Type="http://schemas.openxmlformats.org/officeDocument/2006/relationships/hyperlink" Target="https://en.wikipedia.org/wiki/The_Fourth_Man_%281983_film%29?utm_source=openai" TargetMode="External"/><Relationship Id="rId18" Type="http://schemas.openxmlformats.org/officeDocument/2006/relationships/hyperlink" Target="https://en.wikipedia.org/wiki/The_Talented_Mr._Ripley?utm_source=openai" TargetMode="External"/><Relationship Id="rId19" Type="http://schemas.openxmlformats.org/officeDocument/2006/relationships/hyperlink" Target="https://en.wikipedia.org/wiki/Stranger_by_the_Lake?utm_source=openai" TargetMode="External"/><Relationship Id="rId20" Type="http://schemas.openxmlformats.org/officeDocument/2006/relationships/hyperlink" Target="https://www.imdb.com/title/tt2852458?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