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Free Wellness Kiosk for Student Sexual Health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at Northwestern University can now collect free Plan B, Narcan, condoms, pregnancy tests and period products from a new Wellness Kiosk in Norris University Center, giving students discreet, round-the-clock-style access to practical health essentials when shops and offices may be closed.</w:t>
      </w:r>
      <w:r/>
    </w:p>
    <w:p>
      <w:pPr>
        <w:pStyle w:val="Heading2"/>
      </w:pPr>
      <w:r>
        <w:t>Essential Takeaways</w:t>
      </w:r>
      <w:r/>
      <w:r/>
    </w:p>
    <w:p>
      <w:pPr>
        <w:pStyle w:val="ListBullet"/>
        <w:spacing w:line="240" w:lineRule="auto"/>
        <w:ind w:left="720"/>
      </w:pPr>
      <w:r/>
      <w:r>
        <w:rPr>
          <w:b/>
        </w:rPr>
        <w:t>Free essentials:</w:t>
      </w:r>
      <w:r>
        <w:t xml:space="preserve"> The kiosk stocks emergency contraception, naloxone, condoms, lubricant, pregnancy tests and menstrual products.</w:t>
      </w:r>
      <w:r/>
    </w:p>
    <w:p>
      <w:pPr>
        <w:pStyle w:val="ListBullet"/>
        <w:spacing w:line="240" w:lineRule="auto"/>
        <w:ind w:left="720"/>
      </w:pPr>
      <w:r/>
      <w:r>
        <w:rPr>
          <w:b/>
        </w:rPr>
        <w:t>Wildcard access:</w:t>
      </w:r>
      <w:r>
        <w:t xml:space="preserve"> Students scan the barcode on their university card before choosing an item.</w:t>
      </w:r>
      <w:r/>
    </w:p>
    <w:p>
      <w:pPr>
        <w:pStyle w:val="ListBullet"/>
        <w:spacing w:line="240" w:lineRule="auto"/>
        <w:ind w:left="720"/>
      </w:pPr>
      <w:r/>
      <w:r>
        <w:rPr>
          <w:b/>
        </w:rPr>
        <w:t>Useful limits:</w:t>
      </w:r>
      <w:r>
        <w:t xml:space="preserve"> Plan B and Narcan are limited to one collection per person daily; most other products can be taken up to five times.</w:t>
      </w:r>
      <w:r/>
    </w:p>
    <w:p>
      <w:pPr>
        <w:pStyle w:val="ListBullet"/>
        <w:spacing w:line="240" w:lineRule="auto"/>
        <w:ind w:left="720"/>
      </w:pPr>
      <w:r/>
      <w:r>
        <w:rPr>
          <w:b/>
        </w:rPr>
        <w:t>Lower-pressure support:</w:t>
      </w:r>
      <w:r>
        <w:t xml:space="preserve"> The self-service format aims to make sexual and personal healthcare feel less awkward.</w:t>
      </w:r>
      <w:r/>
    </w:p>
    <w:p>
      <w:pPr>
        <w:pStyle w:val="ListBullet"/>
        <w:spacing w:line="240" w:lineRule="auto"/>
        <w:ind w:left="720"/>
      </w:pPr>
      <w:r/>
      <w:r>
        <w:rPr>
          <w:b/>
        </w:rPr>
        <w:t>Weekend access:</w:t>
      </w:r>
      <w:r>
        <w:t xml:space="preserve"> Its location in Norris University Center extends availability beyond normal office hours.</w:t>
      </w:r>
      <w:r/>
      <w:r/>
    </w:p>
    <w:p>
      <w:pPr>
        <w:pStyle w:val="Heading2"/>
      </w:pPr>
      <w:r>
        <w:t>A discreet health stop in the heart of campus</w:t>
      </w:r>
      <w:r/>
    </w:p>
    <w:p>
      <w:r/>
      <w:r>
        <w:t>The new wellness kiosk is designed to remove one of the biggest barriers to basic healthcare: having to ask someone face to face. Tucked into the lower level of Norris University Center, it offers a quiet, practical way for students to pick up supplies without a shop queue or a potentially uncomfortable conversation.</w:t>
      </w:r>
      <w:r/>
    </w:p>
    <w:p>
      <w:r/>
      <w:r>
        <w:t>The range is notably broad. Alongside condoms and lubricant, students can find Plan B, pregnancy tests, Narcan and menstrual products, creating a compact safety net for everyday campus life. Northwestern's Center for Student Advocacy &amp; Wellness lists sexual health support and prevention information among its student resources.</w:t>
      </w:r>
      <w:r/>
    </w:p>
    <w:p>
      <w:pPr>
        <w:pStyle w:val="Heading2"/>
      </w:pPr>
      <w:r>
        <w:t>Why free access matters after hours</w:t>
      </w:r>
      <w:r/>
    </w:p>
    <w:p>
      <w:r/>
      <w:r>
        <w:t>Timing can make a simple health need feel much more urgent. A student who needs emergency contraception late at night, or someone looking for naloxone at the weekend, may not have an open clinic or pharmacy nearby. The kiosk's position in a building open on weekends helps bridge that gap.</w:t>
      </w:r>
      <w:r/>
    </w:p>
    <w:p>
      <w:r/>
      <w:r>
        <w:t>That doesn't replace medical advice when it's needed, but it does make first steps easier. Northwestern's sexual health guidance covers safer sex, contraception and pregnancy prevention, giving students a useful place to find further information alongside the products themselves.</w:t>
      </w:r>
      <w:r/>
    </w:p>
    <w:p>
      <w:pPr>
        <w:pStyle w:val="Heading2"/>
      </w:pPr>
      <w:r>
        <w:t>What students can collect</w:t>
      </w:r>
      <w:r/>
    </w:p>
    <w:p>
      <w:r/>
      <w:r>
        <w:t>The kiosk includes several varieties of condoms, condom sizing kits, lubricant and pregnancy tests, as well as emergency contraception and overdose-reversal medication. Menstrual products round out the selection, making the machine relevant to more than one type of urgent need.</w:t>
      </w:r>
      <w:r/>
    </w:p>
    <w:p>
      <w:r/>
      <w:r>
        <w:t>Access is controlled through a Wildcard scan, and the university says transaction information is used to confirm community membership and manage daily limits. Students can claim Plan B and boxes of Narcan once per day, while other products have higher collection limits.</w:t>
      </w:r>
      <w:r/>
    </w:p>
    <w:p>
      <w:pPr>
        <w:pStyle w:val="Heading2"/>
      </w:pPr>
      <w:r>
        <w:t>How to use the Wellness Kiosk</w:t>
      </w:r>
      <w:r/>
    </w:p>
    <w:p>
      <w:r/>
      <w:r>
        <w:t>Using the machine is straightforward. Scan the barcode on the back of a Wildcard, select the product number on the touchscreen and choose the checkout option. Students may need to hold the card lower than expected for the reader to recognise it.</w:t>
      </w:r>
      <w:r/>
    </w:p>
    <w:p>
      <w:r/>
      <w:r>
        <w:t>Older or worn cards might not scan reliably at first, although direct ID-number entry is expected to become available. If the machine refuses a card, it may be worth trying again carefully rather than assuming the product is unavailable.</w:t>
      </w:r>
      <w:r/>
    </w:p>
    <w:p>
      <w:r/>
      <w:r>
        <w:t>For anyone unsure which option is appropriate, Northwestern's contraception and pregnancy-prevention resources offer background information, while its wider sexual health pages point students towards additional support.</w:t>
      </w:r>
      <w:r/>
    </w:p>
    <w:p>
      <w:pPr>
        <w:pStyle w:val="Heading2"/>
      </w:pPr>
      <w:r>
        <w:t>A small machine with a bigger purpose</w:t>
      </w:r>
      <w:r/>
    </w:p>
    <w:p>
      <w:r/>
      <w:r>
        <w:t>The kiosk is part of a broader effort to make sexual wellness less hidden and more ordinary. University resources from the Center for Student Advocacy &amp; Wellness and the Women's Center cover safer sex, gender-responsive healthcare and related support, but a physical, self-service option adds something important: immediacy.</w:t>
      </w:r>
      <w:r/>
    </w:p>
    <w:p>
      <w:r/>
      <w:r>
        <w:t>That low-pressure design could be especially useful for first-year students adjusting to campus life. Sometimes the most helpful health service isn't the one with the longest explanation. It's the one that's visible, available and simple enough to use when you're already feeling stressed.</w:t>
      </w:r>
      <w:r/>
    </w:p>
    <w:p>
      <w:r/>
      <w:r>
        <w:t>It's a small campus fixture, but it could make essential care feel far more within reach.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4">
        <w:r>
          <w:rPr>
            <w:color w:val="0000EE"/>
            <w:u w:val="single"/>
          </w:rPr>
          <w:t>[6]</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1">
        <w:r>
          <w:rPr>
            <w:color w:val="0000EE"/>
            <w:u w:val="single"/>
          </w:rPr>
          <w:t>[3]</w:t>
        </w:r>
      </w:hyperlink>
      <w:r>
        <w:t xml:space="preserve">- Paragraph 8: </w:t>
      </w:r>
      <w:hyperlink r:id="rId14">
        <w:r>
          <w:rPr>
            <w:color w:val="0000EE"/>
            <w:u w:val="single"/>
          </w:rPr>
          <w:t>[6]</w:t>
        </w:r>
      </w:hyperlink>
      <w:r>
        <w:t xml:space="preserve">, </w:t>
      </w:r>
      <w:hyperlink r:id="rId10">
        <w:r>
          <w:rPr>
            <w:color w:val="0000EE"/>
            <w:u w:val="single"/>
          </w:rPr>
          <w:t>[2]</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5">
        <w:r>
          <w:rPr>
            <w:color w:val="0000EE"/>
            <w:u w:val="single"/>
          </w:rPr>
          <w:t>[7]</w:t>
        </w:r>
      </w:hyperlink>
      <w:r>
        <w:t xml:space="preserve">- Paragraph 11: </w:t>
      </w:r>
      <w:hyperlink r:id="rId11">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https://dailynorthwestern.com/2026/09/29/campus/campus-safety/free-wellness-kiosk-offering-plan-b-narcan-opens-in-norris-basement/</w:t>
        </w:r>
      </w:hyperlink>
      <w:r>
        <w:t xml:space="preserve"> - Please view link - unable to able to access data</w:t>
      </w:r>
      <w:r/>
    </w:p>
    <w:p>
      <w:pPr>
        <w:pStyle w:val="ListNumber"/>
        <w:spacing w:line="240" w:lineRule="auto"/>
        <w:ind w:left="720"/>
      </w:pPr>
      <w:r/>
      <w:hyperlink r:id="rId10">
        <w:r>
          <w:rPr>
            <w:color w:val="0000EE"/>
            <w:u w:val="single"/>
          </w:rPr>
          <w:t>https://www.northwestern.edu/csaw/resources/sexual-health/</w:t>
        </w:r>
      </w:hyperlink>
      <w:r>
        <w:t xml:space="preserve"> - The Center for Student Advocacy and Wellness (CSAW) at Northwestern University offers free safer sex supplies, including internal and external condoms, lube, dental dams, and more, during business hours at their sexual health wall on the third floor of Searle Hall. They also provide these supplies in the waiting room on the first floor of Searle. CSAW promotes 'healthier sexuality' by providing accurate, fact-based information and resources to help students make informed decisions about their sexual health. They emphasize that health and wellness exist on a spectrum and that what is healthy for one person may be unhealthy for another.</w:t>
      </w:r>
      <w:r/>
    </w:p>
    <w:p>
      <w:pPr>
        <w:pStyle w:val="ListNumber"/>
        <w:spacing w:line="240" w:lineRule="auto"/>
        <w:ind w:left="720"/>
      </w:pPr>
      <w:r/>
      <w:hyperlink r:id="rId11">
        <w:r>
          <w:rPr>
            <w:color w:val="0000EE"/>
            <w:u w:val="single"/>
          </w:rPr>
          <w:t>https://www.northwestern.edu/csaw/resources/wellness-kiosk.html</w:t>
        </w:r>
      </w:hyperlink>
      <w:r>
        <w:t xml:space="preserve"> - Northwestern University's Wellness Kiosk, located on the underground level of Norris University Center, provides students with free access to essential health, wellness, and personal care products. The kiosk is a collaboration between the Center for Student Advocacy and Wellness (CSAW), Norris University Center, Sexual Health &amp; Assault Peer Educators (SHAPE), and the Associated Student Government (ASG). All enrolled Northwestern students can access products by scanning their Wildcard. The kiosk aims to expand access to essential health resources and support student well-being, consistent with the goals of the Illinois Public Higher Education Act.</w:t>
      </w:r>
      <w:r/>
    </w:p>
    <w:p>
      <w:pPr>
        <w:pStyle w:val="ListNumber"/>
        <w:spacing w:line="240" w:lineRule="auto"/>
        <w:ind w:left="720"/>
      </w:pPr>
      <w:r/>
      <w:hyperlink r:id="rId12">
        <w:r>
          <w:rPr>
            <w:color w:val="0000EE"/>
            <w:u w:val="single"/>
          </w:rPr>
          <w:t>https://www.northwestern.edu/csaw/resources/sexual-health/safer-sex.html</w:t>
        </w:r>
      </w:hyperlink>
      <w:r>
        <w:t xml:space="preserve"> - CSAW defines 'safer sex' as practices that lower the risk of sexually transmitted infections (STIs), unwanted pregnancies, and sexual harm. They use the term 'safer sex' instead of 'safe sex' because safety exists on a spectrum, and all partnered sexual activity carries some level of risk. Examples of safer sex practices include using barrier methods like condoms or dams to prevent fluid exchange, using gloves or finger cots during manual play if there are open cuts or sores, getting tested for HIV and STIs regularly, and performing genital self-exams before having sex with a new partner.</w:t>
      </w:r>
      <w:r/>
    </w:p>
    <w:p>
      <w:pPr>
        <w:pStyle w:val="ListNumber"/>
        <w:spacing w:line="240" w:lineRule="auto"/>
        <w:ind w:left="720"/>
      </w:pPr>
      <w:r/>
      <w:hyperlink r:id="rId13">
        <w:r>
          <w:rPr>
            <w:color w:val="0000EE"/>
            <w:u w:val="single"/>
          </w:rPr>
          <w:t>https://gendersexuality.northwestern.edu/about/resources.html</w:t>
        </w:r>
      </w:hyperlink>
      <w:r>
        <w:t xml:space="preserve"> - The Gender &amp; Sexuality Studies Program at Northwestern University offers various resources, including the Rainbow Alliance, a student-run group that provides a safe space for students of all genders and sexualities. The program also supports the Sexual Health and Assault Peer Educators (SHAPE), a student-run peer education group affiliated with CARE that provides education, organizes events, and generates campus dialogue about sexual health and sexual assault. SHAPE's mission is to increase students' comfort regarding sexuality, encourage healthy sexual behaviors, and help recognize and address unhealthy, dangerous behaviors and attitudes regarding sex and sexuality.</w:t>
      </w:r>
      <w:r/>
    </w:p>
    <w:p>
      <w:pPr>
        <w:pStyle w:val="ListNumber"/>
        <w:spacing w:line="240" w:lineRule="auto"/>
        <w:ind w:left="720"/>
      </w:pPr>
      <w:r/>
      <w:hyperlink r:id="rId14">
        <w:r>
          <w:rPr>
            <w:color w:val="0000EE"/>
            <w:u w:val="single"/>
          </w:rPr>
          <w:t>https://www.northwestern.edu/csaw/resources/sexual-health/contraception-pregnancy-prevention.html</w:t>
        </w:r>
      </w:hyperlink>
      <w:r>
        <w:t xml:space="preserve"> - CSAW provides information on contraception and pregnancy prevention, emphasizing the importance of informed decision-making. They highlight that if a romantic or sexual partner is pressuring, coercing, or forcing someone into making certain reproductive decisions, it may constitute reproductive abuse or coercion. CSAW offers support and advocacy for students experiencing such situations. They also provide information on various contraceptive methods, including emergency contraception, and offer resources for pregnancy testing and options counseling.</w:t>
      </w:r>
      <w:r/>
    </w:p>
    <w:p>
      <w:pPr>
        <w:pStyle w:val="ListNumber"/>
        <w:spacing w:line="240" w:lineRule="auto"/>
        <w:ind w:left="720"/>
      </w:pPr>
      <w:r/>
      <w:hyperlink r:id="rId15">
        <w:r>
          <w:rPr>
            <w:color w:val="0000EE"/>
            <w:u w:val="single"/>
          </w:rPr>
          <w:t>https://www.northwestern.edu/womenscenter/resources/gender-responsive-health-resources/</w:t>
        </w:r>
      </w:hyperlink>
      <w:r>
        <w:t xml:space="preserve"> - The Women's Center at Northwestern University believes in every person's right to responsive and affirming health care. They provide information on various campus resources, including STI and HIV testing, Health Promotion and Wellness, and the Student Health Service. The center also lists student organizations such as Sexual Health &amp; Assault Peer Educators (SHAPE), Masculinity, Allyship, Reflection, Solidarity (MARS), Rainbow Alliance, College Feminists, and Planned Parenthood Generation Action, all of which contribute to promoting gender-responsive health resources on campus.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ailynorthwestern.com/2026/09/29/campus/campus-safety/free-wellness-kiosk-offering-plan-b-narcan-opens-in-norris-basement/" TargetMode="External"/><Relationship Id="rId10" Type="http://schemas.openxmlformats.org/officeDocument/2006/relationships/hyperlink" Target="https://www.northwestern.edu/csaw/resources/sexual-health/" TargetMode="External"/><Relationship Id="rId11" Type="http://schemas.openxmlformats.org/officeDocument/2006/relationships/hyperlink" Target="https://www.northwestern.edu/csaw/resources/wellness-kiosk.html" TargetMode="External"/><Relationship Id="rId12" Type="http://schemas.openxmlformats.org/officeDocument/2006/relationships/hyperlink" Target="https://www.northwestern.edu/csaw/resources/sexual-health/safer-sex.html" TargetMode="External"/><Relationship Id="rId13" Type="http://schemas.openxmlformats.org/officeDocument/2006/relationships/hyperlink" Target="https://gendersexuality.northwestern.edu/about/resources.html" TargetMode="External"/><Relationship Id="rId14" Type="http://schemas.openxmlformats.org/officeDocument/2006/relationships/hyperlink" Target="https://www.northwestern.edu/csaw/resources/sexual-health/contraception-pregnancy-prevention.html" TargetMode="External"/><Relationship Id="rId15" Type="http://schemas.openxmlformats.org/officeDocument/2006/relationships/hyperlink" Target="https://www.northwestern.edu/womenscenter/resources/gender-responsive-health-resour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