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Black Events in Los Angeles for a Lively October Weekend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Angelenos are lining up a packed weekend of Black culture, creativity and community, with 57 events highlighted across Los Angeles. The biggest draw is a free, family-friendly First Saturday in Leimert Park Village, where shoppers can browse local businesses, enjoy music, eat well and spend time together.</w:t>
      </w:r>
      <w:r/>
    </w:p>
    <w:p>
      <w:pPr>
        <w:pStyle w:val="Heading2"/>
      </w:pPr>
      <w:r>
        <w:t>Essential Takeaways</w:t>
      </w:r>
      <w:r/>
      <w:r/>
    </w:p>
    <w:p>
      <w:pPr>
        <w:pStyle w:val="ListBullet"/>
        <w:spacing w:line="240" w:lineRule="auto"/>
        <w:ind w:left="720"/>
      </w:pPr>
      <w:r/>
      <w:r>
        <w:rPr>
          <w:b/>
        </w:rPr>
        <w:t>Leimert Park leads the weekend:</w:t>
      </w:r>
      <w:r>
        <w:t xml:space="preserve"> A free First Saturday event brings together local businesses, vendors, food, workshops and live music.</w:t>
      </w:r>
      <w:r/>
    </w:p>
    <w:p>
      <w:pPr>
        <w:pStyle w:val="ListBullet"/>
        <w:spacing w:line="240" w:lineRule="auto"/>
        <w:ind w:left="720"/>
      </w:pPr>
      <w:r/>
      <w:r>
        <w:rPr>
          <w:b/>
        </w:rPr>
        <w:t>There are 57 events to explore:</w:t>
      </w:r>
      <w:r>
        <w:t xml:space="preserve"> The roundup spans art exhibitions, community gatherings, concerts and parties.</w:t>
      </w:r>
      <w:r/>
    </w:p>
    <w:p>
      <w:pPr>
        <w:pStyle w:val="ListBullet"/>
        <w:spacing w:line="240" w:lineRule="auto"/>
        <w:ind w:left="720"/>
      </w:pPr>
      <w:r/>
      <w:r>
        <w:rPr>
          <w:b/>
        </w:rPr>
        <w:t>It suits a wide range of plans:</w:t>
      </w:r>
      <w:r>
        <w:t xml:space="preserve"> Listings include family-friendly, date-friendly, queer-centred, 35-plus and free events.</w:t>
      </w:r>
      <w:r/>
    </w:p>
    <w:p>
      <w:pPr>
        <w:pStyle w:val="ListBullet"/>
        <w:spacing w:line="240" w:lineRule="auto"/>
        <w:ind w:left="720"/>
      </w:pPr>
      <w:r/>
      <w:r>
        <w:rPr>
          <w:b/>
        </w:rPr>
        <w:t>Shopping is part of the experience:</w:t>
      </w:r>
      <w:r>
        <w:t xml:space="preserve"> Visitors are encouraged to support Black-owned businesses and spend consistently in the neighbourhood.</w:t>
      </w:r>
      <w:r/>
    </w:p>
    <w:p>
      <w:pPr>
        <w:pStyle w:val="ListBullet"/>
        <w:spacing w:line="240" w:lineRule="auto"/>
        <w:ind w:left="720"/>
      </w:pPr>
      <w:r/>
      <w:r>
        <w:rPr>
          <w:b/>
        </w:rPr>
        <w:t>The format is easy to use:</w:t>
      </w:r>
      <w:r>
        <w:t xml:space="preserve"> Events are grouped by category and date, making it simpler to build a weekend itinerary.</w:t>
      </w:r>
      <w:r/>
      <w:r/>
    </w:p>
    <w:p>
      <w:pPr>
        <w:pStyle w:val="Heading2"/>
      </w:pPr>
      <w:r>
        <w:t>Leimert Park is the weekend's natural starting point</w:t>
      </w:r>
      <w:r/>
    </w:p>
    <w:p>
      <w:r/>
      <w:r>
        <w:t>The strongest invitation is a simple one: head to Leimert Park Village on the first Saturday of the month. The free gathering is designed as a relaxed, family-friendly day out, with a vendor marketplace, games, workshops, food, drinks and live music all adding to the atmosphere.</w:t>
      </w:r>
      <w:r/>
    </w:p>
    <w:p>
      <w:r/>
      <w:r>
        <w:t>It has the feel of a neighbourhood block party with a purpose. Visitors can browse, linger, discover a new local business and enjoy the warm, bustling energy that makes Leimert Park such an important cultural destination. The Leimert Park Village website and Visit Leimert Park both position the area as a place to experience local culture rather than simply pass through it.</w:t>
      </w:r>
      <w:r/>
    </w:p>
    <w:p>
      <w:pPr>
        <w:pStyle w:val="Heading2"/>
      </w:pPr>
      <w:r>
        <w:t>Why this roundup is more useful than a generic events list</w:t>
      </w:r>
      <w:r/>
    </w:p>
    <w:p>
      <w:r/>
      <w:r>
        <w:t>With 57 options on the table, the appeal isn't only volume. The listings are organised by date and category, so readers can quickly scan for art exhibitions, community events, live music or parties without wading through a wall of disconnected recommendations.</w:t>
      </w:r>
      <w:r/>
    </w:p>
    <w:p>
      <w:r/>
      <w:r>
        <w:t>That structure matters in Los Angeles, where a promising plan can easily dissolve into traffic, timing issues and too many open tabs. BLK Events LA's event guide, also listed by EventListLA, gives readers a clearer route from "what's happening?" to an actual Saturday plan.</w:t>
      </w:r>
      <w:r/>
    </w:p>
    <w:p>
      <w:pPr>
        <w:pStyle w:val="Heading2"/>
      </w:pPr>
      <w:r>
        <w:t>Art, music and parties cover different moods</w:t>
      </w:r>
      <w:r/>
    </w:p>
    <w:p>
      <w:r/>
      <w:r>
        <w:t>Not every weekend needs the same soundtrack. The roundup gives equal space to exhibitions and community-focused events, as well as live music and parties, which means visitors can choose between a slower cultural afternoon and a louder night out.</w:t>
      </w:r>
      <w:r/>
    </w:p>
    <w:p>
      <w:r/>
      <w:r>
        <w:t>That variety also makes the guide useful for groups. One person might want to browse an exhibition, another may be looking for a dance floor, while families may prefer a daytime event with food and activities. Found the Move's listing for First Saturdays reinforces the broader appeal of making the first Saturday a recurring date in the calendar.</w:t>
      </w:r>
      <w:r/>
    </w:p>
    <w:p>
      <w:pPr>
        <w:pStyle w:val="Heading2"/>
      </w:pPr>
      <w:r>
        <w:t>How to plan your October weekend</w:t>
      </w:r>
      <w:r/>
    </w:p>
    <w:p>
      <w:r/>
      <w:r>
        <w:t>Start with the Leimert Park event, then check the daily listings for something that matches your pace. If you're bringing children, look for the family-friendly marker; if you're planning a date, the date-friendly tag can help narrow the field. Free events are clearly identified, which is handy when the cost of a full Los Angeles day out can climb quickly.</w:t>
      </w:r>
      <w:r/>
    </w:p>
    <w:p>
      <w:r/>
      <w:r>
        <w:t>It's also worth checking event pages before leaving, especially for timings, ticket requirements, venue changes or capacity limits. The city calendar and local destination guides can provide additional context, while the roundup's category system helps you compare options quickly.</w:t>
      </w:r>
      <w:r/>
    </w:p>
    <w:p>
      <w:pPr>
        <w:pStyle w:val="Heading2"/>
      </w:pPr>
      <w:r>
        <w:t>The bigger picture is community, not just entertainment</w:t>
      </w:r>
      <w:r/>
    </w:p>
    <w:p>
      <w:r/>
      <w:r>
        <w:t>The message behind the weekend is consistent support. Rather than waiting for a major festival or headline event, visitors are encouraged to shop locally, attend regularly and show up for Black-owned businesses throughout the year.</w:t>
      </w:r>
      <w:r/>
    </w:p>
    <w:p>
      <w:r/>
      <w:r>
        <w:t>That makes the Leimert Park gathering feel especially meaningful. The live music and good food are the easy sells, but the lasting value is the chance to keep local culture visible, busy and supported. As the organisers put it, consistency is support, and that is a simple idea many neighbourhoods could use more often.</w:t>
      </w:r>
      <w:r/>
    </w:p>
    <w:p>
      <w:r/>
      <w:r>
        <w:t>A thoughtful Saturday can be both fun and useful: make a plan, bring friends, and leave room for an unexpected discovery.</w:t>
      </w:r>
      <w:r/>
    </w:p>
    <w:p>
      <w:r/>
      <w:r>
        <w:t>Explore the listings and find an event that fits your weekend.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https://blackeventsla.substack.com/p/the-roundup-by-blk-events-la-929</w:t>
        </w:r>
      </w:hyperlink>
      <w:r>
        <w:t xml:space="preserve"> - Please view link - unable to able to access data</w:t>
      </w:r>
      <w:r/>
    </w:p>
    <w:p>
      <w:pPr>
        <w:pStyle w:val="ListNumber"/>
        <w:spacing w:line="240" w:lineRule="auto"/>
        <w:ind w:left="720"/>
      </w:pPr>
      <w:r/>
      <w:hyperlink r:id="rId10">
        <w:r>
          <w:rPr>
            <w:color w:val="0000EE"/>
            <w:u w:val="single"/>
          </w:rPr>
          <w:t>https://foundthemove.com/events/first-saturdays-los-angeles-2026-10-03</w:t>
        </w:r>
      </w:hyperlink>
      <w:r>
        <w:t xml:space="preserve"> - This event page details the 'First Saturdays' in Leimert Park Village, scheduled for October 3, 2026, from 10:00 AM to 7:00 PM. It highlights the free, family-friendly gathering featuring local art, culture, music, food, and shopping, hosted by the neighborhood merchants and community. The page also provides information on admission and directs readers to the Leimert Park Village website for updates or specific vendor/activity schedules.</w:t>
      </w:r>
      <w:r/>
    </w:p>
    <w:p>
      <w:pPr>
        <w:pStyle w:val="ListNumber"/>
        <w:spacing w:line="240" w:lineRule="auto"/>
        <w:ind w:left="720"/>
      </w:pPr>
      <w:r/>
      <w:hyperlink r:id="rId11">
        <w:r>
          <w:rPr>
            <w:color w:val="0000EE"/>
            <w:u w:val="single"/>
          </w:rPr>
          <w:t>https://www.leimertparkvillage.org/</w:t>
        </w:r>
      </w:hyperlink>
      <w:r>
        <w:t xml:space="preserve"> - The Leimert Park Village Companion is an AI-powered guide to the cultural corridor of Leimert Park. It offers information on upcoming events, business resources, and community programs. The site features an online store with village-themed merchandise, details about the 2026 Leimert Park Village Zine, and resources for entrepreneurs and small business owners, including free workshops from the LA SBDC. It also provides information on housing and healthy homes programs and the process for hosting events in Leimert Park Village.</w:t>
      </w:r>
      <w:r/>
    </w:p>
    <w:p>
      <w:pPr>
        <w:pStyle w:val="ListNumber"/>
        <w:spacing w:line="240" w:lineRule="auto"/>
        <w:ind w:left="720"/>
      </w:pPr>
      <w:r/>
      <w:hyperlink r:id="rId12">
        <w:r>
          <w:rPr>
            <w:color w:val="0000EE"/>
            <w:u w:val="single"/>
          </w:rPr>
          <w:t>https://www.visitleimertpark.org/</w:t>
        </w:r>
      </w:hyperlink>
      <w:r>
        <w:t xml:space="preserve"> - Visit Leimert Park is a resource for exploring the cultural hub of Leimert Park. The site highlights the vibrant marketplace that operates every Saturday and Sunday, featuring cultural vendors, artisans, and makers offering handmade art, jewelry, textiles, books, and unique goods. It also showcases the diverse culinary scene, including soul food, Caribbean, West African, and vegan options from Black-owned kitchens. The site emphasizes the community's rich history and the unique experiences available in Leimert Park.</w:t>
      </w:r>
      <w:r/>
    </w:p>
    <w:p>
      <w:pPr>
        <w:pStyle w:val="ListNumber"/>
        <w:spacing w:line="240" w:lineRule="auto"/>
        <w:ind w:left="720"/>
      </w:pPr>
      <w:r/>
      <w:hyperlink r:id="rId13">
        <w:r>
          <w:rPr>
            <w:color w:val="0000EE"/>
            <w:u w:val="single"/>
          </w:rPr>
          <w:t>https://blackeventsla.substack.com/p/spend-your-saturday-in-leimert-park</w:t>
        </w:r>
      </w:hyperlink>
      <w:r>
        <w:t xml:space="preserve"> - This article invites readers to spend the upcoming First Saturday in Leimert Park Village on October 3, 2026. It details the free, family-friendly event featuring a vendor marketplace, games and workshops, one-day-only specials, food and drinks, and live music. The piece encourages supporting local Black-owned businesses and highlights the importance of consistent community support. It also lists participating businesses and provides event details, including time, location, and activities.</w:t>
      </w:r>
      <w:r/>
    </w:p>
    <w:p>
      <w:pPr>
        <w:pStyle w:val="ListNumber"/>
        <w:spacing w:line="240" w:lineRule="auto"/>
        <w:ind w:left="720"/>
      </w:pPr>
      <w:r/>
      <w:hyperlink r:id="rId14">
        <w:r>
          <w:rPr>
            <w:color w:val="0000EE"/>
            <w:u w:val="single"/>
          </w:rPr>
          <w:t>https://www.eventlistla.com/blkeventsla</w:t>
        </w:r>
      </w:hyperlink>
      <w:r>
        <w:t xml:space="preserve"> - EventListLA provides a comprehensive listing of events in Los Angeles, including the 'First Saturdays in Leimert Park Village' event. The page offers details on upcoming events, including dates, times, locations, and descriptions. It highlights the free, family-friendly nature of the First Saturdays event, emphasizing art, community, food, music, and the opportunity to shop Black-owned businesses. The site also provides RSVP options and links to more information.</w:t>
      </w:r>
      <w:r/>
    </w:p>
    <w:p>
      <w:pPr>
        <w:pStyle w:val="ListNumber"/>
        <w:spacing w:line="240" w:lineRule="auto"/>
        <w:ind w:left="720"/>
      </w:pPr>
      <w:r/>
      <w:hyperlink r:id="rId15">
        <w:r>
          <w:rPr>
            <w:color w:val="0000EE"/>
            <w:u w:val="single"/>
          </w:rPr>
          <w:t>https://calendar.lacity.org/node/423406</w:t>
        </w:r>
      </w:hyperlink>
      <w:r>
        <w:t xml:space="preserve"> - The African Marketplace &amp; Drum Circle is a weekly event held every Sunday from 10:00 AM to 5:00 PM in Leimert Park Village. This family-centered, community-oriented celebration of Black creativity, culture, and joy features food flavors from around the world, live music, and a continuous African drum circle. The event encourages supporting Black-owned businesses and offers a platform for community engagement and cultural exchange.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lackeventsla.substack.com/p/the-roundup-by-blk-events-la-929" TargetMode="External"/><Relationship Id="rId10" Type="http://schemas.openxmlformats.org/officeDocument/2006/relationships/hyperlink" Target="https://foundthemove.com/events/first-saturdays-los-angeles-2026-10-03" TargetMode="External"/><Relationship Id="rId11" Type="http://schemas.openxmlformats.org/officeDocument/2006/relationships/hyperlink" Target="https://www.leimertparkvillage.org/" TargetMode="External"/><Relationship Id="rId12" Type="http://schemas.openxmlformats.org/officeDocument/2006/relationships/hyperlink" Target="https://www.visitleimertpark.org/" TargetMode="External"/><Relationship Id="rId13" Type="http://schemas.openxmlformats.org/officeDocument/2006/relationships/hyperlink" Target="https://blackeventsla.substack.com/p/spend-your-saturday-in-leimert-park" TargetMode="External"/><Relationship Id="rId14" Type="http://schemas.openxmlformats.org/officeDocument/2006/relationships/hyperlink" Target="https://www.eventlistla.com/blkeventsla" TargetMode="External"/><Relationship Id="rId15" Type="http://schemas.openxmlformats.org/officeDocument/2006/relationships/hyperlink" Target="https://calendar.lacity.org/node/42340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