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Anne Louise Releases Brasília Festa da Lili DJ Set Online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can now revisit Anne Louise's electronic set from Festa da Lili in Brasília on YouTube and SoundCloud, bringing a vivid LGBTQIAPN+ celebration to anyone who missed the night. The release preserves the energy of the 15 August performance while extending the party's reach far beyond the dance floor.</w:t>
      </w:r>
      <w:r/>
    </w:p>
    <w:p>
      <w:pPr>
        <w:pStyle w:val="Heading2"/>
      </w:pPr>
      <w:r>
        <w:t>Essential Takeaways</w:t>
      </w:r>
      <w:r/>
      <w:r/>
    </w:p>
    <w:p>
      <w:pPr>
        <w:pStyle w:val="ListBullet"/>
        <w:spacing w:line="240" w:lineRule="auto"/>
        <w:ind w:left="720"/>
      </w:pPr>
      <w:r/>
      <w:r>
        <w:rPr>
          <w:b/>
        </w:rPr>
        <w:t>Available online:</w:t>
      </w:r>
      <w:r>
        <w:t xml:space="preserve"> The Brasília set can be heard on YouTube and SoundCloud.</w:t>
      </w:r>
      <w:r/>
    </w:p>
    <w:p>
      <w:pPr>
        <w:pStyle w:val="ListBullet"/>
        <w:spacing w:line="240" w:lineRule="auto"/>
        <w:ind w:left="720"/>
      </w:pPr>
      <w:r/>
      <w:r>
        <w:rPr>
          <w:b/>
        </w:rPr>
        <w:t>A local landmark:</w:t>
      </w:r>
      <w:r>
        <w:t xml:space="preserve"> Festa da Lili has been part of Brasília's LGBTQIAPN+ scene since 2005.</w:t>
      </w:r>
      <w:r/>
    </w:p>
    <w:p>
      <w:pPr>
        <w:pStyle w:val="ListBullet"/>
        <w:spacing w:line="240" w:lineRule="auto"/>
        <w:ind w:left="720"/>
      </w:pPr>
      <w:r/>
      <w:r>
        <w:rPr>
          <w:b/>
        </w:rPr>
        <w:t>More than a recording:</w:t>
      </w:r>
      <w:r>
        <w:t xml:space="preserve"> The set captures the atmosphere and emotional memory of the live event.</w:t>
      </w:r>
      <w:r/>
    </w:p>
    <w:p>
      <w:pPr>
        <w:pStyle w:val="ListBullet"/>
        <w:spacing w:line="240" w:lineRule="auto"/>
        <w:ind w:left="720"/>
      </w:pPr>
      <w:r/>
      <w:r>
        <w:rPr>
          <w:b/>
        </w:rPr>
        <w:t>Part of a series:</w:t>
      </w:r>
      <w:r>
        <w:t xml:space="preserve"> Anne Louise has also shared two other recent performances.</w:t>
      </w:r>
      <w:r/>
    </w:p>
    <w:p>
      <w:pPr>
        <w:pStyle w:val="ListBullet"/>
        <w:spacing w:line="240" w:lineRule="auto"/>
        <w:ind w:left="720"/>
      </w:pPr>
      <w:r/>
      <w:r>
        <w:rPr>
          <w:b/>
        </w:rPr>
        <w:t>A substantial listen:</w:t>
      </w:r>
      <w:r>
        <w:t xml:space="preserve"> The three releases together run for more than four hours.</w:t>
      </w:r>
      <w:r/>
      <w:r/>
    </w:p>
    <w:p>
      <w:pPr>
        <w:pStyle w:val="Heading2"/>
      </w:pPr>
      <w:r>
        <w:t>A Brasília dance floor gets a second life</w:t>
      </w:r>
      <w:r/>
    </w:p>
    <w:p>
      <w:r/>
      <w:r>
        <w:t>Some nights are too atmospheric to disappear when the lights come up. Anne Louise's Festa da Lili set now gives listeners a way to return to the electronic pulse, crowd energy and sense of release that shaped her 15 August performance in Brasília. The recording is available through YouTube and SoundCloud. (YouTube; SoundCloud)</w:t>
      </w:r>
      <w:r/>
    </w:p>
    <w:p>
      <w:r/>
      <w:r>
        <w:t>For people who were there, it offers a familiar route back to the dance floor. For everyone else, it provides a window into one of the city's most established LGBTQIAPN+ parties, where the music carries as much social meaning as it does momentum. (Jornal de Brasília; Festa da Lili)</w:t>
      </w:r>
      <w:r/>
    </w:p>
    <w:p>
      <w:pPr>
        <w:pStyle w:val="Heading2"/>
      </w:pPr>
      <w:r>
        <w:t>Why Festa da Lili matters in Brasília</w:t>
      </w:r>
      <w:r/>
    </w:p>
    <w:p>
      <w:r/>
      <w:r>
        <w:t>Festa da Lili has been running since 2005, gradually becoming a fixture in Brasília's LGBTQIAPN+ cultural calendar. Its appeal lies in the combination of celebration, community and a reliable instinct for making the dance floor feel welcoming. (Jornal de Brasília; Festa da Lili)</w:t>
      </w:r>
      <w:r/>
    </w:p>
    <w:p>
      <w:r/>
      <w:r>
        <w:t>Anne Louise's relationship with Brasília gives this particular release extra weight. The DJ has described the city as closely connected to her work, making the set feel less like a routine upload and more like a musical postcard from a scene she knows well. (Jornal de Brasília; DJ Sound)</w:t>
      </w:r>
      <w:r/>
    </w:p>
    <w:p>
      <w:pPr>
        <w:pStyle w:val="Heading2"/>
      </w:pPr>
      <w:r>
        <w:t>Anne Louise turns a live set into a shared memory</w:t>
      </w:r>
      <w:r/>
    </w:p>
    <w:p>
      <w:r/>
      <w:r>
        <w:t>A recorded club set can't reproduce every detail of a night out, of course. It can't recreate the crush of the crowd or the sudden flash of lights, but it can preserve the sequence, mood and musical decisions that made the event distinctive. Anne Louise's approach recognises that a set can become an archive as well as entertainment. (Jornal de Brasília; SoundCloud)</w:t>
      </w:r>
      <w:r/>
    </w:p>
    <w:p>
      <w:r/>
      <w:r>
        <w:t>That matters for audiences who couldn't make it to Brasília. The release lets them hear part of the experience on their own terms, whether through headphones on a commute or speakers at home with the volume turned up. Music memories are often surprisingly portable. (YouTube; SoundCloud)</w:t>
      </w:r>
      <w:r/>
    </w:p>
    <w:p>
      <w:pPr>
        <w:pStyle w:val="Heading2"/>
      </w:pPr>
      <w:r>
        <w:t>Three sets, more than four hours of music</w:t>
      </w:r>
      <w:r/>
    </w:p>
    <w:p>
      <w:r/>
      <w:r>
        <w:t>The Brasília recording joins two other recent sets shared by Anne Louise, creating a combined listening time of 4 hours, 20 minutes and 8 seconds. Together, the releases show an artist treating recorded performances as an ongoing catalogue rather than one-off promotional clips. (Jornal de Brasília; DJ Anne Louise's SoundCloud)</w:t>
      </w:r>
      <w:r/>
    </w:p>
    <w:p>
      <w:r/>
      <w:r>
        <w:t>That format also suits the way electronic music is enjoyed today. Listeners can dip in for a few tracks, let a full set run in the background or use the recordings to discover an artist's pacing and atmosphere over a longer stretch. For fans, the appeal is simple: there is no rush to leave the dance floor. (SoundCloud; YouTube)</w:t>
      </w:r>
      <w:r/>
    </w:p>
    <w:p>
      <w:pPr>
        <w:pStyle w:val="Heading2"/>
      </w:pPr>
      <w:r>
        <w:t>Where to listen to the Festa da Lili set</w:t>
      </w:r>
      <w:r/>
    </w:p>
    <w:p>
      <w:r/>
      <w:r>
        <w:t>The most direct options are Anne Louise's YouTube release and the Festa da Lili and DJ Anne Louise pages on SoundCloud. Checking the official channels is the safest way to find the intended recording and any accompanying material. (YouTube; Festa da Lili; DJ Anne Louise's SoundCloud)</w:t>
      </w:r>
      <w:r/>
    </w:p>
    <w:p>
      <w:r/>
      <w:r>
        <w:t>If you're listening for the first time, headphones will reveal more of the set's detail, while a larger speaker setup should bring out its club-focused drive. Either way, the recording is a useful reminder that a memorable party doesn't have to end when the last track fades. (SoundCloud; DJ Sound)</w:t>
      </w:r>
      <w:r/>
    </w:p>
    <w:p>
      <w:r/>
      <w:r>
        <w:t>The release gives Brasília's celebration a longer afterlife, and that's a fitting outcome for a party built around connection. (Jornal de Brasília; Festa da Lili)</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5">
        <w:r>
          <w:rPr>
            <w:color w:val="0000EE"/>
            <w:u w:val="single"/>
          </w:rPr>
          <w:t>[5]</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1">
        <w:r>
          <w:rPr>
            <w:color w:val="0000EE"/>
            <w:u w:val="single"/>
          </w:rPr>
          <w:t>[3]</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https://jornaldebrasilia.com.br/viva/musica/anne-louise-disponibiliza-set-da-festa-da-lili-em-brasilia/</w:t>
        </w:r>
      </w:hyperlink>
      <w:r>
        <w:t xml:space="preserve"> - Please view link - unable to able to access data</w:t>
      </w:r>
      <w:r/>
    </w:p>
    <w:p>
      <w:pPr>
        <w:pStyle w:val="ListNumber"/>
        <w:spacing w:line="240" w:lineRule="auto"/>
        <w:ind w:left="720"/>
      </w:pPr>
      <w:r/>
      <w:hyperlink r:id="rId10">
        <w:r>
          <w:rPr>
            <w:color w:val="0000EE"/>
            <w:u w:val="single"/>
          </w:rPr>
          <w:t>https://www.youtube.com/watch?v=CwzruxgVEZE</w:t>
        </w:r>
      </w:hyperlink>
      <w:r>
        <w:t xml:space="preserve"> - DJ Anne Louise's 'Digital Show Festa da Lili' is a live performance from the Festa da Lili event in Brasília, recorded in August 2020. The set features a mix of electronic dance music, showcasing Anne Louise's dynamic DJing skills. The performance includes a diverse tracklist, blending various genres to create an energetic atmosphere. This recording offers listeners a chance to experience the vibrant energy of the Festa da Lili, a prominent LGBTQIAPN+ event in Brasília.</w:t>
      </w:r>
      <w:r/>
    </w:p>
    <w:p>
      <w:pPr>
        <w:pStyle w:val="ListNumber"/>
        <w:spacing w:line="240" w:lineRule="auto"/>
        <w:ind w:left="720"/>
      </w:pPr>
      <w:r/>
      <w:hyperlink r:id="rId11">
        <w:r>
          <w:rPr>
            <w:color w:val="0000EE"/>
            <w:u w:val="single"/>
          </w:rPr>
          <w:t>https://soundcloud.com/festa-da-lili</w:t>
        </w:r>
      </w:hyperlink>
      <w:r>
        <w:t xml:space="preserve"> - Festa da Lili's SoundCloud page features a collection of live sets from their events, including performances by various artists. The page serves as a platform to relive the energy of the Festa da Lili, a significant LGBTQIAPN+ celebration in Brasília. Listeners can access a variety of tracks that capture the essence of the festival's music scene.</w:t>
      </w:r>
      <w:r/>
    </w:p>
    <w:p>
      <w:pPr>
        <w:pStyle w:val="ListNumber"/>
        <w:spacing w:line="240" w:lineRule="auto"/>
        <w:ind w:left="720"/>
      </w:pPr>
      <w:r/>
      <w:hyperlink r:id="rId12">
        <w:r>
          <w:rPr>
            <w:color w:val="0000EE"/>
            <w:u w:val="single"/>
          </w:rPr>
          <w:t>https://soundcloud.com/djannelouise/tracks</w:t>
        </w:r>
      </w:hyperlink>
      <w:r>
        <w:t xml:space="preserve"> - Anne Louise's SoundCloud profile showcases a range of her DJ sets and music productions. The profile includes live recordings from events such as the Festa da Lili and São Paulo Pride, highlighting her contributions to the electronic music scene. Listeners can explore her diverse tracklist, which reflects her dynamic DJing style and engagement with the LGBTQIAPN+ community.</w:t>
      </w:r>
      <w:r/>
    </w:p>
    <w:p>
      <w:pPr>
        <w:pStyle w:val="ListNumber"/>
        <w:spacing w:line="240" w:lineRule="auto"/>
        <w:ind w:left="720"/>
      </w:pPr>
      <w:r/>
      <w:hyperlink r:id="rId15">
        <w:r>
          <w:rPr>
            <w:color w:val="0000EE"/>
            <w:u w:val="single"/>
          </w:rPr>
          <w:t>https://colorsdj.com/lancamento-anne-louise-love-is-love-festa-guapo/</w:t>
        </w:r>
      </w:hyperlink>
      <w:r>
        <w:t xml:space="preserve"> - Anne Louise's single 'Love Is Love' is a celebration of diversity, developed in partnership with the Guapo festival, a prominent LGBTQIAPN+ event in Brazil. The track transforms electronic music energy into a celebration of love and freedom, reflecting Anne Louise's commitment to inclusivity and community. The official music video is also available, offering a visual representation of the song's themes.</w:t>
      </w:r>
      <w:r/>
    </w:p>
    <w:p>
      <w:pPr>
        <w:pStyle w:val="ListNumber"/>
        <w:spacing w:line="240" w:lineRule="auto"/>
        <w:ind w:left="720"/>
      </w:pPr>
      <w:r/>
      <w:hyperlink r:id="rId13">
        <w:r>
          <w:rPr>
            <w:color w:val="0000EE"/>
            <w:u w:val="single"/>
          </w:rPr>
          <w:t>https://djsound.com.br/?p=15904</w:t>
        </w:r>
      </w:hyperlink>
      <w:r>
        <w:t xml:space="preserve"> - DJ Anne Louise has released three sets totaling over four hours of music, allowing listeners to experience the energy of her performances. These recordings, available on SoundCloud, include live sets from events like Festa da Lili, Festa Black, and Pipoca na We Pride Madrid. The release reflects Anne Louise's dedication to sharing her music and connecting with her audience.</w:t>
      </w:r>
      <w:r/>
    </w:p>
    <w:p>
      <w:pPr>
        <w:pStyle w:val="ListNumber"/>
        <w:spacing w:line="240" w:lineRule="auto"/>
        <w:ind w:left="720"/>
      </w:pPr>
      <w:r/>
      <w:hyperlink r:id="rId14">
        <w:r>
          <w:rPr>
            <w:color w:val="0000EE"/>
            <w:u w:val="single"/>
          </w:rPr>
          <w:t>https://soundcloud.com/diogo-goyaz/festa-da-lili-15-anos</w:t>
        </w:r>
      </w:hyperlink>
      <w:r>
        <w:t xml:space="preserve"> - Diogo Goyaz's live set from the Festa da Lili's 15th anniversary, recorded in August 2020, is available on SoundCloud. The set captures the vibrant atmosphere of the event, featuring a mix of house music that resonates with the festival's energy. Listeners can experience the dynamic performance that contributed to the celebration of Festa da Lili's milestone.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rnaldebrasilia.com.br/viva/musica/anne-louise-disponibiliza-set-da-festa-da-lili-em-brasilia/" TargetMode="External"/><Relationship Id="rId10" Type="http://schemas.openxmlformats.org/officeDocument/2006/relationships/hyperlink" Target="https://www.youtube.com/watch?v=CwzruxgVEZE" TargetMode="External"/><Relationship Id="rId11" Type="http://schemas.openxmlformats.org/officeDocument/2006/relationships/hyperlink" Target="https://soundcloud.com/festa-da-lili" TargetMode="External"/><Relationship Id="rId12" Type="http://schemas.openxmlformats.org/officeDocument/2006/relationships/hyperlink" Target="https://soundcloud.com/djannelouise/tracks" TargetMode="External"/><Relationship Id="rId13" Type="http://schemas.openxmlformats.org/officeDocument/2006/relationships/hyperlink" Target="https://djsound.com.br/?p=15904" TargetMode="External"/><Relationship Id="rId14" Type="http://schemas.openxmlformats.org/officeDocument/2006/relationships/hyperlink" Target="https://soundcloud.com/diogo-goyaz/festa-da-lili-15-anos" TargetMode="External"/><Relationship Id="rId15" Type="http://schemas.openxmlformats.org/officeDocument/2006/relationships/hyperlink" Target="https://colorsdj.com/lancamento-anne-louise-love-is-love-festa-guap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