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Support for Same-Sex Marriage Is Losing Ground in America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Public backing for same-sex marriage remains historically high, but recent polling shows a noticeable retreat, especially among Republicans. Analysts and commentators are debating whether the shift reflects wider polarisation, changing views on transgender policy, or simple political fatigue. Either way, the numbers offer a revealing snapshot of America’s evolving culture war.</w:t>
      </w:r>
      <w:r/>
    </w:p>
    <w:p>
      <w:pPr>
        <w:pStyle w:val="Heading2"/>
      </w:pPr>
      <w:r>
        <w:t>Essential Takeaways</w:t>
      </w:r>
      <w:r/>
      <w:r/>
    </w:p>
    <w:p>
      <w:pPr>
        <w:pStyle w:val="ListBullet"/>
        <w:spacing w:line="240" w:lineRule="auto"/>
        <w:ind w:left="720"/>
      </w:pPr>
      <w:r/>
      <w:r>
        <w:rPr>
          <w:b/>
        </w:rPr>
        <w:t>Support remains substantial:</w:t>
      </w:r>
      <w:r>
        <w:t xml:space="preserve"> Most Americans still favour legal same-sex marriage, despite the recent dip.</w:t>
      </w:r>
      <w:r/>
    </w:p>
    <w:p>
      <w:pPr>
        <w:pStyle w:val="ListBullet"/>
        <w:spacing w:line="240" w:lineRule="auto"/>
        <w:ind w:left="720"/>
      </w:pPr>
      <w:r/>
      <w:r>
        <w:rPr>
          <w:b/>
        </w:rPr>
        <w:t>The decline is uneven:</w:t>
      </w:r>
      <w:r>
        <w:t xml:space="preserve"> Republican support has fallen much more sharply than Democratic support.</w:t>
      </w:r>
      <w:r/>
    </w:p>
    <w:p>
      <w:pPr>
        <w:pStyle w:val="ListBullet"/>
        <w:spacing w:line="240" w:lineRule="auto"/>
        <w:ind w:left="720"/>
      </w:pPr>
      <w:r/>
      <w:r>
        <w:rPr>
          <w:b/>
        </w:rPr>
        <w:t>Transgender issues are reshaping debate:</w:t>
      </w:r>
      <w:r>
        <w:t xml:space="preserve"> Voters increasingly connect broader LGBT politics with questions about children, schools and gender identity.</w:t>
      </w:r>
      <w:r/>
    </w:p>
    <w:p>
      <w:pPr>
        <w:pStyle w:val="ListBullet"/>
        <w:spacing w:line="240" w:lineRule="auto"/>
        <w:ind w:left="720"/>
      </w:pPr>
      <w:r/>
      <w:r>
        <w:rPr>
          <w:b/>
        </w:rPr>
        <w:t>The divide is now strongly partisan:</w:t>
      </w:r>
      <w:r>
        <w:t xml:space="preserve"> Marriage equality has become tied to America’s wider political sorting.</w:t>
      </w:r>
      <w:r/>
    </w:p>
    <w:p>
      <w:pPr>
        <w:pStyle w:val="ListBullet"/>
        <w:spacing w:line="240" w:lineRule="auto"/>
        <w:ind w:left="720"/>
      </w:pPr>
      <w:r/>
      <w:r>
        <w:rPr>
          <w:b/>
        </w:rPr>
        <w:t>Poll wording matters:</w:t>
      </w:r>
      <w:r>
        <w:t xml:space="preserve"> Results can shift depending on whether surveys ask about legal recognition, moral acceptability or specific policies.</w:t>
      </w:r>
      <w:r/>
      <w:r/>
    </w:p>
    <w:p>
      <w:pPr>
        <w:pStyle w:val="Heading2"/>
      </w:pPr>
      <w:r>
        <w:t>America Still Supports Same-Sex Marriage, But the Peak Has Passed</w:t>
      </w:r>
      <w:r/>
    </w:p>
    <w:p>
      <w:r/>
      <w:r>
        <w:t xml:space="preserve">The headline is less “America has turned against same-sex marriage” and more “the era of near-uninterrupted growth has ended”. Gallup’s latest figures show support remains well above the levels recorded before nationwide legal recognition, but it has slipped from its recent high point. That’s a meaningful change, even if same-sex marriage still enjoys majority backing. According to Gallup, attitudes towards LGBT issues remain below their recent peaks. </w:t>
      </w:r>
      <w:hyperlink r:id="rId9">
        <w:r>
          <w:rPr>
            <w:color w:val="0000EE"/>
            <w:u w:val="single"/>
          </w:rPr>
          <w:t>[2]</w:t>
        </w:r>
      </w:hyperlink>
      <w:r/>
    </w:p>
    <w:p>
      <w:r/>
      <w:r>
        <w:t xml:space="preserve">The retreat is particularly striking because public acceptance rose for decades. In the years after same-sex marriage became a national legal right, approval appeared to settle into a broad mainstream consensus. Now, however, arguments about gender, schools and children are pulling the subject back into the centre of America’s political storm. </w:t>
      </w:r>
      <w:hyperlink r:id="rId10">
        <w:r>
          <w:rPr>
            <w:color w:val="0000EE"/>
            <w:u w:val="single"/>
          </w:rPr>
          <w:t>[6]</w:t>
        </w:r>
      </w:hyperlink>
      <w:r/>
    </w:p>
    <w:p>
      <w:r/>
      <w:r>
        <w:t>That doesn’t mean most Americans want existing marriages overturned. It does suggest that the cultural coalition behind marriage equality is less comfortable with the wider bundle of causes often presented alongside it.</w:t>
      </w:r>
      <w:r/>
    </w:p>
    <w:p>
      <w:pPr>
        <w:pStyle w:val="Heading2"/>
      </w:pPr>
      <w:r>
        <w:t>The Partisan Gap Has Become Impossible to Miss</w:t>
      </w:r>
      <w:r/>
    </w:p>
    <w:p>
      <w:r/>
      <w:r>
        <w:t xml:space="preserve">Republicans are driving much of the change. Gallup reports a growing divide between the parties, with Democratic support remaining far higher than Republican support. The gap is now one of the clearest examples of how social questions have been absorbed into America’s red-versus-blue identity politics. </w:t>
      </w:r>
      <w:hyperlink r:id="rId11">
        <w:r>
          <w:rPr>
            <w:color w:val="0000EE"/>
            <w:u w:val="single"/>
          </w:rPr>
          <w:t>[3]</w:t>
        </w:r>
      </w:hyperlink>
      <w:r/>
    </w:p>
    <w:p>
      <w:r/>
      <w:r>
        <w:t xml:space="preserve">That shift matters because same-sex marriage once attracted support from a notable share of moderate and centre-right voters. Recent polling suggests those voters are no longer as firmly aligned with the issue, while conservative politicians increasingly frame LGBT policy as part of a broader fight over parental rights and cultural institutions. Axios reported that Republican support for marriage equality has weakened as the party’s approach to LGBT issues has hardened. </w:t>
      </w:r>
      <w:hyperlink r:id="rId12">
        <w:r>
          <w:rPr>
            <w:color w:val="0000EE"/>
            <w:u w:val="single"/>
          </w:rPr>
          <w:t>[4]</w:t>
        </w:r>
      </w:hyperlink>
      <w:r/>
    </w:p>
    <w:p>
      <w:r/>
      <w:r>
        <w:t>In other words, the legal settlement may be more stable than the political mood surrounding it. A law can remain in place while public enthusiasm cools, especially when voters feel an issue has become a marker of tribal loyalty.</w:t>
      </w:r>
      <w:r/>
    </w:p>
    <w:p>
      <w:pPr>
        <w:pStyle w:val="Heading2"/>
      </w:pPr>
      <w:r>
        <w:t>Is the Wider LGBT Debate Changing Minds?</w:t>
      </w:r>
      <w:r/>
    </w:p>
    <w:p>
      <w:r/>
      <w:r>
        <w:t>Commentators disagree on why support has softened, but many point to the expansion of the argument beyond marriage. Debates around transgender healthcare, school policies, pronouns and youth participation in sport have created new flashpoints, often far removed from the original question of whether two adults should be allowed to marry.</w:t>
      </w:r>
      <w:r/>
    </w:p>
    <w:p>
      <w:r/>
      <w:r>
        <w:t>That distinction is important. Some people who support same-sex marriage do not necessarily support every policy associated with LGBT advocacy. Others believe attempts to separate the issues are politically motivated and risk weakening protections for a wider community. The result is a debate in which labels can do as much work as evidence.</w:t>
      </w:r>
      <w:r/>
    </w:p>
    <w:p>
      <w:r/>
      <w:r>
        <w:t xml:space="preserve">Public opinion data also suggest that people are capable of holding mixed views. They may support marriage equality while opposing particular policies, or favour legal protection while disapproving of certain language and activism. Gallup’s research shows that attitudes across LGBT questions do not move in perfect lockstep. </w:t>
      </w:r>
      <w:hyperlink r:id="rId9">
        <w:r>
          <w:rPr>
            <w:color w:val="0000EE"/>
            <w:u w:val="single"/>
          </w:rPr>
          <w:t>[2]</w:t>
        </w:r>
      </w:hyperlink>
      <w:r/>
    </w:p>
    <w:p>
      <w:pPr>
        <w:pStyle w:val="Heading2"/>
      </w:pPr>
      <w:r>
        <w:t>What the Numbers Mean for Marriage Equality</w:t>
      </w:r>
      <w:r/>
    </w:p>
    <w:p>
      <w:r/>
      <w:r>
        <w:t xml:space="preserve">The polling should be read carefully. Support for same-sex marriage is not the same as approval of same-sex relationships in every setting, nor does it tell us how voters would respond to a specific court challenge or legislative proposal. Different questions produce different answers, particularly when surveys mention religion, children or public institutions. </w:t>
      </w:r>
      <w:hyperlink r:id="rId13">
        <w:r>
          <w:rPr>
            <w:color w:val="0000EE"/>
            <w:u w:val="single"/>
          </w:rPr>
          <w:t>[5]</w:t>
        </w:r>
      </w:hyperlink>
      <w:r/>
    </w:p>
    <w:p>
      <w:r/>
      <w:r>
        <w:t xml:space="preserve">There’s also a difference between a decline from a record high and a return to historic opposition. Current support remains considerably stronger than it was in the 1990s and early 2000s, when legal recognition was far less common and public opinion was much more divided. The broader direction has changed, but the country hasn’t simply travelled back to where it started. </w:t>
      </w:r>
      <w:hyperlink r:id="rId10">
        <w:r>
          <w:rPr>
            <w:color w:val="0000EE"/>
            <w:u w:val="single"/>
          </w:rPr>
          <w:t>[6]</w:t>
        </w:r>
      </w:hyperlink>
      <w:r/>
    </w:p>
    <w:p>
      <w:r/>
      <w:r>
        <w:t>For anyone trying to understand the trend, the best approach is to watch several measures over time rather than one dramatic annual figure. Party affiliation, age, education, religion and personal familiarity with LGBT people all shape the result.</w:t>
      </w:r>
      <w:r/>
    </w:p>
    <w:p>
      <w:pPr>
        <w:pStyle w:val="Heading2"/>
      </w:pPr>
      <w:r>
        <w:t>A Cultural Settlement Under New Pressure</w:t>
      </w:r>
      <w:r/>
    </w:p>
    <w:p>
      <w:r/>
      <w:r>
        <w:t xml:space="preserve">The next phase of the debate is likely to be less about whether same-sex couples can marry and more about what political identity comes attached to that position. That’s uncomfortable territory for activists who built support around a single civil-rights claim, because voters may now judge the entire movement through its most controversial arguments. </w:t>
      </w:r>
      <w:hyperlink r:id="rId14">
        <w:r>
          <w:rPr>
            <w:color w:val="0000EE"/>
            <w:u w:val="single"/>
          </w:rPr>
          <w:t>[7]</w:t>
        </w:r>
      </w:hyperlink>
      <w:r/>
    </w:p>
    <w:p>
      <w:r/>
      <w:r>
        <w:t>At the same time, advocates on the left warn that separating marriage equality from transgender rights can leave vulnerable groups exposed. Conservatives, meanwhile, argue that public support is being tested by policies many voters see as unrelated to marriage. Both sides are therefore treating the polling as evidence for a much larger argument.</w:t>
      </w:r>
      <w:r/>
    </w:p>
    <w:p>
      <w:r/>
      <w:r>
        <w:t xml:space="preserve">The practical reality is quieter than the online shouting. Millions of Americans continue to accept same-sex marriage as part of ordinary family life, even as political coalitions shift around them. The question is whether that everyday acceptance will prove durable when culture-war politics keeps turning the volume up. </w:t>
      </w:r>
      <w:hyperlink r:id="rId11">
        <w:r>
          <w:rPr>
            <w:color w:val="0000EE"/>
            <w:u w:val="single"/>
          </w:rPr>
          <w:t>[3]</w:t>
        </w:r>
      </w:hyperlink>
      <w:r/>
    </w:p>
    <w:p>
      <w:r/>
      <w:r>
        <w:t>It’s a reminder that public opinion rarely moves in a straight line, especially when one issue becomes tangled with half a dozen others.</w:t>
      </w:r>
      <w:r/>
    </w:p>
    <w:p>
      <w:r/>
      <w:r>
        <w:t>Explore the polling carefully: the trend is real, but the story is more complicated than a simple reversal.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[6]</w:t>
        </w:r>
      </w:hyperlink>
      <w:r>
        <w:t xml:space="preserve">, </w:t>
      </w:r>
      <w:hyperlink r:id="rId14">
        <w:r>
          <w:rPr>
            <w:color w:val="0000EE"/>
            <w:u w:val="single"/>
          </w:rPr>
          <w:t>[7]</w:t>
        </w:r>
      </w:hyperlink>
      <w:r>
        <w:t xml:space="preserve">- Paragraph 3: </w:t>
      </w:r>
      <w:hyperlink r:id="rId9">
        <w:r>
          <w:rPr>
            <w:color w:val="0000EE"/>
            <w:u w:val="single"/>
          </w:rPr>
          <w:t>[2]</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2">
        <w:r>
          <w:rPr>
            <w:color w:val="0000EE"/>
            <w:u w:val="single"/>
          </w:rPr>
          <w:t>[4]</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0">
        <w:r>
          <w:rPr>
            <w:color w:val="0000EE"/>
            <w:u w:val="single"/>
          </w:rPr>
          <w:t>[6]</w:t>
        </w:r>
      </w:hyperlink>
      <w:r>
        <w:t xml:space="preserve">- Paragraph 8: </w:t>
      </w:r>
      <w:hyperlink r:id="rId10">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4">
        <w:r>
          <w:rPr>
            <w:color w:val="0000EE"/>
            <w:u w:val="single"/>
          </w:rPr>
          <w:t>[7]</w:t>
        </w:r>
      </w:hyperlink>
      <w:r>
        <w:t xml:space="preserve">, </w:t>
      </w:r>
      <w:hyperlink r:id="rId12">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https://www.theblaze.com/news/gay-atlantic-writer-whines-to-bill-maher-that-lgbt-extremism-is-blowing-up-support-for-homosexual-marriage</w:t>
        </w:r>
      </w:hyperlink>
      <w:r>
        <w:t xml:space="preserve"> - Please view link - unable to able to access data</w:t>
      </w:r>
      <w:r/>
    </w:p>
    <w:p>
      <w:pPr>
        <w:pStyle w:val="ListNumber"/>
        <w:spacing w:line="240" w:lineRule="auto"/>
        <w:ind w:left="720"/>
      </w:pPr>
      <w:r/>
      <w:hyperlink r:id="rId9">
        <w:r>
          <w:rPr>
            <w:color w:val="0000EE"/>
            <w:u w:val="single"/>
          </w:rPr>
          <w:t>https://news.gallup.com/poll/710810/support-lgbtq-issues-remains-down-peak.aspx</w:t>
        </w:r>
      </w:hyperlink>
      <w:r>
        <w:t xml:space="preserve"> - A Gallup poll from June 2026 indicates a decline in U.S. support for LGBTQ+ issues, including same-sex marriage. Support for legal same-sex marriage has decreased by six percentage points from its 2022–2023 peak, now at 65%. Additionally, the percentage of Americans viewing gay or lesbian relations as morally acceptable has dropped to 62%, the lowest since 2016. The decline is particularly notable among Republicans, with support falling from 55% in 2021–2022 to 37% in 2026. Democrats and independents have shown stable levels of acceptance. The poll was conducted between May 1–17, 2026, among 1,001 adults, with a margin of error of ±4 percentage points. (</w:t>
      </w:r>
      <w:hyperlink r:id="rId16">
        <w:r>
          <w:rPr>
            <w:color w:val="0000EE"/>
            <w:u w:val="single"/>
          </w:rPr>
          <w:t>news.gallup.com</w:t>
        </w:r>
      </w:hyperlink>
      <w:r>
        <w:t>)</w:t>
      </w:r>
      <w:r/>
    </w:p>
    <w:p>
      <w:pPr>
        <w:pStyle w:val="ListNumber"/>
        <w:spacing w:line="240" w:lineRule="auto"/>
        <w:ind w:left="720"/>
      </w:pPr>
      <w:r/>
      <w:hyperlink r:id="rId11">
        <w:r>
          <w:rPr>
            <w:color w:val="0000EE"/>
            <w:u w:val="single"/>
          </w:rPr>
          <w:t>https://news.gallup.com/poll/691139/record-party-divide-years-sex-marriage-ruling.aspx</w:t>
        </w:r>
      </w:hyperlink>
      <w:r>
        <w:t xml:space="preserve"> - A Gallup poll from May 2025 highlights a significant party divide in support for same-sex marriage in the U.S. While 68% of Americans support legal same-sex marriage, a record 21-point gap exists between Democrats (88% support) and Republicans (67% support). This marks a 14-point decline in Republican support since 2022. The poll reflects ongoing political tensions, especially amid continued right-wing efforts to overturn the 2015 Supreme Court ruling that legalized same-sex marriage nationwide. The survey was conducted between May 1–17, 2025, among 1,001 adults, with a margin of error of ±4 percentage points. (</w:t>
      </w:r>
      <w:hyperlink r:id="rId17">
        <w:r>
          <w:rPr>
            <w:color w:val="0000EE"/>
            <w:u w:val="single"/>
          </w:rPr>
          <w:t>news.gallup.com</w:t>
        </w:r>
      </w:hyperlink>
      <w:r>
        <w:t>)</w:t>
      </w:r>
      <w:r/>
    </w:p>
    <w:p>
      <w:pPr>
        <w:pStyle w:val="ListNumber"/>
        <w:spacing w:line="240" w:lineRule="auto"/>
        <w:ind w:left="720"/>
      </w:pPr>
      <w:r/>
      <w:hyperlink r:id="rId12">
        <w:r>
          <w:rPr>
            <w:color w:val="0000EE"/>
            <w:u w:val="single"/>
          </w:rPr>
          <w:t>https://www.axios.com/2026/06/03/republican-support-marriage-equality-lgbtq-rights</w:t>
        </w:r>
      </w:hyperlink>
      <w:r>
        <w:t xml:space="preserve"> - An Axios article from June 2026 reports a significant decline in Republican support for same-sex marriage, dropping from 55% in 2021–2022 to just 37% in 2026. While a majority of Americans still support marriage equality, this downward trend among Republicans contrasts with their previous gradual increase in support. The article also notes ongoing political opposition to LGBTQ+ rights, including Republican-led initiatives to restrict transgender rights and challenge diversity, equity, and inclusion policies. The Gallup survey was conducted via telephone interviews with 1,001 adults between May 1–17, 2026, with a margin of error of ±4 percentage points. (</w:t>
      </w:r>
      <w:hyperlink r:id="rId18">
        <w:r>
          <w:rPr>
            <w:color w:val="0000EE"/>
            <w:u w:val="single"/>
          </w:rPr>
          <w:t>axios.com</w:t>
        </w:r>
      </w:hyperlink>
      <w:r>
        <w:t>)</w:t>
      </w:r>
      <w:r/>
    </w:p>
    <w:p>
      <w:pPr>
        <w:pStyle w:val="ListNumber"/>
        <w:spacing w:line="240" w:lineRule="auto"/>
        <w:ind w:left="720"/>
      </w:pPr>
      <w:r/>
      <w:hyperlink r:id="rId13">
        <w:r>
          <w:rPr>
            <w:color w:val="0000EE"/>
            <w:u w:val="single"/>
          </w:rPr>
          <w:t>https://apnews.com/article/e12acb151446ac1b7970c0825bf1d072</w:t>
        </w:r>
      </w:hyperlink>
      <w:r>
        <w:t xml:space="preserve"> - An Associated Press article from June 2026 discusses a Gallup poll revealing a slight decline in U.S. public support for same-sex marriage and acceptance of LGBTQ+ individuals after decades of steady growth. Support for legal same-sex marriage has dropped from 71% in 2022–2023 to 65% in 2026, largely due to decreased backing among Republicans—only 37% support legal same-sex marriage and 35% consider same-sex relations morally acceptable. In contrast, Democrats and independents have shown stable levels of acceptance. The article also notes ongoing political opposition to LGBTQ+ rights, including Republican-led initiatives to restrict transgender rights and challenge diversity, equity, and inclusion policies. The poll was conducted between May 1–17, 2026, among 1,001 adults, with a margin of error of ±4 percentage points. (</w:t>
      </w:r>
      <w:hyperlink r:id="rId19">
        <w:r>
          <w:rPr>
            <w:color w:val="0000EE"/>
            <w:u w:val="single"/>
          </w:rPr>
          <w:t>apnews.com</w:t>
        </w:r>
      </w:hyperlink>
      <w:r>
        <w:t>)</w:t>
      </w:r>
      <w:r/>
    </w:p>
    <w:p>
      <w:pPr>
        <w:pStyle w:val="ListNumber"/>
        <w:spacing w:line="240" w:lineRule="auto"/>
        <w:ind w:left="720"/>
      </w:pPr>
      <w:r/>
      <w:hyperlink r:id="rId10">
        <w:r>
          <w:rPr>
            <w:color w:val="0000EE"/>
            <w:u w:val="single"/>
          </w:rPr>
          <w:t>https://time.com/9850/gay-marriage-america-statistics-poll-lgbt-issues/</w:t>
        </w:r>
      </w:hyperlink>
      <w:r>
        <w:t xml:space="preserve"> - A Time article from 2014 provides insights into evolving American attitudes toward LGBT issues since Massachusetts first legalized same-sex marriage in 2003. Key findings include that 53% of Americans favour legalising gay marriage—a significant increase from less than one-third in 2003, though support has plateaued since 2011. Around 5.1% of Americans identify as LGBT, despite the public overestimating this figure. Belief that AIDS is divine punishment is declining, now held by only 14%. Jewish Americans (83%) and the religiously unaffiliated (73%) are most supportive of same-sex marriage, while white evangelical and black Protestants are least supportive, albeit more so than in 2003. Notably, Catholics are seen as unfriendly to LGBT individuals, despite 57% supporting same-sex marriage. The Republican Party is perceived as unfriendly to LGBT groups, especially within the LGBT community itself. Supporters of same-sex marriage now tend to back a federal solution versus states’ discretion. A widespread misconception exists that federal anti-discrimination protections for LGBT people are already in place. Finally, age plays a crucial role in opinion differences, with Millennials—regardless of political or regional affiliation—overwhelmingly supporting same-sex marriage. (</w:t>
      </w:r>
      <w:hyperlink r:id="rId20">
        <w:r>
          <w:rPr>
            <w:color w:val="0000EE"/>
            <w:u w:val="single"/>
          </w:rPr>
          <w:t>time.com</w:t>
        </w:r>
      </w:hyperlink>
      <w:r>
        <w:t>)</w:t>
      </w:r>
      <w:r/>
    </w:p>
    <w:p>
      <w:pPr>
        <w:pStyle w:val="ListNumber"/>
        <w:spacing w:line="240" w:lineRule="auto"/>
        <w:ind w:left="720"/>
      </w:pPr>
      <w:r/>
      <w:hyperlink r:id="rId14">
        <w:r>
          <w:rPr>
            <w:color w:val="0000EE"/>
            <w:u w:val="single"/>
          </w:rPr>
          <w:t>https://www.axios.com/2021/06/08/same-sex-marriage-support</w:t>
        </w:r>
      </w:hyperlink>
      <w:r>
        <w:t xml:space="preserve"> - An Axios article from June 2021 reports that U.S. public support for legal same-sex marriage reached a record high of 70%, according to a Gallup poll. This ongoing upward trend highlights increasing acceptance over the past 25 years since Gallup began tracking this sentiment. The latest figure also reflects a 10% increase since 2015, the year the U.S. Supreme Court legalised same-sex marriage nationwide. Notably, for the first time, a small majority of Republicans (55%) expressed support, despite the GOP historically being the least supportive political group on this issue. The data underscores the growing national shift toward greater inclusivity and acceptance of LGBTQ+ rights.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gallup.com/poll/710810/support-lgbtq-issues-remains-down-peak.aspx" TargetMode="External"/><Relationship Id="rId10" Type="http://schemas.openxmlformats.org/officeDocument/2006/relationships/hyperlink" Target="https://time.com/9850/gay-marriage-america-statistics-poll-lgbt-issues/" TargetMode="External"/><Relationship Id="rId11" Type="http://schemas.openxmlformats.org/officeDocument/2006/relationships/hyperlink" Target="https://news.gallup.com/poll/691139/record-party-divide-years-sex-marriage-ruling.aspx" TargetMode="External"/><Relationship Id="rId12" Type="http://schemas.openxmlformats.org/officeDocument/2006/relationships/hyperlink" Target="https://www.axios.com/2026/06/03/republican-support-marriage-equality-lgbtq-rights" TargetMode="External"/><Relationship Id="rId13" Type="http://schemas.openxmlformats.org/officeDocument/2006/relationships/hyperlink" Target="https://apnews.com/article/e12acb151446ac1b7970c0825bf1d072" TargetMode="External"/><Relationship Id="rId14" Type="http://schemas.openxmlformats.org/officeDocument/2006/relationships/hyperlink" Target="https://www.axios.com/2021/06/08/same-sex-marriage-support" TargetMode="External"/><Relationship Id="rId15" Type="http://schemas.openxmlformats.org/officeDocument/2006/relationships/hyperlink" Target="https://www.theblaze.com/news/gay-atlantic-writer-whines-to-bill-maher-that-lgbt-extremism-is-blowing-up-support-for-homosexual-marriage" TargetMode="External"/><Relationship Id="rId16" Type="http://schemas.openxmlformats.org/officeDocument/2006/relationships/hyperlink" Target="https://news.gallup.com/poll/710810/support-lgbtq-issues-remains-down-peak.aspx?utm_source=openai" TargetMode="External"/><Relationship Id="rId17" Type="http://schemas.openxmlformats.org/officeDocument/2006/relationships/hyperlink" Target="https://news.gallup.com/poll/691139/record-party-divide-years-sex-marriage-ruling.aspx?utm_source=openai" TargetMode="External"/><Relationship Id="rId18" Type="http://schemas.openxmlformats.org/officeDocument/2006/relationships/hyperlink" Target="https://www.axios.com/2026/06/03/republican-support-marriage-equality-lgbtq-rights?utm_source=openai" TargetMode="External"/><Relationship Id="rId19" Type="http://schemas.openxmlformats.org/officeDocument/2006/relationships/hyperlink" Target="https://apnews.com/article/e12acb151446ac1b7970c0825bf1d072?utm_source=openai" TargetMode="External"/><Relationship Id="rId20" Type="http://schemas.openxmlformats.org/officeDocument/2006/relationships/hyperlink" Target="https://time.com/9850/gay-marriage-america-statistics-poll-lgbt-issues/?utm_source=openai" TargetMode="External"/><Relationship Id="rId21" Type="http://schemas.openxmlformats.org/officeDocument/2006/relationships/hyperlink" Target="https://www.axios.com/2021/06/08/same-sex-marriage-suppo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