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Rainbow Boys Still Matters for LGBTQ Teen Readers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returning to Alex Sanchez's Rainbow Boys, a landmark young adult LGBTQ novel about three teenagers navigating desire, identity and friendship. Published in 2001, the story still matters because its emotional questions remain recognisable, even as support and visibility have grown.</w:t>
      </w:r>
      <w:r/>
    </w:p>
    <w:p>
      <w:pPr>
        <w:pStyle w:val="Heading2"/>
      </w:pPr>
      <w:r>
        <w:t>Essential Takeaways</w:t>
      </w:r>
      <w:r/>
      <w:r/>
    </w:p>
    <w:p>
      <w:pPr>
        <w:pStyle w:val="ListBullet"/>
        <w:spacing w:line="240" w:lineRule="auto"/>
        <w:ind w:left="720"/>
      </w:pPr>
      <w:r/>
      <w:r>
        <w:rPr>
          <w:b/>
        </w:rPr>
        <w:t>Three perspectives:</w:t>
      </w:r>
      <w:r>
        <w:t xml:space="preserve"> Jason, Kyle and Nelson face very different pressures around sexuality, friendship and love.</w:t>
      </w:r>
      <w:r/>
    </w:p>
    <w:p>
      <w:pPr>
        <w:pStyle w:val="ListBullet"/>
        <w:spacing w:line="240" w:lineRule="auto"/>
        <w:ind w:left="720"/>
      </w:pPr>
      <w:r/>
      <w:r>
        <w:rPr>
          <w:b/>
        </w:rPr>
        <w:t>A landmark YA title:</w:t>
      </w:r>
      <w:r>
        <w:t xml:space="preserve"> The novel helped bring LGBTQ teenage experiences into mainstream young adult fiction.</w:t>
      </w:r>
      <w:r/>
    </w:p>
    <w:p>
      <w:pPr>
        <w:pStyle w:val="ListBullet"/>
        <w:spacing w:line="240" w:lineRule="auto"/>
        <w:ind w:left="720"/>
      </w:pPr>
      <w:r/>
      <w:r>
        <w:rPr>
          <w:b/>
        </w:rPr>
        <w:t>Emotionally direct:</w:t>
      </w:r>
      <w:r>
        <w:t xml:space="preserve"> Its strongest moments focus on fear, secrecy, first love and the need to feel safe.</w:t>
      </w:r>
      <w:r/>
    </w:p>
    <w:p>
      <w:pPr>
        <w:pStyle w:val="ListBullet"/>
        <w:spacing w:line="240" w:lineRule="auto"/>
        <w:ind w:left="720"/>
      </w:pPr>
      <w:r/>
      <w:r>
        <w:rPr>
          <w:b/>
        </w:rPr>
        <w:t>Still useful today:</w:t>
      </w:r>
      <w:r>
        <w:t xml:space="preserve"> The book can open thoughtful conversations about bullying, coming out and family support.</w:t>
      </w:r>
      <w:r/>
    </w:p>
    <w:p>
      <w:pPr>
        <w:pStyle w:val="ListBullet"/>
        <w:spacing w:line="240" w:lineRule="auto"/>
        <w:ind w:left="720"/>
      </w:pPr>
      <w:r/>
      <w:r>
        <w:rPr>
          <w:b/>
        </w:rPr>
        <w:t>A quick read:</w:t>
      </w:r>
      <w:r>
        <w:t xml:space="preserve"> The 272-page novel has a brisk, accessible structure for teen and adult readers.</w:t>
      </w:r>
      <w:r/>
      <w:r/>
    </w:p>
    <w:p>
      <w:pPr>
        <w:pStyle w:val="Heading2"/>
      </w:pPr>
      <w:r>
        <w:t>Three boys, three very different kinds of pressure</w:t>
      </w:r>
      <w:r/>
    </w:p>
    <w:p>
      <w:r/>
      <w:r>
        <w:t>The power of Rainbow Boys comes from its three-way perspective. Jason appears to have the conventional high-school life, complete with sporting status and a girlfriend, yet his private thoughts tell a different story. Kyle is already aware of his sexuality but hasn't shared it widely, while Nelson is more open and outspoken, even as he wrestles with unreturned feelings.</w:t>
      </w:r>
      <w:r/>
    </w:p>
    <w:p>
      <w:r/>
      <w:r>
        <w:t>That contrast gives the novel its emotional range. No single character represents every LGBTQ teenager, and Sanchez avoids suggesting there's one correct way to come out or understand yourself. According to Kirkus Reviews, the book centres on the overlapping stories of three gay teens, giving readers a clear route into their fears and hopes.</w:t>
      </w:r>
      <w:r/>
    </w:p>
    <w:p>
      <w:r/>
      <w:r>
        <w:t>The result is intimate rather than abstract. These aren't simply issues being discussed from a distance; they're awkward conversations, secret thoughts and moments when a school corridor can feel uncomfortably exposed.</w:t>
      </w:r>
      <w:r/>
    </w:p>
    <w:p>
      <w:pPr>
        <w:pStyle w:val="Heading2"/>
      </w:pPr>
      <w:r>
        <w:t>Why the early 2000s setting still resonates</w:t>
      </w:r>
      <w:r/>
    </w:p>
    <w:p>
      <w:r/>
      <w:r>
        <w:t>Rainbow Boys was published by Simon and Schuster in 2001, at a time when LGBTQ representation in mainstream teen fiction was far less common. The novel arrived as an accessible story for young readers who might have seen little of their own uncertainty reflected on the page.</w:t>
      </w:r>
      <w:r/>
    </w:p>
    <w:p>
      <w:r/>
      <w:r>
        <w:t>That historical context matters, but it doesn't make the book feel sealed in amber. The language, social setting and assumptions belong to their period, yet the central anxieties remain familiar: What happens if people find out? Who can be trusted? Will home still feel like home after an honest conversation?</w:t>
      </w:r>
      <w:r/>
    </w:p>
    <w:p>
      <w:r/>
      <w:r>
        <w:t>Common Sense Media's review highlights the book's mature themes, including sexual identity, homophobia and relationships. Those elements make it best suited to readers who are ready for candid discussion rather than a heavily softened introduction.</w:t>
      </w:r>
      <w:r/>
    </w:p>
    <w:p>
      <w:pPr>
        <w:pStyle w:val="Heading2"/>
      </w:pPr>
      <w:r>
        <w:t>Representation has changed, but fear hasn't disappeared</w:t>
      </w:r>
      <w:r/>
    </w:p>
    <w:p>
      <w:r/>
      <w:r>
        <w:t>The world around LGBTQ teenagers is more visibly supportive than it was when the novel appeared, with broader representation in books, television and public life. Still, visibility doesn't automatically remove risk. Young people can remain worried about bullying, rejection or disappointing the people they rely on most.</w:t>
      </w:r>
      <w:r/>
    </w:p>
    <w:p>
      <w:r/>
      <w:r>
        <w:t>That's where Rainbow Boys continues to land with force. Its characters are not asking to become symbols; they want ordinary things such as affection, privacy, friendship and the freedom to exist without constant judgement. That simple desire is precisely what makes the hostility around them feel so painful.</w:t>
      </w:r>
      <w:r/>
    </w:p>
    <w:p>
      <w:r/>
      <w:r>
        <w:t>The book's continuing relevance is also reflected by its anniversary attention. Alex Sanchez's official website lists a 25th-anniversary edition, a reminder that publishers and readers still see value in bringing the story to new audiences.</w:t>
      </w:r>
      <w:r/>
    </w:p>
    <w:p>
      <w:pPr>
        <w:pStyle w:val="Heading2"/>
      </w:pPr>
      <w:r>
        <w:t>A useful book for conversations about support</w:t>
      </w:r>
      <w:r/>
    </w:p>
    <w:p>
      <w:r/>
      <w:r>
        <w:t>For parents, teachers and older readers, Rainbow Boys can work as a starting point for wider conversations. Rather than asking a young person to disclose anything personal, it may be better to discuss the characters, the choices adults make around them and what genuine support looks like.</w:t>
      </w:r>
      <w:r/>
    </w:p>
    <w:p>
      <w:r/>
      <w:r>
        <w:t>A useful reading conversation might explore whether each boy has someone safe to call, how rumours affect their choices and why being "out" isn't a single event. The book can also prompt a practical question: are young people in your home or classroom being told clearly that they won't lose love or safety by being honest?</w:t>
      </w:r>
      <w:r/>
    </w:p>
    <w:p>
      <w:r/>
      <w:r>
        <w:t>The novel isn't a handbook, and its early-2000s setting means some details may need context. Apple Books and Google Books both continue to catalogue the title, making it readily available for readers who want to approach it as either a coming-of-age story or a piece of LGBTQ literary history.</w:t>
      </w:r>
      <w:r/>
    </w:p>
    <w:p>
      <w:pPr>
        <w:pStyle w:val="Heading2"/>
      </w:pPr>
      <w:r>
        <w:t>Should you read Rainbow Boys now?</w:t>
      </w:r>
      <w:r/>
    </w:p>
    <w:p>
      <w:r/>
      <w:r>
        <w:t>Yes, particularly if you're interested in how young adult fiction helped widen the conversation around LGBTQ lives. The novel is straightforward, emotionally charged and sometimes uncomfortable, but that discomfort is part of its purpose.</w:t>
      </w:r>
      <w:r/>
    </w:p>
    <w:p>
      <w:r/>
      <w:r>
        <w:t>Readers should approach it with awareness of its age and themes, while also allowing its central compassion to come through. The most lasting question isn't simply whether the characters find romance or acceptance; it's whether the adults and peers around them learn to make room for their full humanity.</w:t>
      </w:r>
      <w:r/>
    </w:p>
    <w:p>
      <w:r/>
      <w:r>
        <w:t>Rainbow Boys remains a heartfelt reminder that feeling seen can be the beginning of feeling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1">
        <w:r>
          <w:rPr>
            <w:color w:val="0000EE"/>
            <w:u w:val="single"/>
          </w:rPr>
          <w:t>[5]</w:t>
        </w:r>
      </w:hyperlink>
      <w:r>
        <w:t xml:space="preserve">- Paragraph 13: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https://owlbookworld.com/rainbow-boys-by-alex-sanchez/</w:t>
        </w:r>
      </w:hyperlink>
      <w:r>
        <w:t xml:space="preserve"> - Please view link - unable to able to access data</w:t>
      </w:r>
      <w:r/>
    </w:p>
    <w:p>
      <w:pPr>
        <w:pStyle w:val="ListNumber"/>
        <w:spacing w:line="240" w:lineRule="auto"/>
        <w:ind w:left="720"/>
      </w:pPr>
      <w:r/>
      <w:hyperlink r:id="rId10">
        <w:r>
          <w:rPr>
            <w:color w:val="0000EE"/>
            <w:u w:val="single"/>
          </w:rPr>
          <w:t>https://www.commonsensemedia.org/book-reviews/rainbow-boys</w:t>
        </w:r>
      </w:hyperlink>
      <w:r>
        <w:t xml:space="preserve"> - Common Sense Media provides a comprehensive review of 'Rainbow Boys' by Alex Sánchez, highlighting its candid portrayal of three high school boys navigating their sexual identities. The review notes the inclusion of explicit language and sexual content, advising that the book is suitable for readers aged 15 and above. It also mentions the presence of a list of advocacy groups at the end of the novel, offering additional resources for readers seeking support or information.</w:t>
      </w:r>
      <w:r/>
    </w:p>
    <w:p>
      <w:pPr>
        <w:pStyle w:val="ListNumber"/>
        <w:spacing w:line="240" w:lineRule="auto"/>
        <w:ind w:left="720"/>
      </w:pPr>
      <w:r/>
      <w:hyperlink r:id="rId12">
        <w:r>
          <w:rPr>
            <w:color w:val="0000EE"/>
            <w:u w:val="single"/>
          </w:rPr>
          <w:t>https://en.wikipedia.org/wiki/Rainbow_Boys</w:t>
        </w:r>
      </w:hyperlink>
      <w:r>
        <w:t xml:space="preserve"> - The Wikipedia page for 'Rainbow Boys' offers an in-depth overview of the novel, detailing its plot, character development, and themes. It discusses the lives of three high school seniors—Jason, Kyle, and Nelson—as they confront issues related to their sexual identities. The page also covers the book's reception, noting its significance in LGBTQ young adult literature and its subsequent sequels, 'Rainbow High' and 'Rainbow Road'.</w:t>
      </w:r>
      <w:r/>
    </w:p>
    <w:p>
      <w:pPr>
        <w:pStyle w:val="ListNumber"/>
        <w:spacing w:line="240" w:lineRule="auto"/>
        <w:ind w:left="720"/>
      </w:pPr>
      <w:r/>
      <w:hyperlink r:id="rId13">
        <w:r>
          <w:rPr>
            <w:color w:val="0000EE"/>
            <w:u w:val="single"/>
          </w:rPr>
          <w:t>https://books.apple.com/us/book/rainbow-boys/id403193634</w:t>
        </w:r>
      </w:hyperlink>
      <w:r>
        <w:t xml:space="preserve"> - The Apple Books page for 'Rainbow Boys' provides a brief description of the novel, emphasizing its status as a seminal queer coming-of-age story. It introduces the main characters—Jason, Kyle, and Nelson—and outlines their struggles with identity and acceptance. The page also highlights the book's recognition as a 'Time Best YA Book of All Time' in 2021, underscoring its impact on young adult literature.</w:t>
      </w:r>
      <w:r/>
    </w:p>
    <w:p>
      <w:pPr>
        <w:pStyle w:val="ListNumber"/>
        <w:spacing w:line="240" w:lineRule="auto"/>
        <w:ind w:left="720"/>
      </w:pPr>
      <w:r/>
      <w:hyperlink r:id="rId11">
        <w:r>
          <w:rPr>
            <w:color w:val="0000EE"/>
            <w:u w:val="single"/>
          </w:rPr>
          <w:t>https://www.kirkusreviews.com/book-reviews/alex-sanchez/rainbow-boys/</w:t>
        </w:r>
      </w:hyperlink>
      <w:r>
        <w:t xml:space="preserve"> - Kirkus Reviews offers a critical assessment of 'Rainbow Boys', noting the intertwining lives of three high school students as they navigate their sexual identities. The review praises the novel for its candid portrayal of homophobia and the challenges faced by LGBTQ youth. It also highlights the book's educational value, providing information about gay sexuality in a manner accessible to young adults.</w:t>
      </w:r>
      <w:r/>
    </w:p>
    <w:p>
      <w:pPr>
        <w:pStyle w:val="ListNumber"/>
        <w:spacing w:line="240" w:lineRule="auto"/>
        <w:ind w:left="720"/>
      </w:pPr>
      <w:r/>
      <w:hyperlink r:id="rId14">
        <w:r>
          <w:rPr>
            <w:color w:val="0000EE"/>
            <w:u w:val="single"/>
          </w:rPr>
          <w:t>https://www.alexsanchez.com/rainbow-boys-25th-anniversary-edition</w:t>
        </w:r>
      </w:hyperlink>
      <w:r>
        <w:t xml:space="preserve"> - Alex Sánchez's official website features information about the 25th Anniversary Edition of 'Rainbow Boys'. The page includes a synopsis of the novel, detailing the experiences of three teenage boys—Jason, Kyle, and Nelson—as they come to terms with their sexual identities. It also mentions the book's accolades, such as being named an American Library Association 'Best Book for Young Adults'.</w:t>
      </w:r>
      <w:r/>
    </w:p>
    <w:p>
      <w:pPr>
        <w:pStyle w:val="ListNumber"/>
        <w:spacing w:line="240" w:lineRule="auto"/>
        <w:ind w:left="720"/>
      </w:pPr>
      <w:r/>
      <w:hyperlink r:id="rId15">
        <w:r>
          <w:rPr>
            <w:color w:val="0000EE"/>
            <w:u w:val="single"/>
          </w:rPr>
          <w:t>https://books.google.com/books/about/Rainbow_Boys.html?id=NMgUhsOWDGoC</w:t>
        </w:r>
      </w:hyperlink>
      <w:r>
        <w:t xml:space="preserve"> - The Google Books page for 'Rainbow Boys' provides a detailed overview of the novel, including its plot, character descriptions, and themes. It highlights the story of three high school seniors—Jason, Kyle, and Nelson—as they confront issues related to their sexual identities. The page also notes the book's recognition as a 'Time Best YA Book of All Time' in 2021, reflecting its enduring impact on young adult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wlbookworld.com/rainbow-boys-by-alex-sanchez/" TargetMode="External"/><Relationship Id="rId10" Type="http://schemas.openxmlformats.org/officeDocument/2006/relationships/hyperlink" Target="https://www.commonsensemedia.org/book-reviews/rainbow-boys" TargetMode="External"/><Relationship Id="rId11" Type="http://schemas.openxmlformats.org/officeDocument/2006/relationships/hyperlink" Target="https://www.kirkusreviews.com/book-reviews/alex-sanchez/rainbow-boys/" TargetMode="External"/><Relationship Id="rId12" Type="http://schemas.openxmlformats.org/officeDocument/2006/relationships/hyperlink" Target="https://en.wikipedia.org/wiki/Rainbow_Boys" TargetMode="External"/><Relationship Id="rId13" Type="http://schemas.openxmlformats.org/officeDocument/2006/relationships/hyperlink" Target="https://books.apple.com/us/book/rainbow-boys/id403193634" TargetMode="External"/><Relationship Id="rId14" Type="http://schemas.openxmlformats.org/officeDocument/2006/relationships/hyperlink" Target="https://www.alexsanchez.com/rainbow-boys-25th-anniversary-edition" TargetMode="External"/><Relationship Id="rId15" Type="http://schemas.openxmlformats.org/officeDocument/2006/relationships/hyperlink" Target="https://books.google.com/books/about/Rainbow_Boys.html?id=NMgUhsOWDG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