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Paris Pride March 2026 route and timings: what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 Pride March 2026 returns on Saturday 3 October after a summer cancellation, bringing its colourful, determined procession from Place d'Italie to Place de la Bastille. Here's the new route, expected timings and what visitors should know before heading into the capital.</w:t>
      </w:r>
      <w:r/>
    </w:p>
    <w:p>
      <w:pPr>
        <w:pStyle w:val="Heading2"/>
      </w:pPr>
      <w:r>
        <w:t>Essential Takeaways</w:t>
      </w:r>
      <w:r/>
      <w:r/>
    </w:p>
    <w:p>
      <w:pPr>
        <w:pStyle w:val="ListBullet"/>
        <w:spacing w:line="240" w:lineRule="auto"/>
        <w:ind w:left="720"/>
      </w:pPr>
      <w:r/>
      <w:r>
        <w:rPr>
          <w:b/>
        </w:rPr>
        <w:t>New date:</w:t>
      </w:r>
      <w:r>
        <w:t xml:space="preserve"> The Paris Pride March takes place on Saturday 3 October 2026, after the June event was cancelled during the heatwave.</w:t>
      </w:r>
      <w:r/>
    </w:p>
    <w:p>
      <w:pPr>
        <w:pStyle w:val="ListBullet"/>
        <w:spacing w:line="240" w:lineRule="auto"/>
        <w:ind w:left="720"/>
      </w:pPr>
      <w:r/>
      <w:r>
        <w:rPr>
          <w:b/>
        </w:rPr>
        <w:t>Starting point:</w:t>
      </w:r>
      <w:r>
        <w:t xml:space="preserve"> Speeches are expected from 12.30pm, with the procession leaving Place d'Italie at 1pm.</w:t>
      </w:r>
      <w:r/>
    </w:p>
    <w:p>
      <w:pPr>
        <w:pStyle w:val="ListBullet"/>
        <w:spacing w:line="240" w:lineRule="auto"/>
        <w:ind w:left="720"/>
      </w:pPr>
      <w:r/>
      <w:r>
        <w:rPr>
          <w:b/>
        </w:rPr>
        <w:t>New route:</w:t>
      </w:r>
      <w:r>
        <w:t xml:space="preserve"> The march heads through the Gobelins area, the Latin Quarter, central Paris and on to Bastille.</w:t>
      </w:r>
      <w:r/>
    </w:p>
    <w:p>
      <w:pPr>
        <w:pStyle w:val="ListBullet"/>
        <w:spacing w:line="240" w:lineRule="auto"/>
        <w:ind w:left="720"/>
      </w:pPr>
      <w:r/>
      <w:r>
        <w:rPr>
          <w:b/>
        </w:rPr>
        <w:t>Final destination:</w:t>
      </w:r>
      <w:r>
        <w:t xml:space="preserve"> The procession finishes at Place de la Bastille, where a free music programme is planned from 4pm to 10pm.</w:t>
      </w:r>
      <w:r/>
    </w:p>
    <w:p>
      <w:pPr>
        <w:pStyle w:val="ListBullet"/>
        <w:spacing w:line="240" w:lineRule="auto"/>
        <w:ind w:left="720"/>
      </w:pPr>
      <w:r/>
      <w:r>
        <w:rPr>
          <w:b/>
        </w:rPr>
        <w:t>Lower-impact format:</w:t>
      </w:r>
      <w:r>
        <w:t xml:space="preserve"> Floats have not been part of the Paris event since 2023 as organisers continue efforts to reduce its environmental footprint.</w:t>
      </w:r>
      <w:r/>
      <w:r/>
    </w:p>
    <w:p>
      <w:pPr>
        <w:pStyle w:val="Heading2"/>
      </w:pPr>
      <w:r>
        <w:t>Paris Pride returns with a new autumn date</w:t>
      </w:r>
      <w:r/>
    </w:p>
    <w:p>
      <w:r/>
      <w:r>
        <w:t>Paris Pride March 2026 will feel slightly different this year, not least because it arrives in October rather than its traditional early-summer slot. The event was originally planned for 27 June but was postponed after a period of extreme heat, according to Paris event listings.</w:t>
      </w:r>
      <w:r/>
    </w:p>
    <w:p>
      <w:r/>
      <w:r>
        <w:t>That change may bring cooler air, softer light and a little more breathing space for anyone who finds a packed summer procession exhausting. The purpose, however, remains unchanged: the march is both a lively public celebration and a demonstration for equality, dignity and LGBTQIA+ rights.</w:t>
      </w:r>
      <w:r/>
    </w:p>
    <w:p>
      <w:pPr>
        <w:pStyle w:val="Heading2"/>
      </w:pPr>
      <w:r>
        <w:t>When does the procession begin?</w:t>
      </w:r>
      <w:r/>
    </w:p>
    <w:p>
      <w:r/>
      <w:r>
        <w:t>The day is expected to start with speeches at around 12.30pm. The procession then sets off at 1pm from Place d'Italie, in Paris's 13th arrondissement, according to event information published by JDS and other local listings.</w:t>
      </w:r>
      <w:r/>
    </w:p>
    <w:p>
      <w:r/>
      <w:r>
        <w:t>That early start matters if you're planning to meet friends along the route. Central streets can become busy well before the march moves off, so arriving with time to spare is sensible, particularly if you're relying on public transport or want a clear view near the starting area.</w:t>
      </w:r>
      <w:r/>
    </w:p>
    <w:p>
      <w:pPr>
        <w:pStyle w:val="Heading2"/>
      </w:pPr>
      <w:r>
        <w:t>The 2026 route runs from Place d'Italie to Bastille</w:t>
      </w:r>
      <w:r/>
    </w:p>
    <w:p>
      <w:r/>
      <w:r>
        <w:t>The revised Paris Pride route takes the march through a broad sweep of the capital. From Place d'Italie, it follows Avenue des Gobelins and Rue Claude-Bernard before continuing along Rue Gay-Lussac and Boulevard Saint-Michel.</w:t>
      </w:r>
      <w:r/>
    </w:p>
    <w:p>
      <w:r/>
      <w:r>
        <w:t>The procession then crosses Boulevard du Palais and Boulevard de Sébastopol, before turning on to Rue de Rivoli and Rue Saint-Antoine. The final destination is Place de la Bastille, a fittingly expansive setting for the crowds, music and closing celebrations.</w:t>
      </w:r>
      <w:r/>
    </w:p>
    <w:p>
      <w:r/>
      <w:r>
        <w:t>Route details can shift on the day, so visitors should check the organisers' official updates before setting off. Transport diversions and temporary road closures are also likely around the main route, making a flexible itinerary more useful than a tightly timed one.</w:t>
      </w:r>
      <w:r/>
    </w:p>
    <w:p>
      <w:pPr>
        <w:pStyle w:val="Heading2"/>
      </w:pPr>
      <w:r>
        <w:t>What happens after the march?</w:t>
      </w:r>
      <w:r/>
    </w:p>
    <w:p>
      <w:r/>
      <w:r>
        <w:t>Once the procession reaches Bastille, the event continues with a free podium programme planned from 4pm until 10pm. The music and performances give the day a more festive second act, but the political message hasn't disappeared beneath the confetti and dancing.</w:t>
      </w:r>
      <w:r/>
    </w:p>
    <w:p>
      <w:r/>
      <w:r>
        <w:t>Paris Pride has also moved away from the use of floats since 2023. Organisers have linked that decision to longer-term environmental aims, including reducing the event's carbon impact, a change also noted in local coverage and event guides.</w:t>
      </w:r>
      <w:r/>
    </w:p>
    <w:p>
      <w:pPr>
        <w:pStyle w:val="Heading2"/>
      </w:pPr>
      <w:r>
        <w:t>A practical guide for visitors</w:t>
      </w:r>
      <w:r/>
    </w:p>
    <w:p>
      <w:r/>
      <w:r>
        <w:t>Wear comfortable shoes, bring water and arrange a meeting point away from the busiest section of the route. October weather can be changeable, so a light waterproof layer is a smarter choice than assuming the day will stay warm and dry.</w:t>
      </w:r>
      <w:r/>
    </w:p>
    <w:p>
      <w:r/>
      <w:r>
        <w:t>If you're travelling across Paris, allow extra time and check live transport information before leaving. The official Pride organisation's website is the best place to look for late changes, accessibility information and practical announcements as the date approaches.</w:t>
      </w:r>
      <w:r/>
    </w:p>
    <w:p>
      <w:r/>
      <w:r>
        <w:t>The march has drawn crowds of more than half a million in previous years, according to Paris event coverage. That scale is part of its energy, but it also means patience helps. As one local event guide puts it, you don't simply watch Paris Pride; you feel the city shift around it.</w:t>
      </w:r>
      <w:r/>
    </w:p>
    <w:p>
      <w:r/>
      <w:r>
        <w:t>Paris Pride March 2026 promises a powerful autumn return, with a changed route and the same unmistakable sense of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5">
        <w:r>
          <w:rPr>
            <w:color w:val="0000EE"/>
            <w:u w:val="single"/>
          </w:rPr>
          <w:t>[6]</w:t>
        </w:r>
      </w:hyperlink>
      <w:r>
        <w:t xml:space="preserve">- Paragraph 13: </w:t>
      </w:r>
      <w:hyperlink r:id="rId11">
        <w:r>
          <w:rPr>
            <w:color w:val="0000EE"/>
            <w:u w:val="single"/>
          </w:rPr>
          <w:t>[3]</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https://www.sortiraparis.com/arts-culture/balades/articles/53832-la-marche-des-fiertes-2026-a-paris-voici-le-nouveau-parcours-du-defile-prevu-ce-week-end</w:t>
        </w:r>
      </w:hyperlink>
      <w:r>
        <w:t xml:space="preserve"> - Please view link - unable to able to access data</w:t>
      </w:r>
      <w:r/>
    </w:p>
    <w:p>
      <w:pPr>
        <w:pStyle w:val="ListNumber"/>
        <w:spacing w:line="240" w:lineRule="auto"/>
        <w:ind w:left="720"/>
      </w:pPr>
      <w:r/>
      <w:hyperlink r:id="rId10">
        <w:r>
          <w:rPr>
            <w:color w:val="0000EE"/>
            <w:u w:val="single"/>
          </w:rPr>
          <w:t>https://www.marchedesfiertes.org/</w:t>
        </w:r>
      </w:hyperlink>
      <w:r>
        <w:t xml:space="preserve"> - The official website of the Paris Pride March, known as Marche des Fiertés, provides comprehensive details about the 2026 event. Scheduled for October 3, 2026, the march will commence at 13:00 from Place d'Italie and proceed to Place de la Bastille. The site outlines the march's political and celebratory significance, highlighting demands such as the fight against discrimination, rights for trans and non-binary individuals, and international solidarity. It also offers information on participation, including registration for organizations and volunteer opportunities.</w:t>
      </w:r>
      <w:r/>
    </w:p>
    <w:p>
      <w:pPr>
        <w:pStyle w:val="ListNumber"/>
        <w:spacing w:line="240" w:lineRule="auto"/>
        <w:ind w:left="720"/>
      </w:pPr>
      <w:r/>
      <w:hyperlink r:id="rId11">
        <w:r>
          <w:rPr>
            <w:color w:val="0000EE"/>
            <w:u w:val="single"/>
          </w:rPr>
          <w:t>https://www.jds.fr/paris/actu/programme-de-la-marche-des-fiertes-2026-a-paris-parcours-horaires-et-concert-a-la-bastille-1733486_A</w:t>
        </w:r>
      </w:hyperlink>
      <w:r>
        <w:t xml:space="preserve"> - This article from 'Je Sortie à Paris' details the programme for the 2026 Paris Pride March. The event is set for October 3, 2026, with the procession starting at 14:00 from Place d'Italie and concluding at Place de la Bastille, where a free concert will take place. The article provides insights into the route, timings, and the festive atmosphere expected during the march, emphasizing its role as a significant event for the LGBTQ+ community in Paris.</w:t>
      </w:r>
      <w:r/>
    </w:p>
    <w:p>
      <w:pPr>
        <w:pStyle w:val="ListNumber"/>
        <w:spacing w:line="240" w:lineRule="auto"/>
        <w:ind w:left="720"/>
      </w:pPr>
      <w:r/>
      <w:hyperlink r:id="rId12">
        <w:r>
          <w:rPr>
            <w:color w:val="0000EE"/>
            <w:u w:val="single"/>
          </w:rPr>
          <w:t>https://www.jds.fr/paris/actu/programme-de-la-marche-des-fiertes-paris-2026-parcours-et-horaires-1607092_A</w:t>
        </w:r>
      </w:hyperlink>
      <w:r>
        <w:t xml:space="preserve"> - An earlier article from 'Je Sortie à Paris' discusses the initial plans for the 2026 Paris Pride March, originally scheduled for June 27, 2026. The march was postponed due to a heatwave and is now set for October 3, 2026. The article outlines the proposed route, starting from Place d'Italie and ending at Place de la République, and highlights the Quinzaine des Fiertés, a two-week series of events leading up to the march.</w:t>
      </w:r>
      <w:r/>
    </w:p>
    <w:p>
      <w:pPr>
        <w:pStyle w:val="ListNumber"/>
        <w:spacing w:line="240" w:lineRule="auto"/>
        <w:ind w:left="720"/>
      </w:pPr>
      <w:r/>
      <w:hyperlink r:id="rId13">
        <w:r>
          <w:rPr>
            <w:color w:val="0000EE"/>
            <w:u w:val="single"/>
          </w:rPr>
          <w:t>https://www.jds.fr/paris/manifestations/marche-des-fiertes-paris-261195_A</w:t>
        </w:r>
      </w:hyperlink>
      <w:r>
        <w:t xml:space="preserve"> - This 'Je Sortie à Paris' article provides an overview of the 2026 Paris Pride March, scheduled for October 3, 2026. It emphasizes the march's significance as a major event for the LGBTQ+ community and its allies, combining advocacy for equal rights with a celebration of diversity. The article mentions the route and timing, noting the departure from Place d'Italie at 14:00 and the festive activities planned for the day.</w:t>
      </w:r>
      <w:r/>
    </w:p>
    <w:p>
      <w:pPr>
        <w:pStyle w:val="ListNumber"/>
        <w:spacing w:line="240" w:lineRule="auto"/>
        <w:ind w:left="720"/>
      </w:pPr>
      <w:r/>
      <w:hyperlink r:id="rId15">
        <w:r>
          <w:rPr>
            <w:color w:val="0000EE"/>
            <w:u w:val="single"/>
          </w:rPr>
          <w:t>https://www.festivalenfrance.com/festival/marche-des-fiertes-de-paris</w:t>
        </w:r>
      </w:hyperlink>
      <w:r>
        <w:t xml:space="preserve"> - Festival en France offers a detailed presentation of the Paris Pride March, known as Marche des Fiertés. The 2026 edition is scheduled for October 3, 2026, and is described as the largest LGBTQI+ event in France and one of the most important in Europe. The article highlights the march's history since 1981 and its role as a culmination of Pride Week, featuring various cultural, political, and festive events throughout Paris.</w:t>
      </w:r>
      <w:r/>
    </w:p>
    <w:p>
      <w:pPr>
        <w:pStyle w:val="ListNumber"/>
        <w:spacing w:line="240" w:lineRule="auto"/>
        <w:ind w:left="720"/>
      </w:pPr>
      <w:r/>
      <w:hyperlink r:id="rId14">
        <w:r>
          <w:rPr>
            <w:color w:val="0000EE"/>
            <w:u w:val="single"/>
          </w:rPr>
          <w:t>https://www.timeout.fr/paris/actualites/tout-savoir-marche-fiertes-2026-092326</w:t>
        </w:r>
      </w:hyperlink>
      <w:r>
        <w:t xml:space="preserve"> - Time Out Paris provides comprehensive information about the 2026 Paris Pride March, including the new route and schedule. The march is set for October 3, 2026, with the procession starting at 14:00 from Place d'Italie. The article details the route through the 13th and 5th arrondissements, mentioning streets like Avenue des Gobelins and Boulevard Saint-Germain, and highlights the festive activities planned at Place de la Bastille, including performances from various artists.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rtiraparis.com/arts-culture/balades/articles/53832-la-marche-des-fiertes-2026-a-paris-voici-le-nouveau-parcours-du-defile-prevu-ce-week-end" TargetMode="External"/><Relationship Id="rId10" Type="http://schemas.openxmlformats.org/officeDocument/2006/relationships/hyperlink" Target="https://www.marchedesfiertes.org/" TargetMode="External"/><Relationship Id="rId11" Type="http://schemas.openxmlformats.org/officeDocument/2006/relationships/hyperlink" Target="https://www.jds.fr/paris/actu/programme-de-la-marche-des-fiertes-2026-a-paris-parcours-horaires-et-concert-a-la-bastille-1733486_A" TargetMode="External"/><Relationship Id="rId12" Type="http://schemas.openxmlformats.org/officeDocument/2006/relationships/hyperlink" Target="https://www.jds.fr/paris/actu/programme-de-la-marche-des-fiertes-paris-2026-parcours-et-horaires-1607092_A" TargetMode="External"/><Relationship Id="rId13" Type="http://schemas.openxmlformats.org/officeDocument/2006/relationships/hyperlink" Target="https://www.jds.fr/paris/manifestations/marche-des-fiertes-paris-261195_A" TargetMode="External"/><Relationship Id="rId14" Type="http://schemas.openxmlformats.org/officeDocument/2006/relationships/hyperlink" Target="https://www.timeout.fr/paris/actualites/tout-savoir-marche-fiertes-2026-092326" TargetMode="External"/><Relationship Id="rId15" Type="http://schemas.openxmlformats.org/officeDocument/2006/relationships/hyperlink" Target="https://www.festivalenfrance.com/festival/marche-des-fiertes-de-par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