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Paris Pride March 2026: Free Bastille Podium Programme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arriving in Paris for the Pride March on Saturday 3 October 2026 can expect a free, lively concert at Place de la Bastille. From 4pm to around 10pm, the programme brings together pop and electronic acts, DJs, drag performers and campaigning voices, making it one of the city’s standout LGBTQIA+ events this autumn.</w:t>
      </w:r>
      <w:r/>
    </w:p>
    <w:p>
      <w:pPr>
        <w:pStyle w:val="Heading2"/>
      </w:pPr>
      <w:r>
        <w:t>Essential Takeaways</w:t>
      </w:r>
      <w:r/>
      <w:r/>
    </w:p>
    <w:p>
      <w:pPr>
        <w:pStyle w:val="ListBullet"/>
        <w:spacing w:line="240" w:lineRule="auto"/>
        <w:ind w:left="720"/>
      </w:pPr>
      <w:r/>
      <w:r>
        <w:rPr>
          <w:b/>
        </w:rPr>
        <w:t>Free entry:</w:t>
      </w:r>
      <w:r>
        <w:t xml:space="preserve"> The Bastille podium is open to the public at no charge.</w:t>
      </w:r>
      <w:r/>
    </w:p>
    <w:p>
      <w:pPr>
        <w:pStyle w:val="ListBullet"/>
        <w:spacing w:line="240" w:lineRule="auto"/>
        <w:ind w:left="720"/>
      </w:pPr>
      <w:r/>
      <w:r>
        <w:rPr>
          <w:b/>
        </w:rPr>
        <w:t>When to arrive:</w:t>
      </w:r>
      <w:r>
        <w:t xml:space="preserve"> Performances are scheduled from 4pm until approximately 10pm on 3 October 2026.</w:t>
      </w:r>
      <w:r/>
    </w:p>
    <w:p>
      <w:pPr>
        <w:pStyle w:val="ListBullet"/>
        <w:spacing w:line="240" w:lineRule="auto"/>
        <w:ind w:left="720"/>
      </w:pPr>
      <w:r/>
      <w:r>
        <w:rPr>
          <w:b/>
        </w:rPr>
        <w:t>Who’s appearing:</w:t>
      </w:r>
      <w:r>
        <w:t xml:space="preserve"> The line-up includes Piche, Montemarco, Allanah Starr, Ruby on the Nail, Kai Iden and Agathe Mougin.</w:t>
      </w:r>
      <w:r/>
    </w:p>
    <w:p>
      <w:pPr>
        <w:pStyle w:val="ListBullet"/>
        <w:spacing w:line="240" w:lineRule="auto"/>
        <w:ind w:left="720"/>
      </w:pPr>
      <w:r/>
      <w:r>
        <w:rPr>
          <w:b/>
        </w:rPr>
        <w:t>More than music:</w:t>
      </w:r>
      <w:r>
        <w:t xml:space="preserve"> Speeches, films and awareness activities will underline the event’s equality and anti-discrimination message.</w:t>
      </w:r>
      <w:r/>
    </w:p>
    <w:p>
      <w:pPr>
        <w:pStyle w:val="ListBullet"/>
        <w:spacing w:line="240" w:lineRule="auto"/>
        <w:ind w:left="720"/>
      </w:pPr>
      <w:r/>
      <w:r>
        <w:rPr>
          <w:b/>
        </w:rPr>
        <w:t>Plan your route:</w:t>
      </w:r>
      <w:r>
        <w:t xml:space="preserve"> The march is due to set off from Place d’Italie before finishing near Bastille.</w:t>
      </w:r>
      <w:r/>
      <w:r/>
    </w:p>
    <w:p>
      <w:pPr>
        <w:pStyle w:val="Heading2"/>
      </w:pPr>
      <w:r>
        <w:t>Bastille gets ready for a big Pride finale</w:t>
      </w:r>
      <w:r/>
    </w:p>
    <w:p>
      <w:r/>
      <w:r>
        <w:t xml:space="preserve">Paris Pride 2026 will end with a colourful public celebration at Place de la Bastille, where music, performance and activism will share the same stage. The free event is organised with the Inter-LGBT and is designed to welcome people as the march reaches its final destination, according to the published event details. </w:t>
      </w:r>
      <w:hyperlink r:id="rId9">
        <w:r>
          <w:rPr>
            <w:color w:val="0000EE"/>
            <w:u w:val="single"/>
          </w:rPr>
          <w:t>[4]</w:t>
        </w:r>
      </w:hyperlink>
      <w:r/>
    </w:p>
    <w:p>
      <w:r/>
      <w:r>
        <w:t xml:space="preserve">The atmosphere should shift quickly from street procession to open-air party. Expect a mix of live vocals, electronic sounds, drag performance and crowd-facing entertainment rather than a conventional concert with one headline act. It’s the sort of programme where you can dip in and out, although the full evening may reward those who stay. </w:t>
      </w:r>
      <w:hyperlink r:id="rId10">
        <w:r>
          <w:rPr>
            <w:color w:val="0000EE"/>
            <w:u w:val="single"/>
          </w:rPr>
          <w:t>[2]</w:t>
        </w:r>
      </w:hyperlink>
      <w:r/>
    </w:p>
    <w:p>
      <w:pPr>
        <w:pStyle w:val="Heading2"/>
      </w:pPr>
      <w:r>
        <w:t>Who’s on the Pride 2026 podium?</w:t>
      </w:r>
      <w:r/>
    </w:p>
    <w:p>
      <w:r/>
      <w:r>
        <w:t xml:space="preserve">The announced programme brings together established performers and newer names from France’s queer music and performance scenes. Piche, Montemarco, Thea Rose, Yann, Kai Iden, Lolla Wesh and Tonya Loren are among the artists listed, while DJ and curator Agathe Mougin adds a club-minded edge to the afternoon. </w:t>
      </w:r>
      <w:hyperlink r:id="rId11">
        <w:r>
          <w:rPr>
            <w:color w:val="0000EE"/>
            <w:u w:val="single"/>
          </w:rPr>
          <w:t>[3]</w:t>
        </w:r>
      </w:hyperlink>
      <w:r/>
    </w:p>
    <w:p>
      <w:r/>
      <w:r>
        <w:t xml:space="preserve">Drag and revue performers will be central to the show, too. Allanah Starr, Ruby on the Nail, The Filip, La Castafion, Emii Kitty and Madeleine Flamboyante with La Believance from Madame Arthur are all part of the broad line-up, alongside the collective La Turbulence x La Versa. </w:t>
      </w:r>
      <w:hyperlink r:id="rId10">
        <w:r>
          <w:rPr>
            <w:color w:val="0000EE"/>
            <w:u w:val="single"/>
          </w:rPr>
          <w:t>[2]</w:t>
        </w:r>
      </w:hyperlink>
      <w:r/>
    </w:p>
    <w:p>
      <w:r/>
      <w:r>
        <w:t xml:space="preserve">That variety is part of the appeal. Rather than sticking to a single musical style, the podium reflects the broader Paris LGBTQIA+ nightlife and performance community, with pop, dance, electronic music, comedy, movement and spectacle sharing the bill. </w:t>
      </w:r>
      <w:hyperlink r:id="rId12">
        <w:r>
          <w:rPr>
            <w:color w:val="0000EE"/>
            <w:u w:val="single"/>
          </w:rPr>
          <w:t>[7]</w:t>
        </w:r>
      </w:hyperlink>
      <w:r/>
    </w:p>
    <w:p>
      <w:pPr>
        <w:pStyle w:val="Heading2"/>
      </w:pPr>
      <w:r>
        <w:t>A free concert with a clear message</w:t>
      </w:r>
      <w:r/>
    </w:p>
    <w:p>
      <w:r/>
      <w:r>
        <w:t xml:space="preserve">Although the Bastille event is festive, its purpose goes beyond entertainment. Organisers are expected to use speeches, video screenings and public information to highlight campaigns against discrimination and support equal rights, according to the event presentation. </w:t>
      </w:r>
      <w:hyperlink r:id="rId13">
        <w:r>
          <w:rPr>
            <w:color w:val="0000EE"/>
            <w:u w:val="single"/>
          </w:rPr>
          <w:t>[5]</w:t>
        </w:r>
      </w:hyperlink>
      <w:r/>
    </w:p>
    <w:p>
      <w:r/>
      <w:r>
        <w:t xml:space="preserve">That balance matters. Pride celebrations can be joyful and loud, but they also provide a highly visible platform for associations and campaigners. In Paris, the podium gives those messages a public setting without asking visitors to choose between activism and a good night out. </w:t>
      </w:r>
      <w:hyperlink r:id="rId9">
        <w:r>
          <w:rPr>
            <w:color w:val="0000EE"/>
            <w:u w:val="single"/>
          </w:rPr>
          <w:t>[4]</w:t>
        </w:r>
      </w:hyperlink>
      <w:r/>
    </w:p>
    <w:p>
      <w:pPr>
        <w:pStyle w:val="Heading2"/>
      </w:pPr>
      <w:r>
        <w:t>How to plan your evening in Paris</w:t>
      </w:r>
      <w:r/>
    </w:p>
    <w:p>
      <w:r/>
      <w:r>
        <w:t xml:space="preserve">The podium is scheduled to begin at 4pm, following the arrival of the Pride procession, and should continue until about 10pm. The march itself is planned to start at Place d’Italie, so visitors should allow time for the route, crowd movement and possible delays before settling near the stage. </w:t>
      </w:r>
      <w:hyperlink r:id="rId14">
        <w:r>
          <w:rPr>
            <w:color w:val="0000EE"/>
            <w:u w:val="single"/>
          </w:rPr>
          <w:t>[6]</w:t>
        </w:r>
      </w:hyperlink>
      <w:r/>
    </w:p>
    <w:p>
      <w:r/>
      <w:r>
        <w:t>For the best experience, check the latest transport information before leaving and avoid relying on a single Metro entrance around Bastille. Comfortable shoes, a charged phone and water will go a long way, especially if you’re joining the march first. Free events can fill quickly, so arriving early is sensible if you want a clear view.</w:t>
      </w:r>
      <w:r/>
    </w:p>
    <w:p>
      <w:pPr>
        <w:pStyle w:val="Heading2"/>
      </w:pPr>
      <w:r>
        <w:t>What to expect from Paris Pride 2026</w:t>
      </w:r>
      <w:r/>
    </w:p>
    <w:p>
      <w:r/>
      <w:r>
        <w:t xml:space="preserve">The postponed date gives this year’s celebration an unusual autumn setting. Instead of the traditional early-summer backdrop, visitors will gather in October, when cooler temperatures may make a long march and evening concert more comfortable. </w:t>
      </w:r>
      <w:hyperlink r:id="rId10">
        <w:r>
          <w:rPr>
            <w:color w:val="0000EE"/>
            <w:u w:val="single"/>
          </w:rPr>
          <w:t>[2]</w:t>
        </w:r>
      </w:hyperlink>
      <w:r/>
    </w:p>
    <w:p>
      <w:r/>
      <w:r>
        <w:t xml:space="preserve">The result should be a lively, open-access finale with plenty of movement both on stage and in the crowd. Whether you come for the DJs, the drag shows, the pop performances or the sense of community, Bastille looks set to provide a memorable close to Paris Pride 2026. </w:t>
      </w:r>
      <w:hyperlink r:id="rId11">
        <w:r>
          <w:rPr>
            <w:color w:val="0000EE"/>
            <w:u w:val="single"/>
          </w:rPr>
          <w:t>[3]</w:t>
        </w:r>
      </w:hyperlink>
      <w:r/>
    </w:p>
    <w:p>
      <w:r/>
      <w:r>
        <w:t>It's a free celebration with music, visibility and purpose at its heart.</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[2]</w:t>
        </w:r>
      </w:hyperlink>
      <w:r>
        <w:t xml:space="preserve">- Paragraph 3: </w:t>
      </w:r>
      <w:hyperlink r:id="rId11">
        <w:r>
          <w:rPr>
            <w:color w:val="0000EE"/>
            <w:u w:val="single"/>
          </w:rPr>
          <w:t>[3]</w:t>
        </w:r>
      </w:hyperlink>
      <w:r>
        <w:t xml:space="preserve">- Paragraph 4: </w:t>
      </w:r>
      <w:hyperlink r:id="rId10">
        <w:r>
          <w:rPr>
            <w:color w:val="0000EE"/>
            <w:u w:val="single"/>
          </w:rPr>
          <w:t>[2]</w:t>
        </w:r>
      </w:hyperlink>
      <w:r>
        <w:t xml:space="preserve">- Paragraph 5: </w:t>
      </w:r>
      <w:hyperlink r:id="rId12">
        <w:r>
          <w:rPr>
            <w:color w:val="0000EE"/>
            <w:u w:val="single"/>
          </w:rPr>
          <w:t>[7]</w:t>
        </w:r>
      </w:hyperlink>
      <w:r>
        <w:t xml:space="preserve">- Paragraph 6: </w:t>
      </w:r>
      <w:hyperlink r:id="rId13">
        <w:r>
          <w:rPr>
            <w:color w:val="0000EE"/>
            <w:u w:val="single"/>
          </w:rPr>
          <w:t>[5]</w:t>
        </w:r>
      </w:hyperlink>
      <w:r>
        <w:t xml:space="preserve">- Paragraph 7: </w:t>
      </w:r>
      <w:hyperlink r:id="rId9">
        <w:r>
          <w:rPr>
            <w:color w:val="0000EE"/>
            <w:u w:val="single"/>
          </w:rPr>
          <w:t>[4]</w:t>
        </w:r>
      </w:hyperlink>
      <w:r>
        <w:t xml:space="preserve">- Paragraph 8: </w:t>
      </w:r>
      <w:hyperlink r:id="rId14">
        <w:r>
          <w:rPr>
            <w:color w:val="0000EE"/>
            <w:u w:val="single"/>
          </w:rPr>
          <w:t>[6]</w:t>
        </w:r>
      </w:hyperlink>
      <w:r>
        <w:t xml:space="preserve">- Paragraph 9: </w:t>
      </w:r>
      <w:hyperlink r:id="rId10">
        <w:r>
          <w:rPr>
            <w:color w:val="0000EE"/>
            <w:u w:val="single"/>
          </w:rPr>
          <w:t>[2]</w:t>
        </w:r>
      </w:hyperlink>
      <w:r>
        <w:t xml:space="preserve">- Paragraph 10: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https://www.sortiraparis.com/scenes/concert-musique/articles/145647-marche-des-fiertes-2026-a-paris-le-programme-du-podium-sur-la-place-de-la-bastille</w:t>
        </w:r>
      </w:hyperlink>
      <w:r>
        <w:t xml:space="preserve"> - Please view link - unable to able to access data</w:t>
      </w:r>
      <w:r/>
    </w:p>
    <w:p>
      <w:pPr>
        <w:pStyle w:val="ListNumber"/>
        <w:spacing w:line="240" w:lineRule="auto"/>
        <w:ind w:left="720"/>
      </w:pPr>
      <w:r/>
      <w:hyperlink r:id="rId10">
        <w:r>
          <w:rPr>
            <w:color w:val="0000EE"/>
            <w:u w:val="single"/>
          </w:rPr>
          <w:t>https://www.sortiraparis.com/scenes/concert-musique/articles/145647-marche-des-fiertes-2026-a-paris-le-programme-du-podium-sur-la-place-de-la-bastille</w:t>
        </w:r>
      </w:hyperlink>
      <w:r>
        <w:t xml:space="preserve"> - The article details the 2026 Pride March in Paris, highlighting the Podium event at Place de la Bastille on Saturday, 3 October 2026, from 16:00 to 22:00. The event features performances by artists such as Yann, Agathe Mougin, Allanah Starr, Montemarco, Piche, Lolla Wesh, Tonya Loren, Kai Iden, and Ruby on the Nail. The concert aims to raise awareness against discrimination and promote equal rights through speeches, video projections, and performances by engaged artists.</w:t>
      </w:r>
      <w:r/>
    </w:p>
    <w:p>
      <w:pPr>
        <w:pStyle w:val="ListNumber"/>
        <w:spacing w:line="240" w:lineRule="auto"/>
        <w:ind w:left="720"/>
      </w:pPr>
      <w:r/>
      <w:hyperlink r:id="rId11">
        <w:r>
          <w:rPr>
            <w:color w:val="0000EE"/>
            <w:u w:val="single"/>
          </w:rPr>
          <w:t>https://queer.paris/Podium-Marche-des-Fiertes-2026--438117</w:t>
        </w:r>
      </w:hyperlink>
      <w:r>
        <w:t xml:space="preserve"> - This page provides information about the 2026 Pride Podium event at Place de la Bastille on 3 October 2026, from 16:00 to 22:00. The lineup includes La Castafion, Allanah Starr, Thea Rose, Debbie Sparrow, Yann, Piche, Christophe Madrolle, Ruby on the Nail, Montemarco, Emii Kitty, La Turbulence x La Versa, Kai Iden, Lolla Wesh, Tonya Loren, Hanabi The K, Agathe Mougin, Ameziane, Madeleine Flamboyante, La Believance de chez Madame Arthur, and Le Filip. The event is organised by Inter-LGBT and aims to celebrate LGBTQ+ culture and rights. (</w:t>
      </w:r>
      <w:hyperlink r:id="rId15">
        <w:r>
          <w:rPr>
            <w:color w:val="0000EE"/>
            <w:u w:val="single"/>
          </w:rPr>
          <w:t>queer.paris</w:t>
        </w:r>
      </w:hyperlink>
      <w:r>
        <w:t>)</w:t>
      </w:r>
      <w:r/>
    </w:p>
    <w:p>
      <w:pPr>
        <w:pStyle w:val="ListNumber"/>
        <w:spacing w:line="240" w:lineRule="auto"/>
        <w:ind w:left="720"/>
      </w:pPr>
      <w:r/>
      <w:hyperlink r:id="rId9">
        <w:r>
          <w:rPr>
            <w:color w:val="0000EE"/>
            <w:u w:val="single"/>
          </w:rPr>
          <w:t>https://www.paris.fr/evenements/marche-des-fiertes-84545</w:t>
        </w:r>
      </w:hyperlink>
      <w:r>
        <w:t xml:space="preserve"> - The official announcement from the City of Paris about the 2026 Pride March, scheduled for Saturday, 3 October 2026. The march will start at 13:30 from Place d'Italie and proceed to Place de la Bastille. The event is free and open to the public, aiming to celebrate and advocate for LGBTQ+ rights and visibility. (</w:t>
      </w:r>
      <w:hyperlink r:id="rId16">
        <w:r>
          <w:rPr>
            <w:color w:val="0000EE"/>
            <w:u w:val="single"/>
          </w:rPr>
          <w:t>paris.fr</w:t>
        </w:r>
      </w:hyperlink>
      <w:r>
        <w:t>)</w:t>
      </w:r>
      <w:r/>
    </w:p>
    <w:p>
      <w:pPr>
        <w:pStyle w:val="ListNumber"/>
        <w:spacing w:line="240" w:lineRule="auto"/>
        <w:ind w:left="720"/>
      </w:pPr>
      <w:r/>
      <w:hyperlink r:id="rId13">
        <w:r>
          <w:rPr>
            <w:color w:val="0000EE"/>
            <w:u w:val="single"/>
          </w:rPr>
          <w:t>https://www.marchedesfiertes.org/</w:t>
        </w:r>
      </w:hyperlink>
      <w:r>
        <w:t xml:space="preserve"> - The official website for the 2026 Pride March in Paris and Île-de-France, providing details about the event on 3 October 2026. The march will begin at 12:30 with speeches and depart at 13:00 from Place d'Italie to Place de la Bastille. The website outlines the march's demands, including the fight against discrimination, rights for trans and non-binary people, access to rights for all, LGBT+ visibility and pride, and international solidarity. (</w:t>
      </w:r>
      <w:hyperlink r:id="rId17">
        <w:r>
          <w:rPr>
            <w:color w:val="0000EE"/>
            <w:u w:val="single"/>
          </w:rPr>
          <w:t>marchedesfiertes.org</w:t>
        </w:r>
      </w:hyperlink>
      <w:r>
        <w:t>)</w:t>
      </w:r>
      <w:r/>
    </w:p>
    <w:p>
      <w:pPr>
        <w:pStyle w:val="ListNumber"/>
        <w:spacing w:line="240" w:lineRule="auto"/>
        <w:ind w:left="720"/>
      </w:pPr>
      <w:r/>
      <w:hyperlink r:id="rId14">
        <w:r>
          <w:rPr>
            <w:color w:val="0000EE"/>
            <w:u w:val="single"/>
          </w:rPr>
          <w:t>https://www.jds.fr/paris/actu/programme-de-la-marche-des-fiertes-2026-a-paris-parcours-horaires-et-concert-a-la-bastille-1733486_A</w:t>
        </w:r>
      </w:hyperlink>
      <w:r>
        <w:t xml:space="preserve"> - This article provides the programme for the 2026 Pride March in Paris, detailing the route, timings, and the concert at Place de la Bastille. The march will start at 14:00 from Place d'Italie and proceed to Place de la Bastille, where a free concert will conclude the event. The article also offers practical information for participants and mentions the cancellation of the original date due to a heatwave. (</w:t>
      </w:r>
      <w:hyperlink r:id="rId18">
        <w:r>
          <w:rPr>
            <w:color w:val="0000EE"/>
            <w:u w:val="single"/>
          </w:rPr>
          <w:t>jds.fr</w:t>
        </w:r>
      </w:hyperlink>
      <w:r>
        <w:t>)</w:t>
      </w:r>
      <w:r/>
    </w:p>
    <w:p>
      <w:pPr>
        <w:pStyle w:val="ListNumber"/>
        <w:spacing w:line="240" w:lineRule="auto"/>
        <w:ind w:left="720"/>
      </w:pPr>
      <w:r/>
      <w:hyperlink r:id="rId12">
        <w:r>
          <w:rPr>
            <w:color w:val="0000EE"/>
            <w:u w:val="single"/>
          </w:rPr>
          <w:t>https://queer-paris.com/Podium-Marche-des-Fiertes-2026--438117</w:t>
        </w:r>
      </w:hyperlink>
      <w:r>
        <w:t xml:space="preserve"> - This page provides information about the 2026 Pride Podium event at Place de la Bastille on 3 October 2026, from 16:00 to 22:00. The lineup includes La Castafion, Allanah Starr, Thea Rose, Debbie Sparrow, Yann, Piche, Christophe Madrolle, Ruby on the Nail, Montemarco, Emii Kitty, La Turbulence x La Versa, Kai Iden, Lolla Wesh, Tonya Loren, Hanabi The K, Agathe Mougin, Ameziane, Madeleine Flamboyante, La Believance de chez Madame Arthur, and Le Filip. The event is organised by Inter-LGBT and aims to celebrate LGBTQ+ culture and rights. (</w:t>
      </w:r>
      <w:hyperlink r:id="rId19">
        <w:r>
          <w:rPr>
            <w:color w:val="0000EE"/>
            <w:u w:val="single"/>
          </w:rPr>
          <w:t>queer-paris.com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is.fr/evenements/marche-des-fiertes-84545" TargetMode="External"/><Relationship Id="rId10" Type="http://schemas.openxmlformats.org/officeDocument/2006/relationships/hyperlink" Target="https://www.sortiraparis.com/scenes/concert-musique/articles/145647-marche-des-fiertes-2026-a-paris-le-programme-du-podium-sur-la-place-de-la-bastille" TargetMode="External"/><Relationship Id="rId11" Type="http://schemas.openxmlformats.org/officeDocument/2006/relationships/hyperlink" Target="https://queer.paris/Podium-Marche-des-Fiertes-2026--438117" TargetMode="External"/><Relationship Id="rId12" Type="http://schemas.openxmlformats.org/officeDocument/2006/relationships/hyperlink" Target="https://queer-paris.com/Podium-Marche-des-Fiertes-2026--438117" TargetMode="External"/><Relationship Id="rId13" Type="http://schemas.openxmlformats.org/officeDocument/2006/relationships/hyperlink" Target="https://www.marchedesfiertes.org/" TargetMode="External"/><Relationship Id="rId14" Type="http://schemas.openxmlformats.org/officeDocument/2006/relationships/hyperlink" Target="https://www.jds.fr/paris/actu/programme-de-la-marche-des-fiertes-2026-a-paris-parcours-horaires-et-concert-a-la-bastille-1733486_A" TargetMode="External"/><Relationship Id="rId15" Type="http://schemas.openxmlformats.org/officeDocument/2006/relationships/hyperlink" Target="https://queer.paris/Podium-Marche-des-Fiertes-2026--438117?utm_source=openai" TargetMode="External"/><Relationship Id="rId16" Type="http://schemas.openxmlformats.org/officeDocument/2006/relationships/hyperlink" Target="https://www.paris.fr/evenements/marche-des-fiertes-84545?utm_source=openai" TargetMode="External"/><Relationship Id="rId17" Type="http://schemas.openxmlformats.org/officeDocument/2006/relationships/hyperlink" Target="https://www.marchedesfiertes.org/?utm_source=openai" TargetMode="External"/><Relationship Id="rId18" Type="http://schemas.openxmlformats.org/officeDocument/2006/relationships/hyperlink" Target="https://www.jds.fr/paris/actu/programme-de-la-marche-des-fiertes-2026-a-paris-parcours-horaires-et-concert-a-la-bastille-1733486_A?utm_source=openai" TargetMode="External"/><Relationship Id="rId19" Type="http://schemas.openxmlformats.org/officeDocument/2006/relationships/hyperlink" Target="https://queer-paris.com/Podium-Marche-des-Fiertes-2026--438117?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