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sponsorship boost supports 40th anniversary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preparing for a major Palm Springs Pride 2026 celebration as PS Resorts more than doubles its sponsorship ahead of the November weekend. The free downtown festival is expected to draw over 200,000 visitors, bringing a colourful mix of live entertainment, community events and business for the wider Greater Palm Springs area.</w:t>
      </w:r>
      <w:r/>
    </w:p>
    <w:p>
      <w:pPr>
        <w:pStyle w:val="Heading2"/>
      </w:pPr>
      <w:r>
        <w:t>Essential Takeaways</w:t>
      </w:r>
      <w:r/>
      <w:r/>
    </w:p>
    <w:p>
      <w:pPr>
        <w:pStyle w:val="ListBullet"/>
        <w:spacing w:line="240" w:lineRule="auto"/>
        <w:ind w:left="720"/>
      </w:pPr>
      <w:r/>
      <w:r>
        <w:rPr>
          <w:b/>
        </w:rPr>
        <w:t>Bigger backing:</w:t>
      </w:r>
      <w:r>
        <w:t xml:space="preserve"> PS Resorts is increasing its financial support for the 2026 celebration.</w:t>
      </w:r>
      <w:r/>
    </w:p>
    <w:p>
      <w:pPr>
        <w:pStyle w:val="ListBullet"/>
        <w:spacing w:line="240" w:lineRule="auto"/>
        <w:ind w:left="720"/>
      </w:pPr>
      <w:r/>
      <w:r>
        <w:rPr>
          <w:b/>
        </w:rPr>
        <w:t>Major milestone:</w:t>
      </w:r>
      <w:r>
        <w:t xml:space="preserve"> Greater Palm Springs Pride will mark its 40th anniversary from 6 to 8 November.</w:t>
      </w:r>
      <w:r/>
    </w:p>
    <w:p>
      <w:pPr>
        <w:pStyle w:val="ListBullet"/>
        <w:spacing w:line="240" w:lineRule="auto"/>
        <w:ind w:left="720"/>
      </w:pPr>
      <w:r/>
      <w:r>
        <w:rPr>
          <w:b/>
        </w:rPr>
        <w:t>Strong economic pull:</w:t>
      </w:r>
      <w:r>
        <w:t xml:space="preserve"> Organisers estimate the event generates $38 million for local hotels, restaurants, shops and small businesses.</w:t>
      </w:r>
      <w:r/>
    </w:p>
    <w:p>
      <w:pPr>
        <w:pStyle w:val="ListBullet"/>
        <w:spacing w:line="240" w:lineRule="auto"/>
        <w:ind w:left="720"/>
      </w:pPr>
      <w:r/>
      <w:r>
        <w:rPr>
          <w:b/>
        </w:rPr>
        <w:t>Free to attend:</w:t>
      </w:r>
      <w:r>
        <w:t xml:space="preserve"> The festival and parade remain open to everyone without an entry fee.</w:t>
      </w:r>
      <w:r/>
    </w:p>
    <w:p>
      <w:pPr>
        <w:pStyle w:val="ListBullet"/>
        <w:spacing w:line="240" w:lineRule="auto"/>
        <w:ind w:left="720"/>
      </w:pPr>
      <w:r/>
      <w:r>
        <w:rPr>
          <w:b/>
        </w:rPr>
        <w:t>Packed programme:</w:t>
      </w:r>
      <w:r>
        <w:t xml:space="preserve"> Expect several stages, more than 200 marketplace exhibitors, block parties and the traditional Sunday parade.</w:t>
      </w:r>
      <w:r/>
      <w:r/>
    </w:p>
    <w:p>
      <w:pPr>
        <w:pStyle w:val="Heading2"/>
      </w:pPr>
      <w:r>
        <w:t>A larger Pride weekend is coming to Palm Springs</w:t>
      </w:r>
      <w:r/>
    </w:p>
    <w:p>
      <w:r/>
      <w:r>
        <w:t>Palm Springs Pride 2026 is shaping up to be one of the city’s biggest recent celebrations, with organisers expecting more than 200,000 people in downtown Palm Springs. The November weekend will combine music, community activity and a distinctly lively street atmosphere, with Palm Canyon Drive taking centre stage for the parade.</w:t>
      </w:r>
      <w:r/>
    </w:p>
    <w:p>
      <w:r/>
      <w:r>
        <w:t>The event runs from 6 to 8 November and will be themed “Be Included”. According to Greater Palm Springs Pride, the programme will include live entertainment across multiple stages, community events and nightly block parties, giving visitors plenty of reasons to stay beyond the main parade. Visit Palm Springs also lists the anniversary celebration as a key event in the city’s autumn calendar.</w:t>
      </w:r>
      <w:r/>
    </w:p>
    <w:p>
      <w:pPr>
        <w:pStyle w:val="Heading2"/>
      </w:pPr>
      <w:r>
        <w:t>Why PS Resorts is increasing its support</w:t>
      </w:r>
      <w:r/>
    </w:p>
    <w:p>
      <w:r/>
      <w:r>
        <w:t>The sponsorship increase arrives at a moment when corporate support for Pride events elsewhere in the United States has become less predictable. In Palm Springs, however, the hospitality sector is continuing to present Pride as both a civic commitment and a significant part of the local visitor economy.</w:t>
      </w:r>
      <w:r/>
    </w:p>
    <w:p>
      <w:r/>
      <w:r>
        <w:t>Peggy Trott, president of PS Resorts, described Palm Springs Pride as an “economic power engine” and linked investment in the event with the city’s reputation for inclusivity. That message is backed by the event’s reported $38 million direct economic impact, which flows through accommodation, dining, retail and smaller independent businesses.</w:t>
      </w:r>
      <w:r/>
    </w:p>
    <w:p>
      <w:r/>
      <w:r>
        <w:t>The local partnership model also includes the Arenas District, Heimark Distributors and U.S. Bank. Greater Palm Springs Pride executive director Jasmine Sullivan-Waits said these relationships help provide a more sustainable financial foundation for the celebration.</w:t>
      </w:r>
      <w:r/>
    </w:p>
    <w:p>
      <w:pPr>
        <w:pStyle w:val="Heading2"/>
      </w:pPr>
      <w:r>
        <w:t>Free entry, broad appeal and a busy city centre</w:t>
      </w:r>
      <w:r/>
    </w:p>
    <w:p>
      <w:r/>
      <w:r>
        <w:t>For visitors, one of the biggest advantages is straightforward: the festival and parade remain free. That makes the weekend more accessible for families, first-time attendees and travellers who want to experience Palm Springs Pride without committing to a ticketed programme.</w:t>
      </w:r>
      <w:r/>
    </w:p>
    <w:p>
      <w:r/>
      <w:r>
        <w:t>The city will still play an important practical role. Palm Springs provides public safety, city services and logistical assistance, while Greater Palm Springs Pride says the municipality doesn't provide direct cash funding to the organisation. It's a useful distinction, because a large public event depends on more than sponsorship alone.</w:t>
      </w:r>
      <w:r/>
    </w:p>
    <w:p>
      <w:r/>
      <w:r>
        <w:t>Visitors planning to attend should book accommodation early, particularly if they want to stay close to downtown. With such a large expected crowd, restaurants and car parks are likely to be busiest around the headline events, so walking, rideshares and advance reservations may make the weekend feel considerably less hectic.</w:t>
      </w:r>
      <w:r/>
    </w:p>
    <w:p>
      <w:pPr>
        <w:pStyle w:val="Heading2"/>
      </w:pPr>
      <w:r>
        <w:t>What to expect from the 40th anniversary programme</w:t>
      </w:r>
      <w:r/>
    </w:p>
    <w:p>
      <w:r/>
      <w:r>
        <w:t>The anniversary edition promises a full festival rather than a single parade day. More than 200 exhibitors are expected to take part, alongside several entertainment stages, community programming and evening block parties that should keep the atmosphere moving after sunset.</w:t>
      </w:r>
      <w:r/>
    </w:p>
    <w:p>
      <w:r/>
      <w:r>
        <w:t>The weekend concludes with the annual Pride Parade at 10am on Sunday, 8 November, along Palm Canyon Drive. Greater Palm Springs Pride has also announced its 2026 theme as “Be Included”, framing the milestone around solidarity, cultural expression and participation.</w:t>
      </w:r>
      <w:r/>
    </w:p>
    <w:p>
      <w:r/>
      <w:r>
        <w:t>That broad mix matters. Pride in Palm Springs isn't simply a visitor attraction or a collection of parties; it also provides a visible platform for local organisations, community groups and businesses. The result is a weekend that feels both celebratory and rooted in the city itself.</w:t>
      </w:r>
      <w:r/>
    </w:p>
    <w:p>
      <w:pPr>
        <w:pStyle w:val="Heading2"/>
      </w:pPr>
      <w:r>
        <w:t>A positive sign for local events</w:t>
      </w:r>
      <w:r/>
    </w:p>
    <w:p>
      <w:r/>
      <w:r>
        <w:t>PS Resorts’ decision to expand its sponsorship sends a confident signal about Palm Springs’ relationship with major community events. While sponsorship patterns are shifting nationally, the local approach suggests that businesses still see value in supporting celebrations that bring people together and fill hotel rooms.</w:t>
      </w:r>
      <w:r/>
    </w:p>
    <w:p>
      <w:r/>
      <w:r>
        <w:t>For Greater Palm Springs, the timing is especially significant. A 40th anniversary creates natural momentum, but long-term partnerships are what help an event remain resilient after the banners come down. And with free public access, an established parade and a strong visitor base, Palm Springs Pride looks set to enter its next decade with plenty of colour and commercial energy.</w:t>
      </w:r>
      <w:r/>
    </w:p>
    <w:p>
      <w:r/>
      <w:r>
        <w:t>It's a small reminder that inclusive celebrations can be both meaningful community gatherings and powerful forces for local business.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2">
        <w:r>
          <w:rPr>
            <w:color w:val="0000EE"/>
            <w:u w:val="single"/>
          </w:rPr>
          <w:t>[7]</w:t>
        </w:r>
      </w:hyperlink>
      <w:r>
        <w:t xml:space="preserve">, </w:t>
      </w:r>
      <w:hyperlink r:id="rId13">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https://www.nbcpalmsprings.com/local-and-community/2026/09/28/ps-resorts-more-than-doubles-sponsorship-of-palm-springs-pride</w:t>
        </w:r>
      </w:hyperlink>
      <w:r>
        <w:t xml:space="preserve"> - Please view link - unable to able to access data</w:t>
      </w:r>
      <w:r/>
    </w:p>
    <w:p>
      <w:pPr>
        <w:pStyle w:val="ListNumber"/>
        <w:spacing w:line="240" w:lineRule="auto"/>
        <w:ind w:left="720"/>
      </w:pPr>
      <w:r/>
      <w:hyperlink r:id="rId9">
        <w:r>
          <w:rPr>
            <w:color w:val="0000EE"/>
            <w:u w:val="single"/>
          </w:rPr>
          <w:t>https://www.nbcpalmsprings.com/local-and-community/2026/09/28/ps-resorts-more-than-doubles-sponsorship-of-palm-springs-pride</w:t>
        </w:r>
      </w:hyperlink>
      <w:r>
        <w:t xml:space="preserve"> - PS Resorts has significantly increased its sponsorship of Greater Palm Springs Pride in anticipation of the event's 40th anniversary celebration, scheduled for November 6–8, 2026, in downtown Palm Springs. The event is expected to attract over 200,000 attendees and generate $38 million in direct economic impact for local businesses. PS Resorts' enhanced sponsorship aligns with its mission to invest in initiatives that drive overnight visitation and bolster the regional hospitality economy. This move comes amid a trend of reduced corporate sponsorships for Pride events nationwide.</w:t>
      </w:r>
      <w:r/>
    </w:p>
    <w:p>
      <w:pPr>
        <w:pStyle w:val="ListNumber"/>
        <w:spacing w:line="240" w:lineRule="auto"/>
        <w:ind w:left="720"/>
      </w:pPr>
      <w:r/>
      <w:hyperlink r:id="rId13">
        <w:r>
          <w:rPr>
            <w:color w:val="0000EE"/>
            <w:u w:val="single"/>
          </w:rPr>
          <w:t>https://kesq.com/news/2026/09/14/greater-palm-springs-pride-announces-2026-grand-marshals-for-40th-anniversary/</w:t>
        </w:r>
      </w:hyperlink>
      <w:r>
        <w:t xml:space="preserve"> - Greater Palm Springs Pride has announced the honorees for its 40th Anniversary Pride Parade, taking place Sunday, November 8, 2026, under the theme 'Be Included.' The parade will recognise four individuals whose work and contributions have uplifted the LGBTQIA+ community locally and nationally. Comedian Fortune Feimster has been named National Grand Marshal, actor Cheyenne Jackson as Celebrity Grand Marshal, entertainer Marshall Pearcy as Pride Royalty for Life, and Gary Moline will receive the Community Service Award for over 25 years of civic and LGBTQIA+ community involvement.</w:t>
      </w:r>
      <w:r/>
    </w:p>
    <w:p>
      <w:pPr>
        <w:pStyle w:val="ListNumber"/>
        <w:spacing w:line="240" w:lineRule="auto"/>
        <w:ind w:left="720"/>
      </w:pPr>
      <w:r/>
      <w:hyperlink r:id="rId10">
        <w:r>
          <w:rPr>
            <w:color w:val="0000EE"/>
            <w:u w:val="single"/>
          </w:rPr>
          <w:t>https://visitpalmsprings.com/event/greater-palm-springs-pride-2026/4371/</w:t>
        </w:r>
      </w:hyperlink>
      <w:r>
        <w:t xml:space="preserve"> - The 40th annual Greater Palm Springs Pride celebration is scheduled for November 6–8, 2026, with the theme 'Be Included.' The event will feature a vibrant festival spanning downtown Palm Springs and the historic Arenas District, including multiple stages of live entertainment, an expansive exhibitor marketplace, and nightly block parties. The Pride Parade on Sunday, November 8, at 10:00 am, will showcase over 225 entries traveling along Palm Canyon Drive to Amado Road. Registration for parade participants and vendors is now open at Pspride.org.</w:t>
      </w:r>
      <w:r/>
    </w:p>
    <w:p>
      <w:pPr>
        <w:pStyle w:val="ListNumber"/>
        <w:spacing w:line="240" w:lineRule="auto"/>
        <w:ind w:left="720"/>
      </w:pPr>
      <w:r/>
      <w:hyperlink r:id="rId11">
        <w:r>
          <w:rPr>
            <w:color w:val="0000EE"/>
            <w:u w:val="single"/>
          </w:rPr>
          <w:t>https://www.visitgreaterpalmsprings.com/events/events-and-festivals/greater-palm-springs-lgbtq-pride/</w:t>
        </w:r>
      </w:hyperlink>
      <w:r>
        <w:t xml:space="preserve"> - Greater Palm Springs Pride, the largest LGBTQ+ celebration in the Coachella Valley, is set for November 6–8, 2026. The event is expected to draw over 200,000 attendees to downtown Palm Springs. Highlights include a vibrant marketplace with artists, makers, and vendors, food trucks, and the Pride parade on Sunday, November 8, at 10:00 am, featuring more than 100 participants celebrating pride and allyship. The festival and parade remain free and open to the public, with additional events such as the 5k Run &amp; Walk and Arenas District Block Party.</w:t>
      </w:r>
      <w:r/>
    </w:p>
    <w:p>
      <w:pPr>
        <w:pStyle w:val="ListNumber"/>
        <w:spacing w:line="240" w:lineRule="auto"/>
        <w:ind w:left="720"/>
      </w:pPr>
      <w:r/>
      <w:hyperlink r:id="rId14">
        <w:r>
          <w:rPr>
            <w:color w:val="0000EE"/>
            <w:u w:val="single"/>
          </w:rPr>
          <w:t>https://givebutter.com/WalkPS</w:t>
        </w:r>
      </w:hyperlink>
      <w:r>
        <w:t xml:space="preserve"> - The PRIDE Walk 2026, organised by Greater Palm Springs Pride, is scheduled for Saturday, October 17, 2026, at 8:00 am PDT, starting at 300 E Arenas Rd, Palm Springs, CA 92262. The event aims to promote LGBTQ+ visibility, rights, and the ongoing journey toward full equality. Funds raised will help keep the November Pride Festival free and accessible to all attendees. Participants can register as solo walkers, form teams, or donate to individual fundraisers or teams.</w:t>
      </w:r>
      <w:r/>
    </w:p>
    <w:p>
      <w:pPr>
        <w:pStyle w:val="ListNumber"/>
        <w:spacing w:line="240" w:lineRule="auto"/>
        <w:ind w:left="720"/>
      </w:pPr>
      <w:r/>
      <w:hyperlink r:id="rId12">
        <w:r>
          <w:rPr>
            <w:color w:val="0000EE"/>
            <w:u w:val="single"/>
          </w:rPr>
          <w:t>https://www.pspride.org/post/palm-springs-pride-announces-2026-theme-be-included-a-call-for-solidarity-cultural-power-and-ra</w:t>
        </w:r>
      </w:hyperlink>
      <w:r>
        <w:t xml:space="preserve"> - Greater Palm Springs Pride has announced 'Be Included' as the official theme for the 40th annual Pride celebration, taking place November 6–8, 2026. The theme is a call for solidarity, cultural power, and radical joy, reflecting the organisation's role as a vital cultural touchstone and a powerful catalyst for the LGBTQ+ movement. The event will feature live entertainment, an expansive exhibitor marketplace, and nightly block parties, culminating in the Pride Parade on Sunday, November 8, at 10:00 am along Palm Canyon Drive.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28/ps-resorts-more-than-doubles-sponsorship-of-palm-springs-pride" TargetMode="External"/><Relationship Id="rId10" Type="http://schemas.openxmlformats.org/officeDocument/2006/relationships/hyperlink" Target="https://visitpalmsprings.com/event/greater-palm-springs-pride-2026/4371/" TargetMode="External"/><Relationship Id="rId11" Type="http://schemas.openxmlformats.org/officeDocument/2006/relationships/hyperlink" Target="https://www.visitgreaterpalmsprings.com/events/events-and-festivals/greater-palm-springs-lgbtq-pride/" TargetMode="External"/><Relationship Id="rId12" Type="http://schemas.openxmlformats.org/officeDocument/2006/relationships/hyperlink" Target="https://www.pspride.org/post/palm-springs-pride-announces-2026-theme-be-included-a-call-for-solidarity-cultural-power-and-ra" TargetMode="External"/><Relationship Id="rId13" Type="http://schemas.openxmlformats.org/officeDocument/2006/relationships/hyperlink" Target="https://kesq.com/news/2026/09/14/greater-palm-springs-pride-announces-2026-grand-marshals-for-40th-anniversary/" TargetMode="External"/><Relationship Id="rId14" Type="http://schemas.openxmlformats.org/officeDocument/2006/relationships/hyperlink" Target="https://givebutter.com/Walk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