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Magazine Men's Style Issue Sparks Elliot Page Debate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talking after Elliot Page appeared on the cover of New York Magazine's debut men's style issue, photographed at a New York bathhouse alongside other fashion names. The choice has prompted sharply divided reactions, raising questions about representation, editorial risk and what modern men's style coverage is meant to include.</w:t>
      </w:r>
      <w:r/>
    </w:p>
    <w:p>
      <w:pPr>
        <w:pStyle w:val="Heading2"/>
      </w:pPr>
      <w:r>
        <w:t>Essential Takeaways</w:t>
      </w:r>
      <w:r/>
      <w:r/>
    </w:p>
    <w:p>
      <w:pPr>
        <w:pStyle w:val="ListBullet"/>
        <w:spacing w:line="240" w:lineRule="auto"/>
        <w:ind w:left="720"/>
      </w:pPr>
      <w:r/>
      <w:r>
        <w:rPr>
          <w:b/>
        </w:rPr>
        <w:t>A first edition:</w:t>
      </w:r>
      <w:r>
        <w:t xml:space="preserve"> New York Magazine launched its inaugural men's style issue with a bathhouse-themed fashion feature.</w:t>
      </w:r>
      <w:r/>
    </w:p>
    <w:p>
      <w:pPr>
        <w:pStyle w:val="ListBullet"/>
        <w:spacing w:line="240" w:lineRule="auto"/>
        <w:ind w:left="720"/>
      </w:pPr>
      <w:r/>
      <w:r>
        <w:rPr>
          <w:b/>
        </w:rPr>
        <w:t>A headline-making cover:</w:t>
      </w:r>
      <w:r>
        <w:t xml:space="preserve"> Elliot Page appeared alongside other figures associated with contemporary menswear and pop culture.</w:t>
      </w:r>
      <w:r/>
    </w:p>
    <w:p>
      <w:pPr>
        <w:pStyle w:val="ListBullet"/>
        <w:spacing w:line="240" w:lineRule="auto"/>
        <w:ind w:left="720"/>
      </w:pPr>
      <w:r/>
      <w:r>
        <w:rPr>
          <w:b/>
        </w:rPr>
        <w:t>A divided response:</w:t>
      </w:r>
      <w:r>
        <w:t xml:space="preserve"> Online reaction ranged from enthusiastic support to confusion and hostility.</w:t>
      </w:r>
      <w:r/>
    </w:p>
    <w:p>
      <w:pPr>
        <w:pStyle w:val="ListBullet"/>
        <w:spacing w:line="240" w:lineRule="auto"/>
        <w:ind w:left="720"/>
      </w:pPr>
      <w:r/>
      <w:r>
        <w:rPr>
          <w:b/>
        </w:rPr>
        <w:t>A wider style shift:</w:t>
      </w:r>
      <w:r>
        <w:t xml:space="preserve"> The feature reflects fashion media's growing interest in identity, fluidity and personal presentation.</w:t>
      </w:r>
      <w:r/>
    </w:p>
    <w:p>
      <w:pPr>
        <w:pStyle w:val="ListBullet"/>
        <w:spacing w:line="240" w:lineRule="auto"/>
        <w:ind w:left="720"/>
      </w:pPr>
      <w:r/>
      <w:r>
        <w:rPr>
          <w:b/>
        </w:rPr>
        <w:t>The practical lesson:</w:t>
      </w:r>
      <w:r>
        <w:t xml:space="preserve"> Editorial choices can broaden a style conversation, but they can also challenge readers' expectations.</w:t>
      </w:r>
      <w:r/>
      <w:r/>
    </w:p>
    <w:p>
      <w:pPr>
        <w:pStyle w:val="Heading2"/>
      </w:pPr>
      <w:r>
        <w:t>A bold opening move for men's style</w:t>
      </w:r>
      <w:r/>
    </w:p>
    <w:p>
      <w:r/>
      <w:r>
        <w:t xml:space="preserve">New York Magazine has chosen a deliberately attention-grabbing way to launch its men's style coverage. Rather than relying solely on conventional menswear models, the issue places Elliot Page in a visual story set around New York's Russian and Turkish Baths, giving the feature a relaxed, intimate atmosphere. The bathhouse setting adds texture, steam and a sense of old New York to what could otherwise have been a standard fashion portfolio. Coverage from Comic Basics described Page as part of the magazine's first men's style issue. </w:t>
      </w:r>
      <w:hyperlink r:id="rId9">
        <w:r>
          <w:rPr>
            <w:color w:val="0000EE"/>
            <w:u w:val="single"/>
          </w:rPr>
          <w:t>[2]</w:t>
        </w:r>
      </w:hyperlink>
      <w:r/>
    </w:p>
    <w:p>
      <w:r/>
      <w:r>
        <w:t xml:space="preserve">The issue also includes other recognisable names, including singer Troye Sivan, helping position the project as a broader look at male presentation rather than a simple guide to suits and seasonal shopping. That makes the editorial choice feel intentional, not accidental. According to The Pink Times, Page joined Sivan and others in the bathhouse photo feature. </w:t>
      </w:r>
      <w:hyperlink r:id="rId10">
        <w:r>
          <w:rPr>
            <w:color w:val="0000EE"/>
            <w:u w:val="single"/>
          </w:rPr>
          <w:t>[6]</w:t>
        </w:r>
      </w:hyperlink>
      <w:r/>
    </w:p>
    <w:p>
      <w:pPr>
        <w:pStyle w:val="Heading2"/>
      </w:pPr>
      <w:r>
        <w:t>Why Elliot Page's cover drew so much attention</w:t>
      </w:r>
      <w:r/>
    </w:p>
    <w:p>
      <w:r/>
      <w:r>
        <w:t>The reaction has been unusually intense because Page's appearance sits at the intersection of fashion, celebrity and transgender visibility. Supporters see the cover as a reflection of how modern identity and style can overlap, while critics argue that it doesn't match their idea of a men's fashion audience. That tension has made the cover travel well beyond the magazine's usual readership.</w:t>
      </w:r>
      <w:r/>
    </w:p>
    <w:p>
      <w:r/>
      <w:r>
        <w:t xml:space="preserve">Some of the loudest responses online have been openly hostile, using personal attacks rather than discussing the clothes, photography or editorial concept. Others have described the choice as alienating, suggesting the magazine has prioritised cultural messaging over familiar menswear appeal. The Daily Beast has also covered the public interest in Page's physical presentation and recent images, showing how quickly style coverage can become a debate about celebrity identity. </w:t>
      </w:r>
      <w:hyperlink r:id="rId11">
        <w:r>
          <w:rPr>
            <w:color w:val="0000EE"/>
            <w:u w:val="single"/>
          </w:rPr>
          <w:t>[7]</w:t>
        </w:r>
      </w:hyperlink>
      <w:r/>
    </w:p>
    <w:p>
      <w:pPr>
        <w:pStyle w:val="Heading2"/>
      </w:pPr>
      <w:r>
        <w:t>Men's style is becoming less predictable</w:t>
      </w:r>
      <w:r/>
    </w:p>
    <w:p>
      <w:r/>
      <w:r>
        <w:t>For years, men's fashion publishing largely revolved around a familiar formula: tailoring, watches, grooming, trainers and recognisable male actors or models. That formula still sells, but it no longer captures the full range of people who shop, dress and think about menswear. The rise of gender-fluid collections and more individual approaches to dressing has pushed magazines to widen the frame.</w:t>
      </w:r>
      <w:r/>
    </w:p>
    <w:p>
      <w:r/>
      <w:r>
        <w:t xml:space="preserve">Business of Fashion's reporting on the launch presents the issue as part of a broader media and fashion moment, rather than an isolated cover stunt. The publication's concept reflects an industry increasingly interested in personal style, cultural identity and the way men are represented visually. </w:t>
      </w:r>
      <w:hyperlink r:id="rId12">
        <w:r>
          <w:rPr>
            <w:color w:val="0000EE"/>
            <w:u w:val="single"/>
          </w:rPr>
          <w:t>[5]</w:t>
        </w:r>
      </w:hyperlink>
      <w:r/>
    </w:p>
    <w:p>
      <w:r/>
      <w:r>
        <w:t>There is also a commercial calculation here. A predictable cover may appeal to an established audience, but a surprising one creates conversation, social sharing and search interest. In that sense, Page's appearance is doing what a launch cover needs to do: it has made people look twice.</w:t>
      </w:r>
      <w:r/>
    </w:p>
    <w:p>
      <w:pPr>
        <w:pStyle w:val="Heading2"/>
      </w:pPr>
      <w:r>
        <w:t>What the issue says about representation</w:t>
      </w:r>
      <w:r/>
    </w:p>
    <w:p>
      <w:r/>
      <w:r>
        <w:t>Including Page in a men's style feature sends a clear message that men's fashion isn't restricted to one biography, body type or route into masculinity. For some readers, that will feel overdue and refreshing. For others, it may feel like a sharp departure from the traditional editorial language of men's magazines.</w:t>
      </w:r>
      <w:r/>
    </w:p>
    <w:p>
      <w:r/>
      <w:r>
        <w:t>That disagreement isn't necessarily a sign that the idea has failed. Fashion has always used clothing to test social boundaries, from long hair and flamboyant tailoring to streetwear's challenge to formal dress codes. The difference now is that audiences are more likely to debate the identity of the person wearing the clothes as much as the clothes themselves.</w:t>
      </w:r>
      <w:r/>
    </w:p>
    <w:p>
      <w:r/>
      <w:r>
        <w:t xml:space="preserve">Readers interested in the wider styling conversation can also look at coverage linking Page with Sivan and other figures in the issue. Readers.id highlighted the connection between Page and contemporary pop-cultural style, reinforcing the feature's emphasis on personalities rather than conventional fashion categories. </w:t>
      </w:r>
      <w:hyperlink r:id="rId13">
        <w:r>
          <w:rPr>
            <w:color w:val="0000EE"/>
            <w:u w:val="single"/>
          </w:rPr>
          <w:t>[4]</w:t>
        </w:r>
      </w:hyperlink>
      <w:r/>
    </w:p>
    <w:p>
      <w:pPr>
        <w:pStyle w:val="Heading2"/>
      </w:pPr>
      <w:r>
        <w:t>A calculated risk, or a new normal?</w:t>
      </w:r>
      <w:r/>
    </w:p>
    <w:p>
      <w:r/>
      <w:r>
        <w:t>The cover is unlikely to satisfy everyone, and that may be precisely the point. A launch issue needs a strong editorial identity, especially in a crowded media landscape where readers can find endless outfit inspiration online. Choosing a figure who prompts questions gives New York Magazine a clearer position than another safe portrait of a familiar menswear star.</w:t>
      </w:r>
      <w:r/>
    </w:p>
    <w:p>
      <w:r/>
      <w:r>
        <w:t xml:space="preserve">Still, controversy shouldn't eclipse the basics. A men's style issue ultimately needs interesting clothes, useful visual references and a point of view that feels more substantial than provocation. Early coverage of the feature has focused heavily on Page's appearance and the online backlash, but the longer-term test will be whether readers remember the styling as well as the argument. Fiction Horizon likewise framed the shoot as a notable moment for the magazine's first men's style edition. </w:t>
      </w:r>
      <w:hyperlink r:id="rId14">
        <w:r>
          <w:rPr>
            <w:color w:val="0000EE"/>
            <w:u w:val="single"/>
          </w:rPr>
          <w:t>[3]</w:t>
        </w:r>
      </w:hyperlink>
      <w:r/>
    </w:p>
    <w:p>
      <w:r/>
      <w:r>
        <w:t>For some readers, this will be a welcome expansion of the category. For others, it may confirm that fashion media is moving in a direction they don't recognise. Either way, the issue has made one thing clear: men's style is no longer a quiet corner of publishing.</w:t>
      </w:r>
      <w:r/>
    </w:p>
    <w:p>
      <w:r/>
      <w:r>
        <w:t>Explore the issue for the clothes, the photography and the conversation it has started.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[6]</w:t>
        </w:r>
      </w:hyperlink>
      <w:r>
        <w:t xml:space="preserve">- Paragraph 3: </w:t>
      </w:r>
      <w:hyperlink r:id="rId11">
        <w:r>
          <w:rPr>
            <w:color w:val="0000EE"/>
            <w:u w:val="single"/>
          </w:rPr>
          <w:t>[7]</w:t>
        </w:r>
      </w:hyperlink>
      <w:r>
        <w:t xml:space="preserve">- Paragraph 4: </w:t>
      </w:r>
      <w:hyperlink r:id="rId12">
        <w:r>
          <w:rPr>
            <w:color w:val="0000EE"/>
            <w:u w:val="single"/>
          </w:rPr>
          <w:t>[5]</w:t>
        </w:r>
      </w:hyperlink>
      <w:r>
        <w:t xml:space="preserve">- Paragraph 5: </w:t>
      </w:r>
      <w:hyperlink r:id="rId13">
        <w:r>
          <w:rPr>
            <w:color w:val="0000EE"/>
            <w:u w:val="single"/>
          </w:rPr>
          <w:t>[4]</w:t>
        </w:r>
      </w:hyperlink>
      <w:r>
        <w:t xml:space="preserve">- Paragraph 6: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https://www.theblaze.com/news/new-york-magazine-elliot-page</w:t>
        </w:r>
      </w:hyperlink>
      <w:r>
        <w:t xml:space="preserve"> - Please view link - unable to able to access data</w:t>
      </w:r>
      <w:r/>
    </w:p>
    <w:p>
      <w:pPr>
        <w:pStyle w:val="ListNumber"/>
        <w:spacing w:line="240" w:lineRule="auto"/>
        <w:ind w:left="720"/>
      </w:pPr>
      <w:r/>
      <w:hyperlink r:id="rId9">
        <w:r>
          <w:rPr>
            <w:color w:val="0000EE"/>
            <w:u w:val="single"/>
          </w:rPr>
          <w:t>https://www.comicbasics.com/the-odyssey-star-elliot-page-heads-to-the-bathhouse-for-new-york-magazines-debut-mens-style-issue-cover/</w:t>
        </w:r>
      </w:hyperlink>
      <w:r>
        <w:t xml:space="preserve"> - New York Magazine's inaugural Men's Style Issue features Elliot Page on one of its four covers, photographed by Ryan McGinley at the Russian &amp; Turkish Baths in New York City's East Village. The 89-page print edition departs from traditional men's fashion magazines by focusing on narrative journalism. The issue includes stories like 'The Armani Succession' and 'The Chrome Flippers', with McGinley himself featured in a piece titled 'sweats it out'. The magazine's approach aims to blend fashion with storytelling, reflecting the publication's longstanding journalistic style.</w:t>
      </w:r>
      <w:r/>
    </w:p>
    <w:p>
      <w:pPr>
        <w:pStyle w:val="ListNumber"/>
        <w:spacing w:line="240" w:lineRule="auto"/>
        <w:ind w:left="720"/>
      </w:pPr>
      <w:r/>
      <w:hyperlink r:id="rId14">
        <w:r>
          <w:rPr>
            <w:color w:val="0000EE"/>
            <w:u w:val="single"/>
          </w:rPr>
          <w:t>https://fictionhorizon.com/the-odyssey-star-elliot-page-goes-shirtless-for-new-york-magazines-first-ever-mens-style-issue/</w:t>
        </w:r>
      </w:hyperlink>
      <w:r>
        <w:t xml:space="preserve"> - Elliot Page graces one of the four covers of New York Magazine's first standalone Men's Style Issue, photographed shirtless at the Russian &amp; Turkish Baths in New York City's East Village. The 89-page issue focuses on narrative storytelling rather than traditional fashion tropes, featuring articles like 'The Armani Succession' and 'The Chrome Flippers'. The magazine's approach aims to offer a fresh perspective on men's style, moving away from conventional fashion magazine formats.</w:t>
      </w:r>
      <w:r/>
    </w:p>
    <w:p>
      <w:pPr>
        <w:pStyle w:val="ListNumber"/>
        <w:spacing w:line="240" w:lineRule="auto"/>
        <w:ind w:left="720"/>
      </w:pPr>
      <w:r/>
      <w:hyperlink r:id="rId13">
        <w:r>
          <w:rPr>
            <w:color w:val="0000EE"/>
            <w:u w:val="single"/>
          </w:rPr>
          <w:t>https://www.readers.id/en/elliot-page-troye-sivan-style</w:t>
        </w:r>
      </w:hyperlink>
      <w:r>
        <w:t xml:space="preserve"> - New York Magazine's inaugural Men's Style Issue features a photo shoot with Elliot Page, Troye Sivan, and other notable men at the Russian &amp; Turkish Baths in New York City's East Village. The bathhouse, established in 1892, serves as a historic and culturally significant venue in a neighborhood known for LGBTQ+ nightlife and community. Photographer Ryan McGinley captured images of the men dressed minimally, highlighting a natural and unfiltered aesthetic for the issue's narrative approach to style. Elliot Page, photographed shirtless in Saint Laurent shorts, shared that he is relatively new to bathhouses but enjoys the experience. He said, 'I went to a bathhouse recently. I’ve only in the past couple of years been like, 'Yeah, that sounds nice, to like go somewhere and sit around in your body like that.'</w:t>
      </w:r>
      <w:r/>
    </w:p>
    <w:p>
      <w:pPr>
        <w:pStyle w:val="ListNumber"/>
        <w:spacing w:line="240" w:lineRule="auto"/>
        <w:ind w:left="720"/>
      </w:pPr>
      <w:r/>
      <w:hyperlink r:id="rId12">
        <w:r>
          <w:rPr>
            <w:color w:val="0000EE"/>
            <w:u w:val="single"/>
          </w:rPr>
          <w:t>https://businessoffashion-businessoffashion-prod.web.arc-cdn.net/news/media/new-york-magazine-mens-style-issue-launch/</w:t>
        </w:r>
      </w:hyperlink>
      <w:r>
        <w:t xml:space="preserve"> - New York Magazine's first standalone Men's Style Issue consists of four different covers but isn't tied to a traditional magazine cover star feature. The 89-page print magazine skips the typical tropes of men's fashion titles to offer the kind of narrative journalism New York has published for decades. Editor-in-chief David Haskell is confident it will be a success. The magazine's approach aims to blend fashion with storytelling, reflecting the publication's longstanding journalistic style.</w:t>
      </w:r>
      <w:r/>
    </w:p>
    <w:p>
      <w:pPr>
        <w:pStyle w:val="ListNumber"/>
        <w:spacing w:line="240" w:lineRule="auto"/>
        <w:ind w:left="720"/>
      </w:pPr>
      <w:r/>
      <w:hyperlink r:id="rId10">
        <w:r>
          <w:rPr>
            <w:color w:val="0000EE"/>
            <w:u w:val="single"/>
          </w:rPr>
          <w:t>https://mail.thepinktimes.com/article/elliot-page-joins-troye-sivan-and-others-in-new-york-magazines-bathhouse-photo-feature/</w:t>
        </w:r>
      </w:hyperlink>
      <w:r>
        <w:t xml:space="preserve"> - Elliot Page appears in a new New York Magazine photo feature set at the Russian &amp; Turkish Baths on East 10th Street in New York City, where he is photographed alongside Troye Sivan, Jeremy O. Harris, and Marlon James. The Cut, New York Magazine’s online style publication, described the shoot as taking place at the city’s oldest bathhouse, a landmark more than a mile east of the Stonewall Inn in a neighborhood known for LGBTQ+ nightlife, culture, and community. The images showcase a natural and unfiltered aesthetic, highlighting the magazine's narrative approach to style.</w:t>
      </w:r>
      <w:r/>
    </w:p>
    <w:p>
      <w:pPr>
        <w:pStyle w:val="ListNumber"/>
        <w:spacing w:line="240" w:lineRule="auto"/>
        <w:ind w:left="720"/>
      </w:pPr>
      <w:r/>
      <w:hyperlink r:id="rId11">
        <w:r>
          <w:rPr>
            <w:color w:val="0000EE"/>
            <w:u w:val="single"/>
          </w:rPr>
          <w:t>https://www.thedailybeast.com/elliot-page-39-reveals-jaw-dropping-eight-pack-in-new-gym-photos/</w:t>
        </w:r>
      </w:hyperlink>
      <w:r>
        <w:t xml:space="preserve"> - Elliot Page, 39, has unveiled a strikingly chiseled eight-pack in new post-workout photos and videos ahead of his role in Christopher Nolan's upcoming film 'The Odyssey'. Set to portray Sinon, a Greek soldier and cousin of Odysseus, Page has been undergoing intensive training, including boxing at Gleason's Gym in Brooklyn—a historic site previously frequented by boxing legends. The images show Page shirtless, donning red shorts and white boxing shoes, alongside coach Nolan Hanson, whom he credits for both technical and psychological instruction in the sport. Having previously stated he wasn’t a typical gym-goer, Page shared that discovering boxing changed his perspective on fitness. He now even uses VR fitness tools during travel to maintain his regimen. His transformation has sparked admiration from fans and celebrities alike, with many praising his dedication and physique. Page’s commitment to boxing and fitness has also played a crucial role in his personal journey, providing a powerful contrast to the struggles with gender dysphoria he recounts in his 2023 memoir, 'Pageboy'. The training has become an integral part of his life, reflecting both his physical and emotional evolution.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micbasics.com/the-odyssey-star-elliot-page-heads-to-the-bathhouse-for-new-york-magazines-debut-mens-style-issue-cover/" TargetMode="External"/><Relationship Id="rId10" Type="http://schemas.openxmlformats.org/officeDocument/2006/relationships/hyperlink" Target="https://mail.thepinktimes.com/article/elliot-page-joins-troye-sivan-and-others-in-new-york-magazines-bathhouse-photo-feature/" TargetMode="External"/><Relationship Id="rId11" Type="http://schemas.openxmlformats.org/officeDocument/2006/relationships/hyperlink" Target="https://www.thedailybeast.com/elliot-page-39-reveals-jaw-dropping-eight-pack-in-new-gym-photos/" TargetMode="External"/><Relationship Id="rId12" Type="http://schemas.openxmlformats.org/officeDocument/2006/relationships/hyperlink" Target="https://businessoffashion-businessoffashion-prod.web.arc-cdn.net/news/media/new-york-magazine-mens-style-issue-launch/" TargetMode="External"/><Relationship Id="rId13" Type="http://schemas.openxmlformats.org/officeDocument/2006/relationships/hyperlink" Target="https://www.readers.id/en/elliot-page-troye-sivan-style" TargetMode="External"/><Relationship Id="rId14" Type="http://schemas.openxmlformats.org/officeDocument/2006/relationships/hyperlink" Target="https://fictionhorizon.com/the-odyssey-star-elliot-page-goes-shirtless-for-new-york-magazines-first-ever-mens-style-issue/" TargetMode="External"/><Relationship Id="rId15" Type="http://schemas.openxmlformats.org/officeDocument/2006/relationships/hyperlink" Target="https://www.theblaze.com/news/new-york-magazine-elliot-p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