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Pittsburgh Hepatitis C Centre Brings Testing and Treatment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Pittsburgh residents can now access hepatitis C testing, treatment, sexual healthcare and recovery support under one roof at a new North Side centre. The HepCMyWay Center of Excellence is designed to make care easier to reach, particularly for people facing barriers linked to housing, transport, substance use or stigma.</w:t>
      </w:r>
      <w:r/>
    </w:p>
    <w:p>
      <w:pPr>
        <w:pStyle w:val="Heading2"/>
      </w:pPr>
      <w:r>
        <w:t>Essential Takeaways</w:t>
      </w:r>
      <w:r/>
      <w:r/>
    </w:p>
    <w:p>
      <w:pPr>
        <w:pStyle w:val="ListBullet"/>
        <w:spacing w:line="240" w:lineRule="auto"/>
        <w:ind w:left="720"/>
      </w:pPr>
      <w:r/>
      <w:r>
        <w:rPr>
          <w:b/>
        </w:rPr>
        <w:t>One accessible location:</w:t>
      </w:r>
      <w:r>
        <w:t xml:space="preserve"> The centre combines hepatitis C care with HIV and STI testing, PrEP and harm-reduction support.</w:t>
      </w:r>
      <w:r/>
    </w:p>
    <w:p>
      <w:pPr>
        <w:pStyle w:val="ListBullet"/>
        <w:spacing w:line="240" w:lineRule="auto"/>
        <w:ind w:left="720"/>
      </w:pPr>
      <w:r/>
      <w:r>
        <w:rPr>
          <w:b/>
        </w:rPr>
        <w:t>Practical opening hours:</w:t>
      </w:r>
      <w:r>
        <w:t xml:space="preserve"> It’s open Monday, Tuesday, Thursday and Friday from 9am to 5pm, and closed on Wednesdays.</w:t>
      </w:r>
      <w:r/>
    </w:p>
    <w:p>
      <w:pPr>
        <w:pStyle w:val="ListBullet"/>
        <w:spacing w:line="240" w:lineRule="auto"/>
        <w:ind w:left="720"/>
      </w:pPr>
      <w:r/>
      <w:r>
        <w:rPr>
          <w:b/>
        </w:rPr>
        <w:t>Same-day medication access:</w:t>
      </w:r>
      <w:r>
        <w:t xml:space="preserve"> A mobile service from JADE Wellness Center visits every other Tuesday for opioid-use disorder treatment.</w:t>
      </w:r>
      <w:r/>
    </w:p>
    <w:p>
      <w:pPr>
        <w:pStyle w:val="ListBullet"/>
        <w:spacing w:line="240" w:lineRule="auto"/>
        <w:ind w:left="720"/>
      </w:pPr>
      <w:r/>
      <w:r>
        <w:rPr>
          <w:b/>
        </w:rPr>
        <w:t>Treatment can be brief:</w:t>
      </w:r>
      <w:r>
        <w:t xml:space="preserve"> Modern hepatitis C medicines can cure most infections, often within eight to 12 weeks.</w:t>
      </w:r>
      <w:r/>
    </w:p>
    <w:p>
      <w:pPr>
        <w:pStyle w:val="ListBullet"/>
        <w:spacing w:line="240" w:lineRule="auto"/>
        <w:ind w:left="720"/>
      </w:pPr>
      <w:r/>
      <w:r>
        <w:rPr>
          <w:b/>
        </w:rPr>
        <w:t>Support beyond diagnosis:</w:t>
      </w:r>
      <w:r>
        <w:t xml:space="preserve"> Patients can be connected with housing, transport, food, behavioural health and recovery services.</w:t>
      </w:r>
      <w:r/>
      <w:r/>
    </w:p>
    <w:p>
      <w:pPr>
        <w:pStyle w:val="Heading2"/>
      </w:pPr>
      <w:r>
        <w:t>A new hepatitis C centre opens on Pittsburgh’s North Side</w:t>
      </w:r>
      <w:r/>
    </w:p>
    <w:p>
      <w:r/>
      <w:r>
        <w:t>A new hepatitis C centre has opened at 925 Brighton Road, giving Pittsburgh residents a single place to seek testing, treatment and wider wellbeing support. The HepCMyWay Center of Excellence is run by Central Outreach Wellness Center, which has been expanding hepatitis C outreach across Allegheny County.</w:t>
      </w:r>
      <w:r/>
    </w:p>
    <w:p>
      <w:r/>
      <w:r>
        <w:t>The setting matters because hepatitis C can remain quiet for years, with few or no obvious symptoms. Central Outreach’s information about testing stresses that identifying the infection early can help people reach curative treatment before more serious liver damage develops.</w:t>
      </w:r>
      <w:r/>
    </w:p>
    <w:p>
      <w:r/>
      <w:r>
        <w:t>For visitors, the experience is intended to feel less like a trip between disconnected services and more like a joined-up appointment. That practical simplicity could make a real difference for people who have previously struggled to navigate healthcare.</w:t>
      </w:r>
      <w:r/>
    </w:p>
    <w:p>
      <w:pPr>
        <w:pStyle w:val="Heading2"/>
      </w:pPr>
      <w:r>
        <w:t>More than hepatitis C treatment</w:t>
      </w:r>
      <w:r/>
    </w:p>
    <w:p>
      <w:r/>
      <w:r>
        <w:t>The centre brings several services together, including hepatitis C testing and treatment, HIV and STI testing, PrEP, HIV care, naloxone and overdose-prevention education. Healthcare navigation and referrals to substance-use disorder treatment are also available.</w:t>
      </w:r>
      <w:r/>
    </w:p>
    <w:p>
      <w:r/>
      <w:r>
        <w:t>Central Outreach’s services information presents this broader model as a way to connect sexual health, prevention and ongoing care rather than treating each concern in isolation. It’s a particularly relevant approach for LGBTQ residents and anyone who wants discreet, supportive access to several forms of healthcare in one visit.</w:t>
      </w:r>
      <w:r/>
    </w:p>
    <w:p>
      <w:r/>
      <w:r>
        <w:t>The centre also offers help connecting patients with practical resources such as housing, transport, food assistance and behavioural health support. That may sound like an extra layer, but these everyday pressures often determine whether someone can start and finish medical treatment.</w:t>
      </w:r>
      <w:r/>
    </w:p>
    <w:p>
      <w:pPr>
        <w:pStyle w:val="Heading2"/>
      </w:pPr>
      <w:r>
        <w:t>A mobile opioid treatment service adds another route into care</w:t>
      </w:r>
      <w:r/>
    </w:p>
    <w:p>
      <w:r/>
      <w:r>
        <w:t>Every other Tuesday, JADE Wellness Center’s AIMS mobile unit is scheduled to visit the Brighton Road location from 10am to 2pm. The service provides immediate medication support for opioid-use disorder through in-person and telehealth options, with links to continuing treatment and recovery care.</w:t>
      </w:r>
      <w:r/>
    </w:p>
    <w:p>
      <w:r/>
      <w:r>
        <w:t>That partnership gives the new centre a useful point of connection between hepatitis C treatment, overdose prevention and substance-use support. Central Outreach’s programme information similarly highlights harm reduction as part of a wider healthcare pathway, rather than a standalone intervention.</w:t>
      </w:r>
      <w:r/>
    </w:p>
    <w:p>
      <w:r/>
      <w:r>
        <w:t>For someone already attending for testing, being able to ask about recovery treatment at the same location could remove an awkward second journey. In healthcare, fewer doors to open can sometimes mean more people get through them.</w:t>
      </w:r>
      <w:r/>
    </w:p>
    <w:p>
      <w:pPr>
        <w:pStyle w:val="Heading2"/>
      </w:pPr>
      <w:r>
        <w:t>What local figures reveal about the need</w:t>
      </w:r>
      <w:r/>
    </w:p>
    <w:p>
      <w:r/>
      <w:r>
        <w:t>Central Outreach reported carrying out 645 hepatitis C tests across Allegheny County during the first six months of 2026. The organisation said those tests identified 23 newly diagnosed people and helped reconnect 128 people already living with hepatitis C to care.</w:t>
      </w:r>
      <w:r/>
    </w:p>
    <w:p>
      <w:r/>
      <w:r>
        <w:t>Its July update also said 85 people were moving through the care pathway, while 15 had completed treatment and reached a cure. The figures suggest that outreach is not only about finding new infections, but also about bringing people back into care when appointments or treatment have been interrupted.</w:t>
      </w:r>
      <w:r/>
    </w:p>
    <w:p>
      <w:r/>
      <w:r>
        <w:t>Central Outreach’s earlier testing guidance has promoted straightforward screening in community settings, including work in Pittsburgh’s Hill District. That kind of local, low-barrier approach is important because hepatitis C may not announce itself with a dramatic warning sign.</w:t>
      </w:r>
      <w:r/>
    </w:p>
    <w:p>
      <w:pPr>
        <w:pStyle w:val="Heading2"/>
      </w:pPr>
      <w:r>
        <w:t>When and how to access the centre</w:t>
      </w:r>
      <w:r/>
    </w:p>
    <w:p>
      <w:r/>
      <w:r>
        <w:t>The HepCMyWay Center of Excellence is open on Mondays, Tuesdays, Thursdays and Fridays from 9am to 5pm. It’s closed on Wednesdays, so visitors should check the timetable before setting out, particularly if they’re travelling by public transport or coordinating other appointments.</w:t>
      </w:r>
      <w:r/>
    </w:p>
    <w:p>
      <w:r/>
      <w:r>
        <w:t>The centre is at 925 Brighton Road on Pittsburgh’s North Side. People seeking more information can contact Central Outreach at hepc@centraloutreach.com, while the organisation’s Pittsburgh location information provides further details about accessing its local services.</w:t>
      </w:r>
      <w:r/>
    </w:p>
    <w:p>
      <w:r/>
      <w:r>
        <w:t>Treatment decisions will depend on an individual’s circumstances, but hepatitis C care is now far more manageable than it once was. A centre that combines medical treatment with practical support could help turn that progress into something more people can actually use.</w:t>
      </w:r>
      <w:r/>
    </w:p>
    <w:p>
      <w:r/>
      <w:r>
        <w:t>Small, joined-up steps can make hepatitis C care easier to reach and easier to complete.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13">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1">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[4]</w:t>
        </w:r>
      </w:hyperlink>
      <w:r>
        <w:t xml:space="preserve">- Paragraph 13: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https://qburgh.com/central-outreach-new-hepatitis-c-center/</w:t>
        </w:r>
      </w:hyperlink>
      <w:r>
        <w:t xml:space="preserve"> - Please view link - unable to able to access data</w:t>
      </w:r>
      <w:r/>
    </w:p>
    <w:p>
      <w:pPr>
        <w:pStyle w:val="ListNumber"/>
        <w:spacing w:line="240" w:lineRule="auto"/>
        <w:ind w:left="720"/>
      </w:pPr>
      <w:r/>
      <w:hyperlink r:id="rId10">
        <w:r>
          <w:rPr>
            <w:color w:val="0000EE"/>
            <w:u w:val="single"/>
          </w:rPr>
          <w:t>https://www.centraloutreach.com/blog/hepcmyway-center-of-excellence-opens-on-pittsburgh-s-north-side</w:t>
        </w:r>
      </w:hyperlink>
      <w:r>
        <w:t xml:space="preserve"> - Central Outreach Wellness Center has inaugurated the HepCMyWay Center of Excellence at 925 Brighton Road on Pittsburgh’s North Side. This facility offers comprehensive Hepatitis C care, including testing, treatment, and cure, alongside HIV and STI testing, PrEP, harm reduction services, healthcare navigation, and recovery support. The centre aims to provide accessible, compassionate healthcare to the community, with Allegheny County Executive Sara Innamorato recently touring the new facility.</w:t>
      </w:r>
      <w:r/>
    </w:p>
    <w:p>
      <w:pPr>
        <w:pStyle w:val="ListNumber"/>
        <w:spacing w:line="240" w:lineRule="auto"/>
        <w:ind w:left="720"/>
      </w:pPr>
      <w:r/>
      <w:hyperlink r:id="rId11">
        <w:r>
          <w:rPr>
            <w:color w:val="0000EE"/>
            <w:u w:val="single"/>
          </w:rPr>
          <w:t>https://www.centraloutreach.com/location/pittsburgh-north-shore-location</w:t>
        </w:r>
      </w:hyperlink>
      <w:r>
        <w:t xml:space="preserve"> - Central Outreach Wellness Center's Pittsburgh North Shore location at 127 Anderson Street, Suite 101, Timber Court Building, offers a range of services tailored to the LGBTQ+ community. These include HIV prevention and treatment, STI testing, gender-affirming care, Hepatitis C testing and cure, mental health services, and more. The centre operates Monday to Friday, with varying hours, and provides culturally competent care in a welcoming environment.</w:t>
      </w:r>
      <w:r/>
    </w:p>
    <w:p>
      <w:pPr>
        <w:pStyle w:val="ListNumber"/>
        <w:spacing w:line="240" w:lineRule="auto"/>
        <w:ind w:left="720"/>
      </w:pPr>
      <w:r/>
      <w:hyperlink r:id="rId13">
        <w:r>
          <w:rPr>
            <w:color w:val="0000EE"/>
            <w:u w:val="single"/>
          </w:rPr>
          <w:t>https://www.centraloutreach.com/services</w:t>
        </w:r>
      </w:hyperlink>
      <w:r>
        <w:t xml:space="preserve"> - Central Outreach Wellness Center provides a variety of culturally humble healthcare services, including HIV prevention, antiretroviral therapy (ART), STI testing, gender-affirming care, Hepatitis C testing and cure, mental health services, and more. With multiple locations across Pennsylvania and Ohio, the centre is dedicated to offering comprehensive care to diverse communities, ensuring accessible and inclusive healthcare for all.</w:t>
      </w:r>
      <w:r/>
    </w:p>
    <w:p>
      <w:pPr>
        <w:pStyle w:val="ListNumber"/>
        <w:spacing w:line="240" w:lineRule="auto"/>
        <w:ind w:left="720"/>
      </w:pPr>
      <w:r/>
      <w:hyperlink r:id="rId12">
        <w:r>
          <w:rPr>
            <w:color w:val="0000EE"/>
            <w:u w:val="single"/>
          </w:rPr>
          <w:t>https://www.centraloutreach.com/blog/testing-for-hep-c-in-the-hill-district</w:t>
        </w:r>
      </w:hyperlink>
      <w:r>
        <w:t xml:space="preserve"> - Central Outreach Wellness Center offers free Hepatitis C testing every Monday from 10 AM to 2 PM in Pittsburgh's Hill District. The walk-in service requires no appointment, insurance, or blood draw, only a simple finger stick. Early detection is emphasised, with effective treatment options available. For more information, individuals can visit HepCMyWay.com or call (866) WE-CURE-HEPC.</w:t>
      </w:r>
      <w:r/>
    </w:p>
    <w:p>
      <w:pPr>
        <w:pStyle w:val="ListNumber"/>
        <w:spacing w:line="240" w:lineRule="auto"/>
        <w:ind w:left="720"/>
      </w:pPr>
      <w:r/>
      <w:hyperlink r:id="rId11">
        <w:r>
          <w:rPr>
            <w:color w:val="0000EE"/>
            <w:u w:val="single"/>
          </w:rPr>
          <w:t>https://www.centraloutreach.com/location/pittsburgh-north-shore-location</w:t>
        </w:r>
      </w:hyperlink>
      <w:r>
        <w:t xml:space="preserve"> - Central Outreach Wellness Center's Pittsburgh North Shore location at 127 Anderson Street, Suite 101, Timber Court Building, offers a range of services tailored to the LGBTQ+ community. These include HIV prevention and treatment, STI testing, gender-affirming care, Hepatitis C testing and cure, mental health services, and more. The centre operates Monday to Friday, with varying hours, and provides culturally competent care in a welcoming environment.</w:t>
      </w:r>
      <w:r/>
    </w:p>
    <w:p>
      <w:pPr>
        <w:pStyle w:val="ListNumber"/>
        <w:spacing w:line="240" w:lineRule="auto"/>
        <w:ind w:left="720"/>
      </w:pPr>
      <w:r/>
      <w:hyperlink r:id="rId11">
        <w:r>
          <w:rPr>
            <w:color w:val="0000EE"/>
            <w:u w:val="single"/>
          </w:rPr>
          <w:t>https://www.centraloutreach.com/location/pittsburgh-north-shore-location</w:t>
        </w:r>
      </w:hyperlink>
      <w:r>
        <w:t xml:space="preserve"> - Central Outreach Wellness Center's Pittsburgh North Shore location at 127 Anderson Street, Suite 101, Timber Court Building, offers a range of services tailored to the LGBTQ+ community. These include HIV prevention and treatment, STI testing, gender-affirming care, Hepatitis C testing and cure, mental health services, and more. The centre operates Monday to Friday, with varying hours, and provides culturally competent care in a welcoming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central-outreach-new-hepatitis-c-center/" TargetMode="External"/><Relationship Id="rId10" Type="http://schemas.openxmlformats.org/officeDocument/2006/relationships/hyperlink" Target="https://www.centraloutreach.com/blog/hepcmyway-center-of-excellence-opens-on-pittsburgh-s-north-side" TargetMode="External"/><Relationship Id="rId11" Type="http://schemas.openxmlformats.org/officeDocument/2006/relationships/hyperlink" Target="https://www.centraloutreach.com/location/pittsburgh-north-shore-location" TargetMode="External"/><Relationship Id="rId12" Type="http://schemas.openxmlformats.org/officeDocument/2006/relationships/hyperlink" Target="https://www.centraloutreach.com/blog/testing-for-hep-c-in-the-hill-district" TargetMode="External"/><Relationship Id="rId13" Type="http://schemas.openxmlformats.org/officeDocument/2006/relationships/hyperlink" Target="https://www.centraloutreach.com/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