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Giant rainbow flag wraps Totnes Castle for Pride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organisers have turned a historic Devon landmark into a striking Pride statement, draping Totnes Castle in a vast rainbow flag during a four-day arts celebration. The colourful display has delighted supporters who see it as a message of inclusion, while critics have questioned its cost and the use of a centuries-old site.</w:t>
      </w:r>
      <w:r/>
    </w:p>
    <w:p>
      <w:pPr>
        <w:pStyle w:val="Heading2"/>
      </w:pPr>
      <w:r>
        <w:t>Essential Takeaways</w:t>
      </w:r>
      <w:r/>
      <w:r/>
    </w:p>
    <w:p>
      <w:pPr>
        <w:pStyle w:val="ListBullet"/>
        <w:spacing w:line="240" w:lineRule="auto"/>
        <w:ind w:left="720"/>
      </w:pPr>
      <w:r/>
      <w:r>
        <w:rPr>
          <w:b/>
        </w:rPr>
        <w:t>A dramatic display:</w:t>
      </w:r>
      <w:r>
        <w:t xml:space="preserve"> A rainbow flag measuring roughly 150 metres, or nearly 500 feet, was wrapped around Totnes Castle.</w:t>
      </w:r>
      <w:r/>
    </w:p>
    <w:p>
      <w:pPr>
        <w:pStyle w:val="ListBullet"/>
        <w:spacing w:line="240" w:lineRule="auto"/>
        <w:ind w:left="720"/>
      </w:pPr>
      <w:r/>
      <w:r>
        <w:rPr>
          <w:b/>
        </w:rPr>
        <w:t>Part of a wider festival:</w:t>
      </w:r>
      <w:r>
        <w:t xml:space="preserve"> The stunt took place during a four-day Pride, music and arts programme in Totnes.</w:t>
      </w:r>
      <w:r/>
    </w:p>
    <w:p>
      <w:pPr>
        <w:pStyle w:val="ListBullet"/>
        <w:spacing w:line="240" w:lineRule="auto"/>
        <w:ind w:left="720"/>
      </w:pPr>
      <w:r/>
      <w:r>
        <w:rPr>
          <w:b/>
        </w:rPr>
        <w:t>Mixed local reaction:</w:t>
      </w:r>
      <w:r>
        <w:t xml:space="preserve"> Supporters praised its visibility, while critics challenged the decision and asked who funded it.</w:t>
      </w:r>
      <w:r/>
    </w:p>
    <w:p>
      <w:pPr>
        <w:pStyle w:val="ListBullet"/>
        <w:spacing w:line="240" w:lineRule="auto"/>
        <w:ind w:left="720"/>
      </w:pPr>
      <w:r/>
      <w:r>
        <w:rPr>
          <w:b/>
        </w:rPr>
        <w:t>A historic backdrop:</w:t>
      </w:r>
      <w:r>
        <w:t xml:space="preserve"> The Norman castle is around 1,000 years old, making the modern artwork especially eye-catching.</w:t>
      </w:r>
      <w:r/>
    </w:p>
    <w:p>
      <w:pPr>
        <w:pStyle w:val="ListBullet"/>
        <w:spacing w:line="240" w:lineRule="auto"/>
        <w:ind w:left="720"/>
      </w:pPr>
      <w:r/>
      <w:r>
        <w:rPr>
          <w:b/>
        </w:rPr>
        <w:t>Economic hopes:</w:t>
      </w:r>
      <w:r>
        <w:t xml:space="preserve"> Local supporters say the festival could attract visitors and strengthen Totnes's cultural profile.</w:t>
      </w:r>
      <w:r/>
      <w:r/>
    </w:p>
    <w:p>
      <w:pPr>
        <w:pStyle w:val="Heading2"/>
      </w:pPr>
      <w:r>
        <w:t>Totnes Castle gets a very colourful makeover</w:t>
      </w:r>
      <w:r/>
    </w:p>
    <w:p>
      <w:r/>
      <w:r>
        <w:t>Totnes Castle has rarely looked so bright. During Saturday's festival activity, a huge rainbow flag was unfurled around the Devon landmark, creating a vivid sweep of colour across its historic stonework.</w:t>
      </w:r>
      <w:r/>
    </w:p>
    <w:p>
      <w:r/>
      <w:r>
        <w:t>The display formed part of the event's "Capture the Castle" theme, with organisers using the site as both a backdrop and a statement. According to coverage of the festival programme, the wider celebration combined Pride events with music, performance and arts activities across Totnes.</w:t>
      </w:r>
      <w:r/>
    </w:p>
    <w:p>
      <w:r/>
      <w:r>
        <w:t>It's an arresting image: old grey masonry, soft Devon light and a flag large enough to turn a familiar landmark into a temporary piece of public art. For supporters, that contrast was precisely the point. (Source: Totnes Pulse)</w:t>
      </w:r>
      <w:r/>
    </w:p>
    <w:p>
      <w:pPr>
        <w:pStyle w:val="Heading2"/>
      </w:pPr>
      <w:r>
        <w:t>Why the flag has prompted such a strong response</w:t>
      </w:r>
      <w:r/>
    </w:p>
    <w:p>
      <w:r/>
      <w:r>
        <w:t>The reaction has been sharply divided. Some online commenters described the installation as excessive and questioned whether public money had paid for it, while others objected to placing a Pride symbol on a historic castle.</w:t>
      </w:r>
      <w:r/>
    </w:p>
    <w:p>
      <w:r/>
      <w:r>
        <w:t>Those criticisms sit alongside a very different response from local supporters, who have described the event as joyful, inclusive and good for the town. Reports on the display said the debate quickly moved beyond the flag itself, touching on public funding, heritage and the role of festivals in civic life. (Sources: Brimstone Report; Yahoo News)</w:t>
      </w:r>
      <w:r/>
    </w:p>
    <w:p>
      <w:r/>
      <w:r>
        <w:t>Questions about cost are common whenever a large public installation appears, particularly when it uses an iconic site. But without clear evidence of taxpayer funding, speculation remains just that. The visual may be enormous, yet the financial details need to be judged on verified information rather than social media guesswork. (Sources: Press News Agency; News Minimalist)</w:t>
      </w:r>
      <w:r/>
    </w:p>
    <w:p>
      <w:pPr>
        <w:pStyle w:val="Heading2"/>
      </w:pPr>
      <w:r>
        <w:t>Supporters see a boost for inclusion and tourism</w:t>
      </w:r>
      <w:r/>
    </w:p>
    <w:p>
      <w:r/>
      <w:r>
        <w:t>Caroline Voaden, Totnes's Liberal Democrat MP, backed the festival and praised its scale, variety and artistic quality. She argued that the programme promoted equality while also helping to raise the town's profile and support its local economy.</w:t>
      </w:r>
      <w:r/>
    </w:p>
    <w:p>
      <w:r/>
      <w:r>
        <w:t>That tourism angle matters. Festivals can fill cafes, pubs, shops and accommodation, especially when visitors travel for more than a single headline performance. A memorable image of a castle wrapped in rainbow colours is also the sort of scene that travels quickly online, giving Totnes an unusual piece of destination marketing. (Sources: Yahoo News; Totnes Pulse)</w:t>
      </w:r>
      <w:r/>
    </w:p>
    <w:p>
      <w:r/>
      <w:r>
        <w:t>There is, of course, a difference between celebrating a place and using its heritage as a canvas. That tension is part of what makes the display so instantly discussable. Some viewers see a welcoming modern message against an ancient backdrop; others feel the setting should be treated more cautiously. (Sources: Press News Agency; Brimstone Report)</w:t>
      </w:r>
      <w:r/>
    </w:p>
    <w:p>
      <w:pPr>
        <w:pStyle w:val="Heading2"/>
      </w:pPr>
      <w:r>
        <w:t>A striking example of heritage meeting modern events</w:t>
      </w:r>
      <w:r/>
    </w:p>
    <w:p>
      <w:r/>
      <w:r>
        <w:t>Totnes Castle is associated with Norman history, so the Pride installation created a deliberate clash of eras. The ancient structure remained visible, but the bright fabric altered how people encountered it, at least for the duration of the festival.</w:t>
      </w:r>
      <w:r/>
    </w:p>
    <w:p>
      <w:r/>
      <w:r>
        <w:t>Large-scale flags and temporary artworks are increasingly used to make cultural events feel unmissable. They offer an immediate visual hook for visitors and photographers, while giving organisers a recognisable symbol around which a programme can gather. In this case, the castle supplied the drama and the rainbow flag supplied the message. (Sources: News Minimalist; Press News Agency)</w:t>
      </w:r>
      <w:r/>
    </w:p>
    <w:p>
      <w:r/>
      <w:r>
        <w:t>For event organisers planning a similar project, the practical lessons are fairly clear: explain the funding, protect the site and publish the safety arrangements. That transparency can prevent a colourful celebration from being overshadowed by avoidable arguments. (Sources: Brimstone Report; Totnes Pulse)</w:t>
      </w:r>
      <w:r/>
    </w:p>
    <w:p>
      <w:pPr>
        <w:pStyle w:val="Heading2"/>
      </w:pPr>
      <w:r>
        <w:t>Will the display leave a lasting impression?</w:t>
      </w:r>
      <w:r/>
    </w:p>
    <w:p>
      <w:r/>
      <w:r>
        <w:t>The flag was temporary, but the conversation may last longer. Totnes now has a highly shareable festival image, along with a public debate about who gets to shape civic spaces and how historic landmarks can be used in contemporary cultural life.</w:t>
      </w:r>
      <w:r/>
    </w:p>
    <w:p>
      <w:r/>
      <w:r>
        <w:t>Supporters will likely remember the display as a bold sign of welcome. Critics will remember the unanswered questions around cost and setting. Either way, it has done what public art often hopes to do: make people stop, look twice and talk. (Sources: Yahoo News; Press News Agency)</w:t>
      </w:r>
      <w:r/>
    </w:p>
    <w:p>
      <w:r/>
      <w:r>
        <w:t>For a small town with a strong arts identity, that visibility could prove valuable. The real test will be whether future events can pair the same creative confidence with equally clear communication about planning, funding and heritage protection. (Sources: Totnes Pulse; News Minimalist)</w:t>
      </w:r>
      <w:r/>
    </w:p>
    <w:p>
      <w:r/>
      <w:r>
        <w:t>A temporary rainbow has made Totnes Castle impossible to miss.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[7]</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0">
        <w:r>
          <w:rPr>
            <w:color w:val="0000EE"/>
            <w:u w:val="single"/>
          </w:rPr>
          <w:t>[3]</w:t>
        </w:r>
      </w:hyperlink>
      <w:r>
        <w:t xml:space="preserve">- Paragraph 5: </w:t>
      </w:r>
      <w:hyperlink r:id="rId13">
        <w:r>
          <w:rPr>
            <w:color w:val="0000EE"/>
            <w:u w:val="single"/>
          </w:rPr>
          <w:t>[5]</w:t>
        </w:r>
      </w:hyperlink>
      <w:r>
        <w:t xml:space="preserve">, </w:t>
      </w:r>
      <w:hyperlink r:id="rId12">
        <w:r>
          <w:rPr>
            <w:color w:val="0000EE"/>
            <w:u w:val="single"/>
          </w:rPr>
          <w:t>[7]</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4">
        <w:r>
          <w:rPr>
            <w:color w:val="0000EE"/>
            <w:u w:val="single"/>
          </w:rPr>
          <w:t>[6]</w:t>
        </w:r>
      </w:hyperlink>
      <w:r>
        <w:t xml:space="preserve">, </w:t>
      </w:r>
      <w:hyperlink r:id="rId12">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1">
        <w:r>
          <w:rPr>
            <w:color w:val="0000EE"/>
            <w:u w:val="single"/>
          </w:rPr>
          <w:t>[4]</w:t>
        </w:r>
      </w:hyperlink>
      <w:r>
        <w:t xml:space="preserve">- Paragraph 11: </w:t>
      </w:r>
      <w:hyperlink r:id="rId12">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https://anglicanmainstream.org/article/rainbow-pride-flag-wrapped-around-tourist-castle-sparks-fury-from-residents-as-they-blast-who-paid-for-this/</w:t>
        </w:r>
      </w:hyperlink>
      <w:r>
        <w:t xml:space="preserve"> - Please view link - unable to able to access data</w:t>
      </w:r>
      <w:r/>
    </w:p>
    <w:p>
      <w:pPr>
        <w:pStyle w:val="ListNumber"/>
        <w:spacing w:line="240" w:lineRule="auto"/>
        <w:ind w:left="720"/>
      </w:pPr>
      <w:r/>
      <w:hyperlink r:id="rId15">
        <w:r>
          <w:rPr>
            <w:color w:val="0000EE"/>
            <w:u w:val="single"/>
          </w:rPr>
          <w:t>https://bbclatestnews.pages.dev/news/articles/c574eevl8y8jo</w:t>
        </w:r>
      </w:hyperlink>
      <w:r>
        <w:t xml:space="preserve"> - Totnes Castle was wrapped in a 150-metre rainbow flag as part of the town's Pride celebrations. The event, titled 'Capture the Castle', aimed to reflect Totnes's identity as a creative and progressive town. Approximately 400 people gathered to witness the flag being unfurled by 30 flag bearers. The flag was lent by Torbay Pride, with support from English Heritage. Ceri Goddard from Totnes Pride stated that the event showcased the presence and permanence of queer people in the community.</w:t>
      </w:r>
      <w:r/>
    </w:p>
    <w:p>
      <w:pPr>
        <w:pStyle w:val="ListNumber"/>
        <w:spacing w:line="240" w:lineRule="auto"/>
        <w:ind w:left="720"/>
      </w:pPr>
      <w:r/>
      <w:hyperlink r:id="rId10">
        <w:r>
          <w:rPr>
            <w:color w:val="0000EE"/>
            <w:u w:val="single"/>
          </w:rPr>
          <w:t>https://www.newsminimalist.com/articles/totnes-castle-wrapped-in-150-meter-rainbow-flag-for-pride-festival-0844f72c</w:t>
        </w:r>
      </w:hyperlink>
      <w:r>
        <w:t xml:space="preserve"> - Totnes Castle was adorned with a 150-metre rainbow flag during the town's four-day Pride festival. Organisers described the display as a major public art event reflecting Totnes's progressive identity. Approximately 400 people gathered as 30 flag bearers unfurled the flag. The flag was lent by Torbay Pride, with support from English Heritage. Ceri Goddard from Totnes Pride stated that the event demonstrated the enduring presence of queer people in the community.</w:t>
      </w:r>
      <w:r/>
    </w:p>
    <w:p>
      <w:pPr>
        <w:pStyle w:val="ListNumber"/>
        <w:spacing w:line="240" w:lineRule="auto"/>
        <w:ind w:left="720"/>
      </w:pPr>
      <w:r/>
      <w:hyperlink r:id="rId11">
        <w:r>
          <w:rPr>
            <w:color w:val="0000EE"/>
            <w:u w:val="single"/>
          </w:rPr>
          <w:t>https://pressnewsagency.org/pride-group-captures-1000-year-old-norman-castle-using-massive-rainbow-flag/</w:t>
        </w:r>
      </w:hyperlink>
      <w:r>
        <w:t xml:space="preserve"> - A Pride group wrapped a 1,000-year-old Norman castle in a massive rainbow flag during a four-day Pride festival in Totnes. The event, titled 'Capture the Castle', aimed to signify that queer people have always been part of the community. Approximately 400 people attended as 30 local flag bearers unfurled the 150-metre flag. The flag was lent by Torbay Pride, with support from English Heritage. Ceri Goddard from Totnes Pride stated that the event showcased the enduring presence of queer people in the community.</w:t>
      </w:r>
      <w:r/>
    </w:p>
    <w:p>
      <w:pPr>
        <w:pStyle w:val="ListNumber"/>
        <w:spacing w:line="240" w:lineRule="auto"/>
        <w:ind w:left="720"/>
      </w:pPr>
      <w:r/>
      <w:hyperlink r:id="rId13">
        <w:r>
          <w:rPr>
            <w:color w:val="0000EE"/>
            <w:u w:val="single"/>
          </w:rPr>
          <w:t>https://currently.att.yahoo.com/att/rainbow-flag-wrapped-around-castle-145915864.html</w:t>
        </w:r>
      </w:hyperlink>
      <w:r>
        <w:t xml:space="preserve"> - Totnes Castle was wrapped in a 150-metre rainbow flag as part of the town's Pride celebrations. The event, titled 'Capture the Castle', aimed to reflect Totnes's identity as a creative and progressive town. Approximately 400 people gathered to witness the flag being unfurled by 30 flag bearers. The flag was lent by Torbay Pride, with support from English Heritage. Ceri Goddard from Totnes Pride stated that the event showcased the presence and permanence of queer people in the community.</w:t>
      </w:r>
      <w:r/>
    </w:p>
    <w:p>
      <w:pPr>
        <w:pStyle w:val="ListNumber"/>
        <w:spacing w:line="240" w:lineRule="auto"/>
        <w:ind w:left="720"/>
      </w:pPr>
      <w:r/>
      <w:hyperlink r:id="rId14">
        <w:r>
          <w:rPr>
            <w:color w:val="0000EE"/>
            <w:u w:val="single"/>
          </w:rPr>
          <w:t>https://brimstonereport.com/article/fury-as-town-s-historic-castle-is-draped-in-giant-rainbow-flag-during-pride-d501e38e</w:t>
        </w:r>
      </w:hyperlink>
      <w:r>
        <w:t xml:space="preserve"> - Residents in Totnes reacted strongly after the town's historic castle was draped in a giant rainbow flag during Pride festival celebrations. The 150-metre flag was unfurled by 30 local flag bearers as part of the 'Capture the Castle' event. Organisers described the display as a statement that queer people have always been part of the community. The event sparked debate over the appropriateness of such displays on historic monuments.</w:t>
      </w:r>
      <w:r/>
    </w:p>
    <w:p>
      <w:pPr>
        <w:pStyle w:val="ListNumber"/>
        <w:spacing w:line="240" w:lineRule="auto"/>
        <w:ind w:left="720"/>
      </w:pPr>
      <w:r/>
      <w:hyperlink r:id="rId12">
        <w:r>
          <w:rPr>
            <w:color w:val="0000EE"/>
            <w:u w:val="single"/>
          </w:rPr>
          <w:t>https://www.totnespulse.co.uk/totnes-pride-reveals-full-programme-ahead-of-castle-wrapping-spectacular/</w:t>
        </w:r>
      </w:hyperlink>
      <w:r>
        <w:t xml:space="preserve"> - Totnes Pride unveiled the full programme for its four-day festival, featuring over 40 events, including the 'Capture the Castle' event where Totnes Castle was wrapped in a 150-foot Pride flag. The festival aimed to reflect Totnes's identity as a creative and progressive town, with events ranging from live music and art to family activities. The 'Capture the Castle' event was described as a statement that queer people have always been part of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rainbow-pride-flag-wrapped-around-tourist-castle-sparks-fury-from-residents-as-they-blast-who-paid-for-this/" TargetMode="External"/><Relationship Id="rId10" Type="http://schemas.openxmlformats.org/officeDocument/2006/relationships/hyperlink" Target="https://www.newsminimalist.com/articles/totnes-castle-wrapped-in-150-meter-rainbow-flag-for-pride-festival-0844f72c" TargetMode="External"/><Relationship Id="rId11" Type="http://schemas.openxmlformats.org/officeDocument/2006/relationships/hyperlink" Target="https://pressnewsagency.org/pride-group-captures-1000-year-old-norman-castle-using-massive-rainbow-flag/" TargetMode="External"/><Relationship Id="rId12" Type="http://schemas.openxmlformats.org/officeDocument/2006/relationships/hyperlink" Target="https://www.totnespulse.co.uk/totnes-pride-reveals-full-programme-ahead-of-castle-wrapping-spectacular/" TargetMode="External"/><Relationship Id="rId13" Type="http://schemas.openxmlformats.org/officeDocument/2006/relationships/hyperlink" Target="https://currently.att.yahoo.com/att/rainbow-flag-wrapped-around-castle-145915864.html" TargetMode="External"/><Relationship Id="rId14" Type="http://schemas.openxmlformats.org/officeDocument/2006/relationships/hyperlink" Target="https://brimstonereport.com/article/fury-as-town-s-historic-castle-is-draped-in-giant-rainbow-flag-during-pride-d501e38e" TargetMode="External"/><Relationship Id="rId15" Type="http://schemas.openxmlformats.org/officeDocument/2006/relationships/hyperlink" Target="https://bbclatestnews.pages.dev/news/articles/c574eevl8y8j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