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Finland's church has a longer history of LGBTQ+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Finnish pastor is challenging the claim that LGBTQ+ campaigners only began influencing church and family debates from outside the church, pointing instead to decades of internal advocacy and theological work.</w:t>
      </w:r>
      <w:r/>
    </w:p>
    <w:p>
      <w:pPr>
        <w:pStyle w:val="Heading2"/>
      </w:pPr>
      <w:r>
        <w:t>The argument centres on historical accuracy</w:t>
      </w:r>
      <w:r/>
    </w:p>
    <w:p>
      <w:r/>
      <w:r>
        <w:t xml:space="preserve">The dispute began with a claim published in Hämeen Sanomat that Seta and Pride had launched campaigns, roughly a decade ago, to reshape marriage, family structures and the idea of gender from beyond the church. Kirsi Ojansuu-Kaunisto, a parish pastor and parish election candidate in Akaa, says that account is misleading. </w:t>
      </w:r>
      <w:hyperlink r:id="rId9">
        <w:r>
          <w:rPr>
            <w:color w:val="0000EE"/>
            <w:u w:val="single"/>
          </w:rPr>
          <w:t>[2]</w:t>
        </w:r>
      </w:hyperlink>
      <w:r/>
    </w:p>
    <w:p>
      <w:r/>
      <w:r>
        <w:t>Her response points to a quieter, longer-running story inside Finland's Evangelical Lutheran Church. Support for the rights and dignity of sexual and gender minorities was already developing in the late 1990s, well before today's debates became so prominent.</w:t>
      </w:r>
      <w:r/>
    </w:p>
    <w:p>
      <w:pPr>
        <w:pStyle w:val="Heading2"/>
      </w:pPr>
      <w:r>
        <w:t>Church-based rainbow work began in the 1990s</w:t>
      </w:r>
      <w:r/>
    </w:p>
    <w:p>
      <w:r/>
      <w:r>
        <w:t>One early example was Arcus, a rainbow group established within the church during the late 1990s. Its formation suggests that questions about sexuality, belonging and equality weren't simply imported into religious life by outside campaigners.</w:t>
      </w:r>
      <w:r/>
    </w:p>
    <w:p>
      <w:r/>
      <w:r>
        <w:t>That history matters because public discussions often compress complicated social change into a neat before-and-after story. In reality, churches, civic organisations, theologians and activists have frequently influenced one another over many years.</w:t>
      </w:r>
      <w:r/>
    </w:p>
    <w:p>
      <w:pPr>
        <w:pStyle w:val="Heading2"/>
      </w:pPr>
      <w:r>
        <w:t>Yhteys brought theology and equality together</w:t>
      </w:r>
      <w:r/>
    </w:p>
    <w:p>
      <w:r/>
      <w:r>
        <w:t xml:space="preserve">In 2000, the Yhteys movement was founded to promote a respectful, Christian approach to sexual and gender minorities. Its stated work included opposing discrimination in wider society and within churches, placing human dignity at the centre of the conversation. </w:t>
      </w:r>
      <w:hyperlink r:id="rId10">
        <w:r>
          <w:rPr>
            <w:color w:val="0000EE"/>
            <w:u w:val="single"/>
          </w:rPr>
          <w:t>[3]</w:t>
        </w:r>
      </w:hyperlink>
      <w:r/>
    </w:p>
    <w:p>
      <w:r/>
      <w:r>
        <w:t xml:space="preserve">The movement's founders included the Reverend Liisa Tuovinen and theologian Martti Nissinen. The late Archbishop Mikko Juva was among its early members, a detail that underlines how support for a more inclusive approach existed within senior church circles too. </w:t>
      </w:r>
      <w:hyperlink r:id="rId11">
        <w:r>
          <w:rPr>
            <w:color w:val="0000EE"/>
            <w:u w:val="single"/>
          </w:rPr>
          <w:t>[4]</w:t>
        </w:r>
      </w:hyperlink>
      <w:r/>
    </w:p>
    <w:p>
      <w:pPr>
        <w:pStyle w:val="Heading2"/>
      </w:pPr>
      <w:r>
        <w:t>Martti Lindqvist helped shape the debate</w:t>
      </w:r>
      <w:r/>
    </w:p>
    <w:p>
      <w:r/>
      <w:r>
        <w:t xml:space="preserve">Ojansuu-Kaunisto also highlights the late theologian and ethicist Martti Lindqvist, who advocated for the rights of sexual minorities both within the church and across Finnish society. His work forms part of a broader body of Finnish writing examining homosexuality, religion, ethics and public life. </w:t>
      </w:r>
      <w:hyperlink r:id="rId12">
        <w:r>
          <w:rPr>
            <w:color w:val="0000EE"/>
            <w:u w:val="single"/>
          </w:rPr>
          <w:t>[5]</w:t>
        </w:r>
      </w:hyperlink>
      <w:r/>
    </w:p>
    <w:p>
      <w:r/>
      <w:r>
        <w:t>Books and library records on the subject show that the argument has never been purely political. It has also involved theology, ethics, pastoral care and the everyday question of whether people are treated as full members of their communities. That makes the history more human than a simple institutional disagreement.</w:t>
      </w:r>
      <w:r/>
    </w:p>
    <w:p>
      <w:pPr>
        <w:pStyle w:val="Heading2"/>
      </w:pPr>
      <w:r>
        <w:t>Why this background still matters today</w:t>
      </w:r>
      <w:r/>
    </w:p>
    <w:p>
      <w:r/>
      <w:r>
        <w:t xml:space="preserve">The exchange arrives as church elections and debates over inclusion continue to attract strong views. Understanding the timeline won't settle every theological question, but it can prevent modern arguments from resting on an incomplete account of the past. </w:t>
      </w:r>
      <w:hyperlink r:id="rId13">
        <w:r>
          <w:rPr>
            <w:color w:val="0000EE"/>
            <w:u w:val="single"/>
          </w:rPr>
          <w:t>[6]</w:t>
        </w:r>
      </w:hyperlink>
      <w:r/>
    </w:p>
    <w:p>
      <w:r/>
      <w:r>
        <w:t>It also offers a useful reminder: social change rarely starts in one place. Campaigners outside the church may have pushed public debate forward, but people within the church were also organising, writing and speaking long before the issue became a regular headline.</w:t>
      </w:r>
      <w:r/>
    </w:p>
    <w:p>
      <w:r/>
      <w:r>
        <w:t>The fuller history is less tidy, but it is far more revealing.</w:t>
      </w:r>
      <w:r/>
    </w:p>
    <w:p>
      <w:r/>
      <w:r>
        <w:t>A more accurate timeline makes room for both outside activism and years of internal church advocacy.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3">
        <w:r>
          <w:rPr>
            <w:color w:val="0000EE"/>
            <w:u w:val="single"/>
          </w:rPr>
          <w:t>[6]</w:t>
        </w:r>
      </w:hyperlink>
      <w:r>
        <w:t xml:space="preserve">- Paragraph 3: </w:t>
      </w:r>
      <w:hyperlink r:id="rId12">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https://www.hameensanomat.fi/paakirjoitus-mielipide/9829184</w:t>
        </w:r>
      </w:hyperlink>
      <w:r>
        <w:t xml:space="preserve"> - Please view link - unable to able to access data</w:t>
      </w:r>
      <w:r/>
    </w:p>
    <w:p>
      <w:pPr>
        <w:pStyle w:val="ListNumber"/>
        <w:spacing w:line="240" w:lineRule="auto"/>
        <w:ind w:left="720"/>
      </w:pPr>
      <w:r/>
      <w:hyperlink r:id="rId9">
        <w:r>
          <w:rPr>
            <w:color w:val="0000EE"/>
            <w:u w:val="single"/>
          </w:rPr>
          <w:t>https://www.hameensanomat.fi/paakirjoitus-mielipide/9829184</w:t>
        </w:r>
      </w:hyperlink>
      <w:r>
        <w:t xml:space="preserve"> - An opinion piece in Hämeen Sanomat refutes claims that Seta and Pride initiated campaigns from outside the church to change marriage, family models, and gender concepts. It highlights that within the Finnish Lutheran Church, efforts to support sexual minorities began in the late 1990s with the establishment of the Arcus rainbow group. In 2000, the Yhteys movement was founded to promote a Christian approach to sexual and gender minorities, opposing discrimination in society and churches. Founders included Pastor Liisa Tuovinen, theologian Martti Nissinen, and the late Archbishop Mikko Juva. The late theologian and ethicist Martti Lindqvist was also a pioneer in advocating for sexual minority rights within the church and society.</w:t>
      </w:r>
      <w:r/>
    </w:p>
    <w:p>
      <w:pPr>
        <w:pStyle w:val="ListNumber"/>
        <w:spacing w:line="240" w:lineRule="auto"/>
        <w:ind w:left="720"/>
      </w:pPr>
      <w:r/>
      <w:hyperlink r:id="rId10">
        <w:r>
          <w:rPr>
            <w:color w:val="0000EE"/>
            <w:u w:val="single"/>
          </w:rPr>
          <w:t>https://en.wikipedia.org/wiki/Martti_Nissinen</w:t>
        </w:r>
      </w:hyperlink>
      <w:r>
        <w:t xml:space="preserve"> - Martti Nissinen is a Finnish theologian and professor of Old Testament studies at the University of Helsinki. He is known for his expertise in the prophetic phenomenon in the Hebrew Bible and the ancient Near East, with research interests including gender issues in the ancient Eastern Mediterranean. Nissinen has authored and edited several books and numerous articles on topics related to prophecy, gender, and the history of ancient Near Eastern religion. He received his Th.D. from the University of Helsinki in 1992 and has held various research and teaching positions at the institution.</w:t>
      </w:r>
      <w:r/>
    </w:p>
    <w:p>
      <w:pPr>
        <w:pStyle w:val="ListNumber"/>
        <w:spacing w:line="240" w:lineRule="auto"/>
        <w:ind w:left="720"/>
      </w:pPr>
      <w:r/>
      <w:hyperlink r:id="rId11">
        <w:r>
          <w:rPr>
            <w:color w:val="0000EE"/>
            <w:u w:val="single"/>
          </w:rPr>
          <w:t>https://en.wikipedia.org/wiki/Mikko_Juva</w:t>
        </w:r>
      </w:hyperlink>
      <w:r>
        <w:t xml:space="preserve"> - Mikko Juva was a Finnish historian, theologian, and Lutheran archbishop who served as the Archbishop of Turku and Finland from 1978 to 1982. He was also a professor of Nordic history at the University of Turku and Finnish and Scandinavian history and church history at the University of Helsinki. Juva was a member of the Finnish parliament from 1964 to 1966 and chaired the Liberal People's Party from 1965 to 1968. He was known for his presidency in the Lutheran World Federation from 1970 to 1977 and for publishing works in historical and church historical subjects.</w:t>
      </w:r>
      <w:r/>
    </w:p>
    <w:p>
      <w:pPr>
        <w:pStyle w:val="ListNumber"/>
        <w:spacing w:line="240" w:lineRule="auto"/>
        <w:ind w:left="720"/>
      </w:pPr>
      <w:r/>
      <w:hyperlink r:id="rId12">
        <w:r>
          <w:rPr>
            <w:color w:val="0000EE"/>
            <w:u w:val="single"/>
          </w:rPr>
          <w:t>https://www.goodreads.com/book/show/16276917-synti-vai-siunaus---homoseksuaalit-kirkko-ja-yhteiskunta</w:t>
        </w:r>
      </w:hyperlink>
      <w:r>
        <w:t xml:space="preserve"> - The book 'Synti vai siunaus: homoseksuaalit, kirkko ja yhteiskunta' (Sin or Blessing: Homosexuals, Church, and Society) is edited by Martti Nissinen and Liisa Tuovinen. It addresses the relationship between homosexuality, the church, and society, exploring various perspectives and discussions on the topic. The book is in Finnish and was published by Kirjapaja in 2003. It is available for reading and purchase on Goodreads.</w:t>
      </w:r>
      <w:r/>
    </w:p>
    <w:p>
      <w:pPr>
        <w:pStyle w:val="ListNumber"/>
        <w:spacing w:line="240" w:lineRule="auto"/>
        <w:ind w:left="720"/>
      </w:pPr>
      <w:r/>
      <w:hyperlink r:id="rId13">
        <w:r>
          <w:rPr>
            <w:color w:val="0000EE"/>
            <w:u w:val="single"/>
          </w:rPr>
          <w:t>https://www.finna.fi/Record/helmet.1640708</w:t>
        </w:r>
      </w:hyperlink>
      <w:r>
        <w:t xml:space="preserve"> - The book 'Synti vai siunaus: homoseksuaalit, kirkko ja yhteiskunta' (Sin or Blessing: Homosexuals, Church, and Society) is edited by Martti Nissinen and Liisa Tuovinen. It is a collection of articles published by Kirjapaja in 2003. The book is in Finnish and addresses topics related to Christian ethics, homosexuality, and the church. It is available in the Helmet library system.</w:t>
      </w:r>
      <w:r/>
    </w:p>
    <w:p>
      <w:pPr>
        <w:pStyle w:val="ListNumber"/>
        <w:spacing w:line="240" w:lineRule="auto"/>
        <w:ind w:left="720"/>
      </w:pPr>
      <w:r/>
      <w:hyperlink r:id="rId14">
        <w:r>
          <w:rPr>
            <w:color w:val="0000EE"/>
            <w:u w:val="single"/>
          </w:rPr>
          <w:t>https://www.finna.fi/Record/oy.997974223906252</w:t>
        </w:r>
      </w:hyperlink>
      <w:r>
        <w:t xml:space="preserve"> - The book 'Synti vai siunaus: homoseksuaalit, kirkko ja yhteiskunta' (Sin or Blessing: Homosexuals, Church, and Society) is edited by Martti Nissinen and Liisa Tuovinen. It is a collection of articles published by Kirjapaja in 2003. The book is in Finnish and addresses topics related to Lutheran churches, homosexuality, and Christian ethics. It is available in the Oulu University library system.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meensanomat.fi/paakirjoitus-mielipide/9829184" TargetMode="External"/><Relationship Id="rId10" Type="http://schemas.openxmlformats.org/officeDocument/2006/relationships/hyperlink" Target="https://en.wikipedia.org/wiki/Martti_Nissinen" TargetMode="External"/><Relationship Id="rId11" Type="http://schemas.openxmlformats.org/officeDocument/2006/relationships/hyperlink" Target="https://en.wikipedia.org/wiki/Mikko_Juva" TargetMode="External"/><Relationship Id="rId12" Type="http://schemas.openxmlformats.org/officeDocument/2006/relationships/hyperlink" Target="https://www.goodreads.com/book/show/16276917-synti-vai-siunaus---homoseksuaalit-kirkko-ja-yhteiskunta" TargetMode="External"/><Relationship Id="rId13" Type="http://schemas.openxmlformats.org/officeDocument/2006/relationships/hyperlink" Target="https://www.finna.fi/Record/helmet.1640708" TargetMode="External"/><Relationship Id="rId14" Type="http://schemas.openxmlformats.org/officeDocument/2006/relationships/hyperlink" Target="https://www.finna.fi/Record/oy.9979742239062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