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Dorothy debate asks what LGBTQ+ cinema means for Tamil audiences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Karthik Subbaraj's Dorothy into a wider conversation about LGBTQ+ representation, creative freedom and social change. The Keerthy Suresh film has attracted praise, criticism and boycott calls, but its biggest impact may be the uncomfortable question it leaves behind: who gets to decide what counts as normal on screen and in society?</w:t>
      </w:r>
      <w:r/>
    </w:p>
    <w:p>
      <w:pPr>
        <w:pStyle w:val="Heading2"/>
      </w:pPr>
      <w:r>
        <w:t>Essential Takeaways</w:t>
      </w:r>
      <w:r/>
      <w:r/>
    </w:p>
    <w:p>
      <w:pPr>
        <w:pStyle w:val="ListBullet"/>
        <w:spacing w:line="240" w:lineRule="auto"/>
        <w:ind w:left="720"/>
      </w:pPr>
      <w:r/>
      <w:r>
        <w:rPr>
          <w:b/>
        </w:rPr>
        <w:t>The debate is bigger than reviews:</w:t>
      </w:r>
      <w:r>
        <w:t xml:space="preserve"> Dorothy has sparked arguments about identity, prejudice and the role of mainstream cinema.</w:t>
      </w:r>
      <w:r/>
    </w:p>
    <w:p>
      <w:pPr>
        <w:pStyle w:val="ListBullet"/>
        <w:spacing w:line="240" w:lineRule="auto"/>
        <w:ind w:left="720"/>
      </w:pPr>
      <w:r/>
      <w:r>
        <w:rPr>
          <w:b/>
        </w:rPr>
        <w:t>Viewers disagree sharply:</w:t>
      </w:r>
      <w:r>
        <w:t xml:space="preserve"> Some have praised its representation, while others have criticised the film and called for a boycott.</w:t>
      </w:r>
      <w:r/>
    </w:p>
    <w:p>
      <w:pPr>
        <w:pStyle w:val="ListBullet"/>
        <w:spacing w:line="240" w:lineRule="auto"/>
        <w:ind w:left="720"/>
      </w:pPr>
      <w:r/>
      <w:r>
        <w:rPr>
          <w:b/>
        </w:rPr>
        <w:t>The director welcomes discussion:</w:t>
      </w:r>
      <w:r>
        <w:t xml:space="preserve"> Karthik Subbaraj has urged audiences to watch the film before reaching conclusions.</w:t>
      </w:r>
      <w:r/>
    </w:p>
    <w:p>
      <w:pPr>
        <w:pStyle w:val="ListBullet"/>
        <w:spacing w:line="240" w:lineRule="auto"/>
        <w:ind w:left="720"/>
      </w:pPr>
      <w:r/>
      <w:r>
        <w:rPr>
          <w:b/>
        </w:rPr>
        <w:t>Representation needs depth:</w:t>
      </w:r>
      <w:r>
        <w:t xml:space="preserve"> LGBTQ+ characters work best when they're written as complete people, not symbols or stereotypes.</w:t>
      </w:r>
      <w:r/>
    </w:p>
    <w:p>
      <w:pPr>
        <w:pStyle w:val="ListBullet"/>
        <w:spacing w:line="240" w:lineRule="auto"/>
        <w:ind w:left="720"/>
      </w:pPr>
      <w:r/>
      <w:r>
        <w:rPr>
          <w:b/>
        </w:rPr>
        <w:t>Criticism still matters:</w:t>
      </w:r>
      <w:r>
        <w:t xml:space="preserve"> Audiences can question a film's writing or execution without denying anyone's dignity.</w:t>
      </w:r>
      <w:r/>
      <w:r/>
    </w:p>
    <w:p>
      <w:pPr>
        <w:pStyle w:val="Heading2"/>
      </w:pPr>
      <w:r>
        <w:t>Why Dorothy has become more than a film review</w:t>
      </w:r>
      <w:r/>
    </w:p>
    <w:p>
      <w:r/>
      <w:r>
        <w:t>The loudest argument around Dorothy isn't simply whether it's entertaining or well made. It's about visibility, and the uneasy feeling that can arise when a group long pushed to the margins appears at the centre of a mainstream story.</w:t>
      </w:r>
      <w:r/>
    </w:p>
    <w:p>
      <w:r/>
      <w:r>
        <w:t>According to NDTV, the Keerthy Suresh-starrer has faced backlash over its LGBTQ+ depiction, with boycott calls spreading across social media. The reaction has been mixed rather than uniform, though, and Cinema Express reported that Subbaraj has said he trusts viewers to engage with the film on their own terms.</w:t>
      </w:r>
      <w:r/>
    </w:p>
    <w:p>
      <w:r/>
      <w:r>
        <w:t>That distinction matters. Disliking a screenplay is one thing; objecting to the existence of LGBTQ+ characters is another. A healthy film culture should leave room for both tough reviews and stories that previous generations might have struggled to imagine.</w:t>
      </w:r>
      <w:r/>
    </w:p>
    <w:p>
      <w:pPr>
        <w:pStyle w:val="Heading2"/>
      </w:pPr>
      <w:r>
        <w:t>One line has become the flashpoint</w:t>
      </w:r>
      <w:r/>
    </w:p>
    <w:p>
      <w:r/>
      <w:r>
        <w:t>Much of the argument has focused on a line suggesting that, in ten years, the people currently treated as outsiders could become the norm. Some viewers have read it as hostile towards heterosexual people, while others see it as a deliberately provocative observation about changing social attitudes.</w:t>
      </w:r>
      <w:r/>
    </w:p>
    <w:p>
      <w:r/>
      <w:r>
        <w:t>It's an uncomfortable idea because "normal" sounds harmless until you ask who gets placed outside it. For decades, LGBTQ+ people have often been expected to hide relationships, soften their identities or accept public humiliation as the price of fitting in.</w:t>
      </w:r>
      <w:r/>
    </w:p>
    <w:p>
      <w:r/>
      <w:r>
        <w:t>The point isn't that one group should replace another. It's that dignity, friendship, love, work and safety shouldn't depend on belonging to a majority. As The Times of India noted in its coverage, the controversy has also revived comparisons with earlier Indian films that brought queer lives into wider public discussion.</w:t>
      </w:r>
      <w:r/>
    </w:p>
    <w:p>
      <w:pPr>
        <w:pStyle w:val="Heading2"/>
      </w:pPr>
      <w:r>
        <w:t>A boycott can easily eclipse the real criticism</w:t>
      </w:r>
      <w:r/>
    </w:p>
    <w:p>
      <w:r/>
      <w:r>
        <w:t>Social media has a talent for flattening complicated conversations. A nuanced concern about writing can become a slogan, while a film's entire treatment of a subject gets reduced to one clipped exchange or a heated post.</w:t>
      </w:r>
      <w:r/>
    </w:p>
    <w:p>
      <w:r/>
      <w:r>
        <w:t>The criticism reported by NDTV includes objections to the film's depiction, but the wider online reaction has also included hostile responses to the idea of LGBTQ+ representation itself. That is where the conversation risks losing its footing. Viewers should be free to say a film feels clumsy, preachy or unconvincing, but those arguments should address the work rather than the legitimacy of the people represented.</w:t>
      </w:r>
      <w:r/>
    </w:p>
    <w:p>
      <w:r/>
      <w:r>
        <w:t>The contrast is striking. Audiences routinely watch stories involving murder, revenge and criminality without assuming the screen will dictate their behaviour. Yet LGBTQ+ characters are still sometimes treated as if their visibility alone is dangerous. That double standard deserves scrutiny.</w:t>
      </w:r>
      <w:r/>
    </w:p>
    <w:p>
      <w:pPr>
        <w:pStyle w:val="Heading2"/>
      </w:pPr>
      <w:r>
        <w:t>What meaningful representation should look like</w:t>
      </w:r>
      <w:r/>
    </w:p>
    <w:p>
      <w:r/>
      <w:r>
        <w:t>Putting an LGBTQ+ character into a film isn't automatically progressive. The character needs a life beyond identity: private hopes, irritating habits, humour, vulnerability, relationships and the occasional bad decision. In other words, the person should feel like a person, not a lesson wearing a costume.</w:t>
      </w:r>
      <w:r/>
    </w:p>
    <w:p>
      <w:r/>
      <w:r>
        <w:t>This is where Dorothy sits within a broader shift in Indian cinema. The Times of India linked the current discussion with the continuing interest in films such as Mammootty's Kaathal: The Core, while Hindustan Times reported that Dorothy received a standing ovation at the Toronto International Film Festival despite facing hostility online in India.</w:t>
      </w:r>
      <w:r/>
    </w:p>
    <w:p>
      <w:r/>
      <w:r>
        <w:t>Those reactions don't prove that every creative choice succeeds. They do show that audiences are hungry for more varied stories, even when they disagree about how those stories should be told. Representation may begin with visibility, but it earns trust through detail and emotional honesty.</w:t>
      </w:r>
      <w:r/>
    </w:p>
    <w:p>
      <w:pPr>
        <w:pStyle w:val="Heading2"/>
      </w:pPr>
      <w:r>
        <w:t>Can cinema change the conversation?</w:t>
      </w:r>
      <w:r/>
    </w:p>
    <w:p>
      <w:r/>
      <w:r>
        <w:t>Subbaraj has encouraged people to watch Dorothy before judging its treatment of transgender identity, and Cinema Express reported that he remains open to debate about the portrayal. That is a useful position, particularly when public arguments are moving faster than the film itself.</w:t>
      </w:r>
      <w:r/>
    </w:p>
    <w:p>
      <w:r/>
      <w:r>
        <w:t>The director's response, as covered by several outlets, suggests that the controversy has at least created a conversation. Cinema can't settle questions of identity in a couple of hours, and it certainly can't make prejudice vanish overnight. But it can place unfamiliar experiences in front of viewers who might otherwise never consider them.</w:t>
      </w:r>
      <w:r/>
    </w:p>
    <w:p>
      <w:r/>
      <w:r>
        <w:t>A progressive society isn't one where everybody likes the same film. It's one where people can challenge a film, defend it or walk away from it without treating another person's identity as an offence. The more ordinary LGBTQ+ lives become on screen, the less extraordinary their presence may eventually feel off screen.</w:t>
      </w:r>
      <w:r/>
    </w:p>
    <w:p>
      <w:r/>
      <w:r>
        <w:t>It's a small shift in storytelling, but it can open a much larger conversation about who gets to be seen.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[4]</w:t>
        </w:r>
      </w:hyperlink>
      <w:r>
        <w:t xml:space="preserve">- Paragraph 2: </w:t>
      </w:r>
      <w:hyperlink r:id="rId10">
        <w:r>
          <w:rPr>
            <w:color w:val="0000EE"/>
            <w:u w:val="single"/>
          </w:rPr>
          <w:t>[5]</w:t>
        </w:r>
      </w:hyperlink>
      <w:r>
        <w:t xml:space="preserve">, </w:t>
      </w:r>
      <w:hyperlink r:id="rId11">
        <w:r>
          <w:rPr>
            <w:color w:val="0000EE"/>
            <w:u w:val="single"/>
          </w:rPr>
          <w:t>[4]</w:t>
        </w:r>
      </w:hyperlink>
      <w:r>
        <w:t xml:space="preserve">- Paragraph 3: </w:t>
      </w:r>
      <w:hyperlink r:id="rId12">
        <w:r>
          <w:rPr>
            <w:color w:val="0000EE"/>
            <w:u w:val="single"/>
          </w:rPr>
          <w:t>[2]</w:t>
        </w:r>
      </w:hyperlink>
      <w:r>
        <w:t xml:space="preserve">, </w:t>
      </w:r>
      <w:hyperlink r:id="rId10">
        <w:r>
          <w:rPr>
            <w:color w:val="0000EE"/>
            <w:u w:val="single"/>
          </w:rPr>
          <w:t>[5]</w:t>
        </w:r>
      </w:hyperlink>
      <w:r>
        <w:t xml:space="preserve">- Paragraph 4: </w:t>
      </w:r>
      <w:hyperlink r:id="rId13">
        <w:r>
          <w:rPr>
            <w:color w:val="0000EE"/>
            <w:u w:val="single"/>
          </w:rPr>
          <w:t>[3]</w:t>
        </w:r>
      </w:hyperlink>
      <w:r>
        <w:t xml:space="preserve">, </w:t>
      </w:r>
      <w:hyperlink r:id="rId14">
        <w:r>
          <w:rPr>
            <w:color w:val="0000EE"/>
            <w:u w:val="single"/>
          </w:rPr>
          <w:t>[6]</w:t>
        </w:r>
      </w:hyperlink>
      <w:r>
        <w:t xml:space="preserve">- Paragraph 5: </w:t>
      </w:r>
      <w:hyperlink r:id="rId10">
        <w:r>
          <w:rPr>
            <w:color w:val="0000EE"/>
            <w:u w:val="single"/>
          </w:rPr>
          <w:t>[5]</w:t>
        </w:r>
      </w:hyperlink>
      <w:r>
        <w:t xml:space="preserve">, </w:t>
      </w:r>
      <w:hyperlink r:id="rId15">
        <w:r>
          <w:rPr>
            <w:color w:val="0000EE"/>
            <w:u w:val="single"/>
          </w:rPr>
          <w:t>[7]</w:t>
        </w:r>
      </w:hyperlink>
      <w:r>
        <w:t xml:space="preserve">- Paragraph 6: </w:t>
      </w:r>
      <w:hyperlink r:id="rId12">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[4]</w:t>
        </w:r>
      </w:hyperlink>
      <w:r>
        <w:t xml:space="preserve">, </w:t>
      </w:r>
      <w:hyperlink r:id="rId15">
        <w:r>
          <w:rPr>
            <w:color w:val="0000EE"/>
            <w:u w:val="single"/>
          </w:rPr>
          <w:t>[7]</w:t>
        </w:r>
      </w:hyperlink>
      <w:r>
        <w:t xml:space="preserve">- Paragraph 8: </w:t>
      </w:r>
      <w:hyperlink r:id="rId12">
        <w:r>
          <w:rPr>
            <w:color w:val="0000EE"/>
            <w:u w:val="single"/>
          </w:rPr>
          <w:t>[2]</w:t>
        </w:r>
      </w:hyperlink>
      <w:r>
        <w:t xml:space="preserve">, </w:t>
      </w:r>
      <w:hyperlink r:id="rId11">
        <w:r>
          <w:rPr>
            <w:color w:val="0000EE"/>
            <w:u w:val="single"/>
          </w:rPr>
          <w:t>[4]</w:t>
        </w:r>
      </w:hyperlink>
      <w:r>
        <w:t xml:space="preserve">- Paragraph 9: </w:t>
      </w:r>
      <w:hyperlink r:id="rId15">
        <w:r>
          <w:rPr>
            <w:color w:val="0000EE"/>
            <w:u w:val="single"/>
          </w:rPr>
          <w:t>[7]</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https://newstodaynet.com/2026/09/28/dorothy-and-the-larger-question-how-should-a-progressive-society-look-at-cinema/</w:t>
        </w:r>
      </w:hyperlink>
      <w:r>
        <w:t xml:space="preserve"> - Please view link - unable to able to access data</w:t>
      </w:r>
      <w:r/>
    </w:p>
    <w:p>
      <w:pPr>
        <w:pStyle w:val="ListNumber"/>
        <w:spacing w:line="240" w:lineRule="auto"/>
        <w:ind w:left="720"/>
      </w:pPr>
      <w:r/>
      <w:hyperlink r:id="rId12">
        <w:r>
          <w:rPr>
            <w:color w:val="0000EE"/>
            <w:u w:val="single"/>
          </w:rPr>
          <w:t>https://timesofindia.indiatimes.com/entertainment/tamil/movies/news/mammoottys-kaathal-the-core-resurfaces-in-discussion-as-karthik-subbarajs-dorothy-faces-trolling-over-reported-lgbtq-themes-and-malaysia-release-setback/articleshow/134504745.cms?frm=save_for_later_amp</w:t>
        </w:r>
      </w:hyperlink>
      <w:r>
        <w:t xml:space="preserve"> - Karthik Subbaraj's 'Dorothy' has sparked online discussions following its release, with social media focusing on its reported LGBTQ-related themes. The film has also prompted comparisons with Mammootty's 'Kaathal – The Core', directed by Jeo Baby, which centres on a same-sex relationship. Both films have brought conversations about LGBTQ representation into mainstream Indian cinema. 'Dorothy' opened in theatres in India on September 25, 2026, and stars Keerthy Suresh, Rishikanth, and Sananth. The film's narrative explores themes of friendship, love, caste, violence, and social attitudes towards masculinity in rural Tamil Nadu during the 1990s.</w:t>
      </w:r>
      <w:r/>
    </w:p>
    <w:p>
      <w:pPr>
        <w:pStyle w:val="ListNumber"/>
        <w:spacing w:line="240" w:lineRule="auto"/>
        <w:ind w:left="720"/>
      </w:pPr>
      <w:r/>
      <w:hyperlink r:id="rId13">
        <w:r>
          <w:rPr>
            <w:color w:val="0000EE"/>
            <w:u w:val="single"/>
          </w:rPr>
          <w:t>https://tfipost.com/2026/09/woke-poison-debate-erupts-over-karthik-subbarajs-dorothy/</w:t>
        </w:r>
      </w:hyperlink>
      <w:r>
        <w:t xml:space="preserve"> - Karthik Subbaraj's latest Tamil film 'Dorothy' has ignited a sharp debate over gender identity, sexuality, and social messaging in contemporary cinema. Critics describe the film as an example of 'Woke Poison' being introduced into mainstream entertainment. Set in rural Tamil Nadu during the 1990s, the narrative follows childhood friends Karthi and Subbu as they grow up amid caste divisions, violence, and rigid ideas of masculinity. The film delves into questions surrounding gender identity, same-sex attraction, and acceptance, moving beyond its initial focus on social tensions.</w:t>
      </w:r>
      <w:r/>
    </w:p>
    <w:p>
      <w:pPr>
        <w:pStyle w:val="ListNumber"/>
        <w:spacing w:line="240" w:lineRule="auto"/>
        <w:ind w:left="720"/>
      </w:pPr>
      <w:r/>
      <w:hyperlink r:id="rId11">
        <w:r>
          <w:rPr>
            <w:color w:val="0000EE"/>
            <w:u w:val="single"/>
          </w:rPr>
          <w:t>https://www.cinemaexpress.com/tamil/news/2026/Sep/27/karthik-subbaraj-says-he-trusts-viewers-amidst-mixed-response-for-dorothy</w:t>
        </w:r>
      </w:hyperlink>
      <w:r>
        <w:t xml:space="preserve"> - Director Karthik Subbaraj's film 'Dorothy', starring Sananth, Rishikanth, and Keerthy Suresh, opened theatrically on September 25, 2026. The early response was mixed, with some audience members criticising its treatment of LGBTQ+ themes. In response, distributor Sakthi Film Factory announced additional showings, claiming that some viewers criticised the film based on fake reviews. Karthik Subbaraj expressed confidence in the audience, urging them to remain calm and trust their judgment.</w:t>
      </w:r>
      <w:r/>
    </w:p>
    <w:p>
      <w:pPr>
        <w:pStyle w:val="ListNumber"/>
        <w:spacing w:line="240" w:lineRule="auto"/>
        <w:ind w:left="720"/>
      </w:pPr>
      <w:r/>
      <w:hyperlink r:id="rId10">
        <w:r>
          <w:rPr>
            <w:color w:val="0000EE"/>
            <w:u w:val="single"/>
          </w:rPr>
          <w:t>https://www.ndtv.com/entertainment/keerthy-sureshs-dorothy-faces-backlash-over-lgbtq-depiction-boycott-calls-flood-x-12096896</w:t>
        </w:r>
      </w:hyperlink>
      <w:r>
        <w:t xml:space="preserve"> - Karthik Subbaraj's Tamil drama thriller 'Dorothy' has received mixed reactions on social media. While some viewers praised its grounded storytelling and realistic treatment, others criticised the film over its depiction of LGBTQ+ characters, leading to calls for a boycott. The film is set in rural Tamil Nadu in the early 1990s and revolves around two childhood friends, Karthi and Subbu, who grow up amid caste divisions, violence, and rigid ideas of masculinity. Keerthy Suresh plays Dorothy, a character central to the film's emotional and narrative trajectory.</w:t>
      </w:r>
      <w:r/>
    </w:p>
    <w:p>
      <w:pPr>
        <w:pStyle w:val="ListNumber"/>
        <w:spacing w:line="240" w:lineRule="auto"/>
        <w:ind w:left="720"/>
      </w:pPr>
      <w:r/>
      <w:hyperlink r:id="rId14">
        <w:r>
          <w:rPr>
            <w:color w:val="0000EE"/>
            <w:u w:val="single"/>
          </w:rPr>
          <w:t>https://www.the1news.com/article/director-claims-lgbtq-representation-in-kollywood-is-funded-to-erode-culture</w:t>
        </w:r>
      </w:hyperlink>
      <w:r>
        <w:t xml:space="preserve"> - Filmmaker Mohan G Kshatriyan, known for his films 'Draupathi' and 'Bakasuran', has claimed that LGBTQ representation in Kollywood is 'funded' to 'erode culture' following the release of Karthik Subbaraj's 'Dorothy'. His comments have sparked online backlash, with many questioning his views on LGBTQ representation in Tamil cinema. The controversy highlights ongoing debates about the portrayal of LGBTQ+ characters and themes in Indian films and the influence of external funding on cultural narratives.</w:t>
      </w:r>
      <w:r/>
    </w:p>
    <w:p>
      <w:pPr>
        <w:pStyle w:val="ListNumber"/>
        <w:spacing w:line="240" w:lineRule="auto"/>
        <w:ind w:left="720"/>
      </w:pPr>
      <w:r/>
      <w:hyperlink r:id="rId15">
        <w:r>
          <w:rPr>
            <w:color w:val="0000EE"/>
            <w:u w:val="single"/>
          </w:rPr>
          <w:t>https://www.hindustantimes.com/entertainment/tamil-cinema/karthik-subbaraj-s-dorothy-got-a-standing-ovation-at-tiff-but-faces-homophobia-back-home-internet-defends-film-101790407855988.html</w:t>
        </w:r>
      </w:hyperlink>
      <w:r>
        <w:t xml:space="preserve"> - Karthik Subbaraj's 'Dorothy' received a standing ovation at the 2026 Toronto International Film Festival (TIFF). However, upon its theatrical release in India, the film faced homophobia and calls for boycott from those who expected a conventional story of two friends and a woman they love. The internet defended the film, lauding its LGBTQIA+ themes and the courage of the actors involved. The film stars Keerthy Suresh, Sananth, and Rishikanth, and marks Subbaraj's 10th feature film as a director.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todaynet.com/2026/09/28/dorothy-and-the-larger-question-how-should-a-progressive-society-look-at-cinema/" TargetMode="External"/><Relationship Id="rId10" Type="http://schemas.openxmlformats.org/officeDocument/2006/relationships/hyperlink" Target="https://www.ndtv.com/entertainment/keerthy-sureshs-dorothy-faces-backlash-over-lgbtq-depiction-boycott-calls-flood-x-12096896" TargetMode="External"/><Relationship Id="rId11" Type="http://schemas.openxmlformats.org/officeDocument/2006/relationships/hyperlink" Target="https://www.cinemaexpress.com/tamil/news/2026/Sep/27/karthik-subbaraj-says-he-trusts-viewers-amidst-mixed-response-for-dorothy" TargetMode="External"/><Relationship Id="rId12" Type="http://schemas.openxmlformats.org/officeDocument/2006/relationships/hyperlink" Target="https://timesofindia.indiatimes.com/entertainment/tamil/movies/news/mammoottys-kaathal-the-core-resurfaces-in-discussion-as-karthik-subbarajs-dorothy-faces-trolling-over-reported-lgbtq-themes-and-malaysia-release-setback/articleshow/134504745.cms?frm=save_for_later_amp" TargetMode="External"/><Relationship Id="rId13" Type="http://schemas.openxmlformats.org/officeDocument/2006/relationships/hyperlink" Target="https://tfipost.com/2026/09/woke-poison-debate-erupts-over-karthik-subbarajs-dorothy/" TargetMode="External"/><Relationship Id="rId14" Type="http://schemas.openxmlformats.org/officeDocument/2006/relationships/hyperlink" Target="https://www.the1news.com/article/director-claims-lgbtq-representation-in-kollywood-is-funded-to-erode-culture" TargetMode="External"/><Relationship Id="rId15" Type="http://schemas.openxmlformats.org/officeDocument/2006/relationships/hyperlink" Target="https://www.hindustantimes.com/entertainment/tamil-cinema/karthik-subbaraj-s-dorothy-got-a-standing-ovation-at-tiff-but-faces-homophobia-back-home-internet-defends-film-10179040785598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