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Things to Know About Portland’s Pride Plaza Reopening Party</w:t>
      </w:r>
      <w:r/>
    </w:p>
    <w:p>
      <w:r/>
      <w:r/>
    </w:p>
    <w:p>
      <w:r>
        <w:drawing>
          <wp:inline xmlns:a="http://schemas.openxmlformats.org/drawingml/2006/main" xmlns:pic="http://schemas.openxmlformats.org/drawingml/2006/picture">
            <wp:extent cx="5080000" cy="3408101"/>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3408101"/>
                    </a:xfrm>
                    <a:prstGeom prst="rect"/>
                  </pic:spPr>
                </pic:pic>
              </a:graphicData>
            </a:graphic>
          </wp:inline>
        </w:drawing>
      </w:r>
    </w:p>
    <w:p>
      <w:r/>
      <w:r>
        <w:rPr>
          <w:b/>
        </w:rPr>
        <w:t>Portland’s Pride Plaza is getting a colourful new chapter with a free, all-ages reopening party in downtown Portland on Saturday, 3 October. Expect live performances, DJs, local LGBTQ+ makers and a newly refreshed public space designed to bring people together.</w:t>
      </w:r>
      <w:r/>
    </w:p>
    <w:p>
      <w:pPr>
        <w:pStyle w:val="Heading2"/>
      </w:pPr>
      <w:r>
        <w:t>Essential Takeaways</w:t>
      </w:r>
      <w:r/>
      <w:r/>
    </w:p>
    <w:p>
      <w:pPr>
        <w:pStyle w:val="ListBullet"/>
        <w:spacing w:line="240" w:lineRule="auto"/>
        <w:ind w:left="720"/>
      </w:pPr>
      <w:r/>
      <w:r>
        <w:rPr>
          <w:b/>
        </w:rPr>
        <w:t>Free entry:</w:t>
      </w:r>
      <w:r>
        <w:t xml:space="preserve"> The celebration is open to all ages and runs from noon to 5pm.</w:t>
      </w:r>
      <w:r/>
    </w:p>
    <w:p>
      <w:pPr>
        <w:pStyle w:val="ListBullet"/>
        <w:spacing w:line="240" w:lineRule="auto"/>
        <w:ind w:left="720"/>
      </w:pPr>
      <w:r/>
      <w:r>
        <w:rPr>
          <w:b/>
        </w:rPr>
        <w:t>Live entertainment:</w:t>
      </w:r>
      <w:r>
        <w:t xml:space="preserve"> Poison Waters and friends headline, with DJ JRx, Andrea Walker and Miss Honey also performing.</w:t>
      </w:r>
      <w:r/>
    </w:p>
    <w:p>
      <w:pPr>
        <w:pStyle w:val="ListBullet"/>
        <w:spacing w:line="240" w:lineRule="auto"/>
        <w:ind w:left="720"/>
      </w:pPr>
      <w:r/>
      <w:r>
        <w:rPr>
          <w:b/>
        </w:rPr>
        <w:t>Local shopping:</w:t>
      </w:r>
      <w:r>
        <w:t xml:space="preserve"> Pride NW’s marketplace features 12 LGBTQ+ vendors and stays open until 6pm.</w:t>
      </w:r>
      <w:r/>
    </w:p>
    <w:p>
      <w:pPr>
        <w:pStyle w:val="ListBullet"/>
        <w:spacing w:line="240" w:lineRule="auto"/>
        <w:ind w:left="720"/>
      </w:pPr>
      <w:r/>
      <w:r>
        <w:rPr>
          <w:b/>
        </w:rPr>
        <w:t>Community recognition:</w:t>
      </w:r>
      <w:r>
        <w:t xml:space="preserve"> A 1.45pm ceremony will thank partners involved in the plaza’s renovation.</w:t>
      </w:r>
      <w:r/>
    </w:p>
    <w:p>
      <w:pPr>
        <w:pStyle w:val="ListBullet"/>
        <w:spacing w:line="240" w:lineRule="auto"/>
        <w:ind w:left="720"/>
      </w:pPr>
      <w:r/>
      <w:r>
        <w:rPr>
          <w:b/>
        </w:rPr>
        <w:t>Refreshed setting:</w:t>
      </w:r>
      <w:r>
        <w:t xml:space="preserve"> The makeover includes fresh paint and new construction at the McMenamins Crystal Blocks.</w:t>
      </w:r>
      <w:r/>
      <w:r/>
    </w:p>
    <w:p>
      <w:pPr>
        <w:pStyle w:val="Heading2"/>
      </w:pPr>
      <w:r>
        <w:t>A brighter Pride Plaza is ready for its close-up</w:t>
      </w:r>
      <w:r/>
    </w:p>
    <w:p>
      <w:r/>
      <w:r>
        <w:t>Downtown Portland is about to gain one of those feel-good afternoon plans that doesn't require a wallet full of cash. Pride Plaza at the McMenamins Crystal Blocks will celebrate its reopening with music, colour and a marketplace in a freshly updated setting.</w:t>
      </w:r>
      <w:r/>
    </w:p>
    <w:p>
      <w:r/>
      <w:r>
        <w:t>The event takes place at the Crystal Hotel, at 303 S.W. 12th Ave., where the plaza's makeover has brought new paint and construction to the site. Public plazas can sometimes feel a little overlooked between bigger city attractions, so a lively reopening is a smart way to put this one firmly back on the map.</w:t>
      </w:r>
      <w:r/>
    </w:p>
    <w:p>
      <w:r/>
      <w:r>
        <w:t>Portland's public-space programme includes a range of plaza projects and events intended to make city streets more welcoming and active, according to the Portland Bureau of Transportation. That broader context gives the party added significance: it's not just a celebration, but a chance to see how a renewed shared space works when people fill it with energy.</w:t>
      </w:r>
      <w:r/>
    </w:p>
    <w:p>
      <w:pPr>
        <w:pStyle w:val="Heading2"/>
      </w:pPr>
      <w:r>
        <w:t>Music takes centre stage from midday</w:t>
      </w:r>
      <w:r/>
    </w:p>
    <w:p>
      <w:r/>
      <w:r>
        <w:t>The afternoon starts with DJ JRx from CAMP at noon, setting an upbeat tone before Poison Waters and friends take over at 1pm. Andrea Walker follows at 2pm, with Miss Honey scheduled for 3pm.</w:t>
      </w:r>
      <w:r/>
    </w:p>
    <w:p>
      <w:r/>
      <w:r>
        <w:t>That running order makes it easy to drop in for a particular act or settle in for the whole afternoon. And because the programme mixes DJ sets with live performances, the atmosphere should keep changing rather than slipping into background-music territory.</w:t>
      </w:r>
      <w:r/>
    </w:p>
    <w:p>
      <w:r/>
      <w:r>
        <w:t>Portland's plaza calendar regularly highlights live gatherings, seasonal activities and community-led events, showing how these spaces can shift from quiet urban corners into social hubs. For visitors, the appeal is wonderfully simple: good music, open air and plenty of people-watching.</w:t>
      </w:r>
      <w:r/>
    </w:p>
    <w:p>
      <w:pPr>
        <w:pStyle w:val="Heading2"/>
      </w:pPr>
      <w:r>
        <w:t>The marketplace adds a local-shopping angle</w:t>
      </w:r>
      <w:r/>
    </w:p>
    <w:p>
      <w:r/>
      <w:r>
        <w:t>Pride NW has curated a marketplace featuring 12 local LGBTQ+ vendors. It runs beyond the main performance schedule, remaining open until 6pm even though the official party ends at 5pm.</w:t>
      </w:r>
      <w:r/>
    </w:p>
    <w:p>
      <w:r/>
      <w:r>
        <w:t>That extra hour is useful. Visitors can enjoy the entertainment first, then browse more leisurely once the final performance has wrapped, whether they're looking for art, gifts or something small and memorable to take home.</w:t>
      </w:r>
      <w:r/>
    </w:p>
    <w:p>
      <w:r/>
      <w:r>
        <w:t>The focus on local vendors also fits the wider role of public plazas as places for neighbourhood commerce and community visibility. Portland's city-plaza updates have repeatedly promoted events that connect residents with local organisers, makers and small businesses, rather than treating public space as merely somewhere to pass through.</w:t>
      </w:r>
      <w:r/>
    </w:p>
    <w:p>
      <w:pPr>
        <w:pStyle w:val="Heading2"/>
      </w:pPr>
      <w:r>
        <w:t>A recognition ceremony marks the work behind the scenes</w:t>
      </w:r>
      <w:r/>
    </w:p>
    <w:p>
      <w:r/>
      <w:r>
        <w:t>At 1.45pm, Portland City Council Vice President Olivia Clark and Councilor Eric Zimmerman are expected to attend a ceremony recognising community partners who helped with the renovation.</w:t>
      </w:r>
      <w:r/>
    </w:p>
    <w:p>
      <w:r/>
      <w:r>
        <w:t>It may be the quieter moment in an otherwise lively afternoon, but it's an important one. Public-space improvements depend on planning, funding, construction and community support, and those contributions aren't always visible once the paint is dry and the music starts.</w:t>
      </w:r>
      <w:r/>
    </w:p>
    <w:p>
      <w:r/>
      <w:r>
        <w:t>The Portland Bureau of Transportation's information on Pride and Darcelle XV public street plazas reflects that joined-up approach, linking physical improvements with community use and local identity. In other words, this reopening is about more than a spruce-up. It's about acknowledging the people who helped make the space feel purposeful again.</w:t>
      </w:r>
      <w:r/>
    </w:p>
    <w:p>
      <w:pPr>
        <w:pStyle w:val="Heading2"/>
      </w:pPr>
      <w:r>
        <w:t>What to know before you go</w:t>
      </w:r>
      <w:r/>
    </w:p>
    <w:p>
      <w:r/>
      <w:r>
        <w:t>The party runs from noon to 5pm on Saturday, 3 October, at the Crystal Hotel, 303 S.W. 12th Ave. Admission is free, and the event is suitable for all ages.</w:t>
      </w:r>
      <w:r/>
    </w:p>
    <w:p>
      <w:r/>
      <w:r>
        <w:t>If you're mainly interested in shopping, arriving later still leaves time for the vendor marketplace, which continues until 6pm. If music is your priority, getting there for DJ JRx's noon opening set means you'll catch the full programme from the start.</w:t>
      </w:r>
      <w:r/>
    </w:p>
    <w:p>
      <w:r/>
      <w:r>
        <w:t>Portland's public plaza listings encourage visitors to check event details before setting out, particularly when schedules or locations can change. It’s also worth allowing a little extra time for travel and browsing, because the best part of a city celebration is often the unplanned pause: a new maker, a familiar face or a song that keeps you there longer than expected.</w:t>
      </w:r>
      <w:r/>
    </w:p>
    <w:p>
      <w:r/>
      <w:r>
        <w:t>A colourful afternoon, a refreshed downtown space and plenty of local talent make this an easy one to add to the calendar.</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[4]</w:t>
        </w:r>
      </w:hyperlink>
      <w:r>
        <w:t xml:space="preserve">- Paragraph 2: </w:t>
      </w:r>
      <w:hyperlink r:id="rId12">
        <w:r>
          <w:rPr>
            <w:color w:val="0000EE"/>
            <w:u w:val="single"/>
          </w:rPr>
          <w:t>[3]</w:t>
        </w:r>
      </w:hyperlink>
      <w:r>
        <w:t xml:space="preserve">, </w:t>
      </w:r>
      <w:hyperlink r:id="rId13">
        <w:r>
          <w:rPr>
            <w:color w:val="0000EE"/>
            <w:u w:val="single"/>
          </w:rPr>
          <w:t>[5]</w:t>
        </w:r>
      </w:hyperlink>
      <w:r>
        <w:t xml:space="preserve">- Paragraph 3: </w:t>
      </w:r>
      <w:hyperlink r:id="rId14">
        <w:r>
          <w:rPr>
            <w:color w:val="0000EE"/>
            <w:u w:val="single"/>
          </w:rPr>
          <w:t>[6]</w:t>
        </w:r>
      </w:hyperlink>
      <w:r>
        <w:t xml:space="preserve">, </w:t>
      </w:r>
      <w:hyperlink r:id="rId15">
        <w:r>
          <w:rPr>
            <w:color w:val="0000EE"/>
            <w:u w:val="single"/>
          </w:rPr>
          <w:t>[7]</w:t>
        </w:r>
      </w:hyperlink>
      <w:r>
        <w:t xml:space="preserve">- Paragraph 4: </w:t>
      </w:r>
      <w:hyperlink r:id="rId10">
        <w:r>
          <w:rPr>
            <w:color w:val="0000EE"/>
            <w:u w:val="single"/>
          </w:rPr>
          <w:t>[2]</w:t>
        </w:r>
      </w:hyperlink>
      <w:r>
        <w:t xml:space="preserve">, </w:t>
      </w:r>
      <w:hyperlink r:id="rId12">
        <w:r>
          <w:rPr>
            <w:color w:val="0000EE"/>
            <w:u w:val="single"/>
          </w:rPr>
          <w:t>[3]</w:t>
        </w:r>
      </w:hyperlink>
      <w:r>
        <w:t xml:space="preserve">- Paragraph 5: </w:t>
      </w:r>
      <w:hyperlink r:id="rId11">
        <w:r>
          <w:rPr>
            <w:color w:val="0000EE"/>
            <w:u w:val="single"/>
          </w:rPr>
          <w:t>[4]</w:t>
        </w:r>
      </w:hyperlink>
      <w:r>
        <w:t xml:space="preserve">, </w:t>
      </w:r>
      <w:hyperlink r:id="rId14">
        <w:r>
          <w:rPr>
            <w:color w:val="0000EE"/>
            <w:u w:val="single"/>
          </w:rPr>
          <w:t>[6]</w:t>
        </w:r>
      </w:hyperlink>
      <w:r>
        <w:t xml:space="preserve">- Paragraph 6: </w:t>
      </w:r>
      <w:hyperlink r:id="rId13">
        <w:r>
          <w:rPr>
            <w:color w:val="0000EE"/>
            <w:u w:val="single"/>
          </w:rPr>
          <w:t>[5]</w:t>
        </w:r>
      </w:hyperlink>
      <w:r>
        <w:t xml:space="preserve">, </w:t>
      </w:r>
      <w:hyperlink r:id="rId15">
        <w:r>
          <w:rPr>
            <w:color w:val="0000EE"/>
            <w:u w:val="single"/>
          </w:rPr>
          <w:t>[7]</w:t>
        </w:r>
      </w:hyperlink>
      <w:r>
        <w:t xml:space="preserve">- Paragraph 7: </w:t>
      </w:r>
      <w:hyperlink r:id="rId10">
        <w:r>
          <w:rPr>
            <w:color w:val="0000EE"/>
            <w:u w:val="single"/>
          </w:rPr>
          <w:t>[2]</w:t>
        </w:r>
      </w:hyperlink>
      <w:r>
        <w:t xml:space="preserve">, </w:t>
      </w:r>
      <w:hyperlink r:id="rId11">
        <w:r>
          <w:rPr>
            <w:color w:val="0000EE"/>
            <w:u w:val="single"/>
          </w:rPr>
          <w:t>[4]</w:t>
        </w:r>
      </w:hyperlink>
      <w:r>
        <w:t xml:space="preserve">- Paragraph 8: </w:t>
      </w:r>
      <w:hyperlink r:id="rId12">
        <w:r>
          <w:rPr>
            <w:color w:val="0000EE"/>
            <w:u w:val="single"/>
          </w:rPr>
          <w:t>[3]</w:t>
        </w:r>
      </w:hyperlink>
      <w:r>
        <w:t xml:space="preserve">, </w:t>
      </w:r>
      <w:hyperlink r:id="rId13">
        <w:r>
          <w:rPr>
            <w:color w:val="0000EE"/>
            <w:u w:val="single"/>
          </w:rPr>
          <w:t>[5]</w:t>
        </w:r>
      </w:hyperlink>
      <w:r>
        <w:t xml:space="preserve">- Paragraph 9: </w:t>
      </w:r>
      <w:hyperlink r:id="rId14">
        <w:r>
          <w:rPr>
            <w:color w:val="0000EE"/>
            <w:u w:val="single"/>
          </w:rPr>
          <w:t>[6]</w:t>
        </w:r>
      </w:hyperlink>
      <w:r>
        <w:t xml:space="preserve">, </w:t>
      </w:r>
      <w:hyperlink r:id="rId15">
        <w:r>
          <w:rPr>
            <w:color w:val="0000EE"/>
            <w:u w:val="single"/>
          </w:rPr>
          <w:t>[7]</w:t>
        </w:r>
      </w:hyperlink>
      <w:r>
        <w:t xml:space="preserve">- Paragraph 10: </w:t>
      </w:r>
      <w:hyperlink r:id="rId10">
        <w:r>
          <w:rPr>
            <w:color w:val="0000EE"/>
            <w:u w:val="single"/>
          </w:rPr>
          <w:t>[2]</w:t>
        </w:r>
      </w:hyperlink>
      <w:r>
        <w:t xml:space="preserve">, </w:t>
      </w:r>
      <w:hyperlink r:id="rId12">
        <w:r>
          <w:rPr>
            <w:color w:val="0000EE"/>
            <w:u w:val="single"/>
          </w:rPr>
          <w:t>[3]</w:t>
        </w:r>
      </w:hyperlink>
      <w:r>
        <w:t xml:space="preserve">- Paragraph 11: </w:t>
      </w:r>
      <w:hyperlink r:id="rId11">
        <w:r>
          <w:rPr>
            <w:color w:val="0000EE"/>
            <w:u w:val="single"/>
          </w:rPr>
          <w:t>[4]</w:t>
        </w:r>
      </w:hyperlink>
      <w:r>
        <w:t xml:space="preserve">, </w:t>
      </w:r>
      <w:hyperlink r:id="rId13">
        <w:r>
          <w:rPr>
            <w:color w:val="0000EE"/>
            <w:u w:val="single"/>
          </w:rPr>
          <w:t>[5]</w:t>
        </w:r>
      </w:hyperlink>
      <w:r>
        <w:t xml:space="preserve">- Paragraph 12: </w:t>
      </w:r>
      <w:hyperlink r:id="rId14">
        <w:r>
          <w:rPr>
            <w:color w:val="0000EE"/>
            <w:u w:val="single"/>
          </w:rPr>
          <w:t>[6]</w:t>
        </w:r>
      </w:hyperlink>
      <w:r>
        <w:t xml:space="preserve">, </w:t>
      </w:r>
      <w:hyperlink r:id="rId15">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https://www.oregonlive.com/living/2026/09/a-celebration-is-coming-to-downtown-portland-as-pride-plaza-throws-its-grand-reopening-party.html</w:t>
        </w:r>
      </w:hyperlink>
      <w:r>
        <w:t xml:space="preserve"> - Please view link - unable to able to access data</w:t>
      </w:r>
      <w:r/>
    </w:p>
    <w:p>
      <w:pPr>
        <w:pStyle w:val="ListNumber"/>
        <w:spacing w:line="240" w:lineRule="auto"/>
        <w:ind w:left="720"/>
      </w:pPr>
      <w:r/>
      <w:hyperlink r:id="rId10">
        <w:r>
          <w:rPr>
            <w:color w:val="0000EE"/>
            <w:u w:val="single"/>
          </w:rPr>
          <w:t>https://www.portland.gov/transportation/pbot-projects/construction/pride-and-darcelle-xv-public-street-plazas</w:t>
        </w:r>
      </w:hyperlink>
      <w:r>
        <w:t xml:space="preserve"> - The City of Portland's Bureau of Transportation (PBOT) is enhancing public street plazas in downtown Portland, including the Pride Plaza at the McMenamins Crystal Hotel. The project involves upgrading the existing car-free Pride Plaza on SW Harvey Milk Street and constructing a new plaza on SW 9th Avenue. The improvements feature durable materials, street furniture, bike racks, and spaces for outdoor dining and events. The project is funded by a $1.2 million federal grant and local transportation revenue. The grand opening is scheduled for Saturday, October 3, from noon to 4 p.m. at the Crystal Hotel, 303 S.W. 12th Ave.</w:t>
      </w:r>
      <w:r/>
    </w:p>
    <w:p>
      <w:pPr>
        <w:pStyle w:val="ListNumber"/>
        <w:spacing w:line="240" w:lineRule="auto"/>
        <w:ind w:left="720"/>
      </w:pPr>
      <w:r/>
      <w:hyperlink r:id="rId12">
        <w:r>
          <w:rPr>
            <w:color w:val="0000EE"/>
            <w:u w:val="single"/>
          </w:rPr>
          <w:t>https://www.portland.gov/transportation/planning/plazas/news/2026/9/23/september-2026-halloween-block-parties-new-art-plazas</w:t>
        </w:r>
      </w:hyperlink>
      <w:r>
        <w:t xml:space="preserve"> - Portland's streets are vibrant this fall, with numerous events and new art installations in public plazas. The 'Treats on the Streets' block party initiative encourages residents to host Halloween block parties, fostering community connections. The grand reopening of Pride Plaza, featuring live music, performances, and local LGBTQ+ vendors, is highlighted. Additionally, the Art in Plazas program introduces colourful and creative works into Portland's public spaces, enhancing the city's cultural landscape. These initiatives aim to bring communities together and celebrate the season.</w:t>
      </w:r>
      <w:r/>
    </w:p>
    <w:p>
      <w:pPr>
        <w:pStyle w:val="ListNumber"/>
        <w:spacing w:line="240" w:lineRule="auto"/>
        <w:ind w:left="720"/>
      </w:pPr>
      <w:r/>
      <w:hyperlink r:id="rId11">
        <w:r>
          <w:rPr>
            <w:color w:val="0000EE"/>
            <w:u w:val="single"/>
          </w:rPr>
          <w:t>https://www.portland.gov/transportation/planning/plazas/plaza-events</w:t>
        </w:r>
      </w:hyperlink>
      <w:r>
        <w:t xml:space="preserve"> - Portland's public street plazas host a variety of community events, including dance parties, markets, and game nights. The upcoming events for October 2026 include the Arts and Crafts Kaleidoscope at Arleta Triangle Square on October 3 and 4, featuring local artists, makers, and musicians. Other events include Kernside Serenade at Ankeny Rainbow Road on October 18 and a Monthly Market at Ankeny Rainbow Road on October 27. These events aim to engage the community and provide entertainment in Portland's public spaces.</w:t>
      </w:r>
      <w:r/>
    </w:p>
    <w:p>
      <w:pPr>
        <w:pStyle w:val="ListNumber"/>
        <w:spacing w:line="240" w:lineRule="auto"/>
        <w:ind w:left="720"/>
      </w:pPr>
      <w:r/>
      <w:hyperlink r:id="rId13">
        <w:r>
          <w:rPr>
            <w:color w:val="0000EE"/>
            <w:u w:val="single"/>
          </w:rPr>
          <w:t>https://www.portland.gov/transportation/planning/plazas/news/2024/10/3/street-plazas-october-newsletter-lounge-lab-plaza</w:t>
        </w:r>
      </w:hyperlink>
      <w:r>
        <w:t xml:space="preserve"> - Portland's public street plazas continue to offer vibrant spaces for the community, even as the summer season wraps up. The October 2024 newsletter highlights Lounge Lab, a showcase of potential new furniture for plazas, along with new plaza build-outs and events. The newsletter encourages residents to embrace the cooler weather and enjoy the plazas year-round, providing spaces for relaxation, socialising, and community engagement.</w:t>
      </w:r>
      <w:r/>
    </w:p>
    <w:p>
      <w:pPr>
        <w:pStyle w:val="ListNumber"/>
        <w:spacing w:line="240" w:lineRule="auto"/>
        <w:ind w:left="720"/>
      </w:pPr>
      <w:r/>
      <w:hyperlink r:id="rId14">
        <w:r>
          <w:rPr>
            <w:color w:val="0000EE"/>
            <w:u w:val="single"/>
          </w:rPr>
          <w:t>https://www.portland.gov/transportation/planning/plazas/news/2023/10/2/fall-love-portland-public-street-plazas</w:t>
        </w:r>
      </w:hyperlink>
      <w:r>
        <w:t xml:space="preserve"> - Portland's public street plazas are embracing the fall season with new street paintings and pop-up music events. The October 2023 newsletter features a street painting in Pride Plaza and highlights upcoming events that bring the community together. These initiatives aim to enhance the city's public spaces and provide residents with opportunities to enjoy art and music in their neighbourhoods.</w:t>
      </w:r>
      <w:r/>
    </w:p>
    <w:p>
      <w:pPr>
        <w:pStyle w:val="ListNumber"/>
        <w:spacing w:line="240" w:lineRule="auto"/>
        <w:ind w:left="720"/>
      </w:pPr>
      <w:r/>
      <w:hyperlink r:id="rId15">
        <w:r>
          <w:rPr>
            <w:color w:val="0000EE"/>
            <w:u w:val="single"/>
          </w:rPr>
          <w:t>https://www.portland.gov/transportation/planning/plazas/news/2025/10/7/october-2025-news-get-plaza-your-neighborhood-host</w:t>
        </w:r>
      </w:hyperlink>
      <w:r>
        <w:t xml:space="preserve"> - Portland's public street plazas continue to evolve, with new developments and events in October 2025. The Roseway Plaza celebrated its grand opening, providing a central gathering space for the neighbourhood. The 'Treats on the Streets' initiative encourages residents to host Halloween block parties, fostering community connections. The newsletter also highlights upcoming events and opportunities for residents to engage with their local public spaces.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oregonlive.com/living/2026/09/a-celebration-is-coming-to-downtown-portland-as-pride-plaza-throws-its-grand-reopening-party.html" TargetMode="External"/><Relationship Id="rId10" Type="http://schemas.openxmlformats.org/officeDocument/2006/relationships/hyperlink" Target="https://www.portland.gov/transportation/pbot-projects/construction/pride-and-darcelle-xv-public-street-plazas" TargetMode="External"/><Relationship Id="rId11" Type="http://schemas.openxmlformats.org/officeDocument/2006/relationships/hyperlink" Target="https://www.portland.gov/transportation/planning/plazas/plaza-events" TargetMode="External"/><Relationship Id="rId12" Type="http://schemas.openxmlformats.org/officeDocument/2006/relationships/hyperlink" Target="https://www.portland.gov/transportation/planning/plazas/news/2026/9/23/september-2026-halloween-block-parties-new-art-plazas" TargetMode="External"/><Relationship Id="rId13" Type="http://schemas.openxmlformats.org/officeDocument/2006/relationships/hyperlink" Target="https://www.portland.gov/transportation/planning/plazas/news/2024/10/3/street-plazas-october-newsletter-lounge-lab-plaza" TargetMode="External"/><Relationship Id="rId14" Type="http://schemas.openxmlformats.org/officeDocument/2006/relationships/hyperlink" Target="https://www.portland.gov/transportation/planning/plazas/news/2023/10/2/fall-love-portland-public-street-plazas" TargetMode="External"/><Relationship Id="rId15" Type="http://schemas.openxmlformats.org/officeDocument/2006/relationships/hyperlink" Target="https://www.portland.gov/transportation/planning/plazas/news/2025/10/7/october-2025-news-get-plaza-your-neighborhood-host"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