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Michigan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culture fans and LGBTQ+ communities across Michigan have a lively fortnight ahead, from an art fair in Ferndale and a sapphic wine-bar takeover in Detroit to a trans-led night market in Grand Rapids. There’s also a Rocky Horror murder mystery and a practical chance to support a local food pantry.</w:t>
      </w:r>
      <w:r/>
    </w:p>
    <w:p>
      <w:pPr>
        <w:pStyle w:val="Heading2"/>
      </w:pPr>
      <w:r>
        <w:t>Essential Takeaways</w:t>
      </w:r>
      <w:r/>
      <w:r/>
    </w:p>
    <w:p>
      <w:pPr>
        <w:pStyle w:val="ListBullet"/>
        <w:spacing w:line="240" w:lineRule="auto"/>
        <w:ind w:left="720"/>
      </w:pPr>
      <w:r/>
      <w:r>
        <w:rPr>
          <w:b/>
        </w:rPr>
        <w:t>Art with attitude:</w:t>
      </w:r>
      <w:r>
        <w:t xml:space="preserve"> The Funky Ferndale Art Fair brings more than 140 juried artists and authors to Nine Mile Road.</w:t>
      </w:r>
      <w:r/>
    </w:p>
    <w:p>
      <w:pPr>
        <w:pStyle w:val="ListBullet"/>
        <w:spacing w:line="240" w:lineRule="auto"/>
        <w:ind w:left="720"/>
      </w:pPr>
      <w:r/>
      <w:r>
        <w:rPr>
          <w:b/>
        </w:rPr>
        <w:t>A temporary lesbian bar:</w:t>
      </w:r>
      <w:r>
        <w:t xml:space="preserve"> Vesper Wine Bar hosts a free sapphic happy hour in Detroit, with no tickets or cover charge.</w:t>
      </w:r>
      <w:r/>
    </w:p>
    <w:p>
      <w:pPr>
        <w:pStyle w:val="ListBullet"/>
        <w:spacing w:line="240" w:lineRule="auto"/>
        <w:ind w:left="720"/>
      </w:pPr>
      <w:r/>
      <w:r>
        <w:rPr>
          <w:b/>
        </w:rPr>
        <w:t>Community-powered shopping:</w:t>
      </w:r>
      <w:r>
        <w:t xml:space="preserve"> TransFuse Night Market features more than 80 trans and queer artists, alongside performers and mutual aid groups.</w:t>
      </w:r>
      <w:r/>
    </w:p>
    <w:p>
      <w:pPr>
        <w:pStyle w:val="ListBullet"/>
        <w:spacing w:line="240" w:lineRule="auto"/>
        <w:ind w:left="720"/>
      </w:pPr>
      <w:r/>
      <w:r>
        <w:rPr>
          <w:b/>
        </w:rPr>
        <w:t>Dress-up encouraged:</w:t>
      </w:r>
      <w:r>
        <w:t xml:space="preserve"> A Rocky Horror-inspired murder mystery combines dinner, audience participation and a costume contest.</w:t>
      </w:r>
      <w:r/>
    </w:p>
    <w:p>
      <w:pPr>
        <w:pStyle w:val="ListBullet"/>
        <w:spacing w:line="240" w:lineRule="auto"/>
        <w:ind w:left="720"/>
      </w:pPr>
      <w:r/>
      <w:r>
        <w:rPr>
          <w:b/>
        </w:rPr>
        <w:t>Care in action:</w:t>
      </w:r>
      <w:r>
        <w:t xml:space="preserve"> Affirmations’ Lettuce Help Food Pantry offers fresh and non-perishable food, while welcoming donations.</w:t>
      </w:r>
      <w:r/>
      <w:r/>
    </w:p>
    <w:p>
      <w:pPr>
        <w:pStyle w:val="Heading2"/>
      </w:pPr>
      <w:r>
        <w:t>Michigan’s queer calendar is warming up</w:t>
      </w:r>
      <w:r/>
    </w:p>
    <w:p>
      <w:r/>
      <w:r>
        <w:t>September in Michigan can’t quite settle on a wardrobe, but the LGBTQ+ events calendar is considerably more decisive. Across Ferndale, Detroit, Grand Rapids and Royal Oak, the next few weeks offer a mix of shopping, nightlife, performance and practical community support.</w:t>
      </w:r>
      <w:r/>
    </w:p>
    <w:p>
      <w:r/>
      <w:r>
        <w:t xml:space="preserve">That variety matters. You can spend an evening browsing handmade work, meet friends over wine, or contribute groceries to a pantry, all within a relatively short trip around southeast and west Michigan. The result feels less like a single festival weekend and more like a rolling celebration of queer life. </w:t>
      </w:r>
      <w:r/>
    </w:p>
    <w:p>
      <w:pPr>
        <w:pStyle w:val="Heading2"/>
      </w:pPr>
      <w:r>
        <w:t>Ferndale’s art fair is going beyond beige</w:t>
      </w:r>
      <w:r/>
    </w:p>
    <w:p>
      <w:r/>
      <w:r>
        <w:t>The Funky Ferndale Art Fair returns for its 20th year with more than 140 juried artists and authors, including over 50 newcomers to the event. It takes over Nine Mile Road west of Woodward Avenue from 25 to 27 September, with late opening hours on Friday and Saturday.</w:t>
      </w:r>
      <w:r/>
    </w:p>
    <w:p>
      <w:r/>
      <w:r>
        <w:t xml:space="preserve">Organisers describe the event as “fine art with an edge”, and the programme includes more than browsing and buying. Visitors can expect puppet-making and a procession too, making it a good option for families, curious collectors and anyone who prefers their gallery experience outdoors and a little less hushed. The official fair website has the latest event information. </w:t>
      </w:r>
      <w:r/>
    </w:p>
    <w:p>
      <w:r/>
      <w:r>
        <w:t xml:space="preserve">Art fairs are also proving they can be social spaces rather than purely commercial ones. Detroit-area event listings increasingly mix independent makers, live activity and neighbourhood atmosphere, so even non-shoppers have a reason to linger. </w:t>
      </w:r>
      <w:r/>
    </w:p>
    <w:p>
      <w:pPr>
        <w:pStyle w:val="Heading2"/>
      </w:pPr>
      <w:r>
        <w:t>Detroit gets a sapphic night out</w:t>
      </w:r>
      <w:r/>
    </w:p>
    <w:p>
      <w:r/>
      <w:r>
        <w:t>On 25 September, Vesper Wine Bar in Detroit will host a one-night sapphic happy hour organised by the Midwest Sapphic Society. The event runs from 5 p.m. until midnight and is free to attend, with wine, cocktails, books and plenty of room for conversation.</w:t>
      </w:r>
      <w:r/>
    </w:p>
    <w:p>
      <w:r/>
      <w:r>
        <w:t>There’s no ticketing puzzle to solve and no cover charge to budget for. Guests can simply turn up at the Grand River Avenue venue, although Vesper remains open to the general public, so this isn’t a fully private takeover.</w:t>
      </w:r>
      <w:r/>
    </w:p>
    <w:p>
      <w:r/>
      <w:r>
        <w:t xml:space="preserve">That relaxed format is part of the appeal. Dedicated lesbian bars remain scarce in Detroit, which makes temporary gatherings especially valuable for people looking for connection without the pressure of a formal club night. Check the event listing before travelling, as timings and venue details can change. </w:t>
      </w:r>
      <w:r/>
    </w:p>
    <w:p>
      <w:pPr>
        <w:pStyle w:val="Heading2"/>
      </w:pPr>
      <w:r>
        <w:t>TransFuse turns shopping into solidarity</w:t>
      </w:r>
      <w:r/>
    </w:p>
    <w:p>
      <w:r/>
      <w:r>
        <w:t>Grand Rapids’ TransFuse Night Market brings commerce and community care together on 26 September. The free event at Fulton Street Market is expected to feature more than 80 trans and queer artists, over 15 community organisations and mutual aid groups, plus performers, food and drinks.</w:t>
      </w:r>
      <w:r/>
    </w:p>
    <w:p>
      <w:r/>
      <w:r>
        <w:t>The market is a collaboration between Transfigure Print Co. and the Grand Rapids Trans Foundation, with proceeds supporting the foundation. That means visitors can browse prints, crafts and other handmade work while putting their spending behind artists and organisations that directly serve the community.</w:t>
      </w:r>
      <w:r/>
    </w:p>
    <w:p>
      <w:r/>
      <w:r>
        <w:t xml:space="preserve">For shoppers, it’s worth bringing a reusable bag and setting a budget before arriving. Markets like this can be dangerously good at turning “just a look” into a handful of prints, a snack and a new favourite artist. The event’s official listing provides the current details. </w:t>
      </w:r>
      <w:r/>
    </w:p>
    <w:p>
      <w:pPr>
        <w:pStyle w:val="Heading2"/>
      </w:pPr>
      <w:r>
        <w:t>Solve a murder in fishnets</w:t>
      </w:r>
      <w:r/>
    </w:p>
    <w:p>
      <w:r/>
      <w:r>
        <w:t>Royal Oak’s Pronto Lounge &amp; Showbar is hosting a Rocky Horror-inspired murder mystery on 22 September. The evening includes a three-course dinner, audience participation, suspicious characters and a challenge to identify the killer before the final course.</w:t>
      </w:r>
      <w:r/>
    </w:p>
    <w:p>
      <w:r/>
      <w:r>
        <w:t>Costumes are encouraged, with a Dressed to Kill contest for guests who commit fully to the theme. But newcomers aren’t being left outside the castle: the event is designed to welcome Rocky Horror beginners as well as devoted fans.</w:t>
      </w:r>
      <w:r/>
    </w:p>
    <w:p>
      <w:r/>
      <w:r>
        <w:t xml:space="preserve">It’s a particularly good choice for a group night out because the entertainment isn’t limited to watching a performance. Guests are expected to follow clues and question suspects, so leave room for a little theatrical overconfidence and perhaps a few wildly incorrect accusations. The official event page has booking and venue information. </w:t>
      </w:r>
      <w:r/>
    </w:p>
    <w:p>
      <w:pPr>
        <w:pStyle w:val="Heading2"/>
      </w:pPr>
      <w:r>
        <w:t>Small donations can make a big difference</w:t>
      </w:r>
      <w:r/>
    </w:p>
    <w:p>
      <w:r/>
      <w:r>
        <w:t>For a quieter but equally important kind of queer event, Affirmations’ Lettuce Help Food Pantry in Ferndale offers fresh and non-perishable groceries to people who need them. The next distribution is scheduled for 19 September at the LGBTQ+ community centre on West Nine Mile Road.</w:t>
      </w:r>
      <w:r/>
    </w:p>
    <w:p>
      <w:r/>
      <w:r>
        <w:t>People who want to help can check Affirmations’ Instagram for current donation needs before dropping items at the front desk. That small step matters because pantry requirements change, and the most useful contribution isn’t always the item that happens to be sitting in your cupboard.</w:t>
      </w:r>
      <w:r/>
    </w:p>
    <w:p>
      <w:r/>
      <w:r>
        <w:t>Community care doesn’t always look dramatic. Sometimes it’s a night market or a packed dance floor, and sometimes it’s peanut butter, canned food or a volunteer shift. Both forms of support help make Michigan’s queer communities more connected and resilient.</w:t>
      </w:r>
      <w:r/>
    </w:p>
    <w:p>
      <w:r/>
      <w:r>
        <w:t>Plan around the event details, bring a friend and leave a little room for spontaneity.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4">
        <w:r>
          <w:rPr>
            <w:color w:val="0000EE"/>
            <w:u w:val="single"/>
          </w:rPr>
          <w:t>[5]</w:t>
        </w:r>
      </w:hyperlink>
      <w:r>
        <w:t xml:space="preserve">- Paragraph 9: </w:t>
      </w:r>
      <w:hyperlink r:id="rId14">
        <w:r>
          <w:rPr>
            <w:color w:val="0000EE"/>
            <w:u w:val="single"/>
          </w:rPr>
          <w:t>[5]</w:t>
        </w:r>
      </w:hyperlink>
      <w:r>
        <w:t xml:space="preserve">- Paragraph 10: </w:t>
      </w:r>
      <w:hyperlink r:id="rId15">
        <w:r>
          <w:rPr>
            <w:color w:val="0000EE"/>
            <w:u w:val="single"/>
          </w:rPr>
          <w:t>[6]</w:t>
        </w:r>
      </w:hyperlink>
      <w:r>
        <w:t xml:space="preserve">- Paragraph 11: </w:t>
      </w:r>
      <w:hyperlink r:id="rId15">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https://pridesource.com/article/queer-things-to-do-sept-17-2026</w:t>
        </w:r>
      </w:hyperlink>
      <w:r>
        <w:t xml:space="preserve"> - Please view link - unable to able to access data</w:t>
      </w:r>
      <w:r/>
    </w:p>
    <w:p>
      <w:pPr>
        <w:pStyle w:val="ListNumber"/>
        <w:spacing w:line="240" w:lineRule="auto"/>
        <w:ind w:left="720"/>
      </w:pPr>
      <w:r/>
      <w:hyperlink r:id="rId10">
        <w:r>
          <w:rPr>
            <w:color w:val="0000EE"/>
            <w:u w:val="single"/>
          </w:rPr>
          <w:t>https://www.funkyferndaleartfair.com/</w:t>
        </w:r>
      </w:hyperlink>
      <w:r>
        <w:t xml:space="preserve"> - The Funky Ferndale Art Fair, celebrating its 20th year, is scheduled for September 25-27, 2026, in Ferndale, Michigan. The event will feature over 140 juried artists and authors, including more than 50 artists exhibiting in Ferndale for the first time. The fair is described as 'fine art with an edge,' emphasizing unique and thought-provoking works. The event is free to attend and will take place on Nine Mile Road west of Woodward Avenue. Parking is available in downtown Ferndale, and public transportation options are accessible. The fair operates on Friday from 5 p.m. to 9 p.m., Saturday from 10 a.m. to 9 p.m., and Sunday from 11 a.m. to 5 p.m. For more details, visit the official website.</w:t>
      </w:r>
      <w:r/>
    </w:p>
    <w:p>
      <w:pPr>
        <w:pStyle w:val="ListNumber"/>
        <w:spacing w:line="240" w:lineRule="auto"/>
        <w:ind w:left="720"/>
      </w:pPr>
      <w:r/>
      <w:hyperlink r:id="rId11">
        <w:r>
          <w:rPr>
            <w:color w:val="0000EE"/>
            <w:u w:val="single"/>
          </w:rPr>
          <w:t>https://pridesource.com/events/popuplesbianbar</w:t>
        </w:r>
      </w:hyperlink>
      <w:r>
        <w:t xml:space="preserve"> - The Midwest Sapphic Society is hosting a pop-up lesbian bar event at Vesper Wine Bar in Detroit on Friday, September 25, 2026, starting at 5 p.m. The event aims to create a sapphic-friendly atmosphere with wine, cocktails, books, and socializing. Vesper Wine Bar will remain open to the general public during the event. The organisers encourage attendees to bring their friends and enjoy the evening. No tickets or cover charges are required; attendees can simply show up. For more information, visit the event page.</w:t>
      </w:r>
      <w:r/>
    </w:p>
    <w:p>
      <w:pPr>
        <w:pStyle w:val="ListNumber"/>
        <w:spacing w:line="240" w:lineRule="auto"/>
        <w:ind w:left="720"/>
      </w:pPr>
      <w:r/>
      <w:hyperlink r:id="rId12">
        <w:r>
          <w:rPr>
            <w:color w:val="0000EE"/>
            <w:u w:val="single"/>
          </w:rPr>
          <w:t>https://pridesource.com/events/transfusenightmarket</w:t>
        </w:r>
      </w:hyperlink>
      <w:r>
        <w:t xml:space="preserve"> - The fourth annual TransFuse Night Market is scheduled for Saturday, September 26, 2026, from 5 p.m. to 10 p.m. at Fulton Street Market in Grand Rapids, Michigan. The event is a collaboration between Transfigure Print Co. and the Grand Rapids Trans Foundation, featuring over 80 trans and queer artists, more than 15 community organizations, performers, food, and drinks. The market aims to centre and celebrate trans, nonbinary, gender-expansive, and queer individuals, with proceeds supporting the Grand Rapids Trans Foundation. For more details, visit the event page.</w:t>
      </w:r>
      <w:r/>
    </w:p>
    <w:p>
      <w:pPr>
        <w:pStyle w:val="ListNumber"/>
        <w:spacing w:line="240" w:lineRule="auto"/>
        <w:ind w:left="720"/>
      </w:pPr>
      <w:r/>
      <w:hyperlink r:id="rId14">
        <w:r>
          <w:rPr>
            <w:color w:val="0000EE"/>
            <w:u w:val="single"/>
          </w:rPr>
          <w:t>https://pridesource.com/events/rockymurdermystery</w:t>
        </w:r>
      </w:hyperlink>
      <w:r>
        <w:t xml:space="preserve"> - Five15's Rocky Horror-inspired murder mystery event is set for Tuesday, September 22, 2026, at 8 p.m. at Pronto Lounge &amp; Showbar in Royal Oak, Michigan. The event includes a three-course dinner, audience participation, and a 'Dressed to Kill' contest. Attendees are encouraged to wear costumes, with a focus on Rocky Horror themes. The organisers promise an engaging and entertaining experience for all participants. For more information, visit the event page.</w:t>
      </w:r>
      <w:r/>
    </w:p>
    <w:p>
      <w:pPr>
        <w:pStyle w:val="ListNumber"/>
        <w:spacing w:line="240" w:lineRule="auto"/>
        <w:ind w:left="720"/>
      </w:pPr>
      <w:r/>
      <w:hyperlink r:id="rId15">
        <w:r>
          <w:rPr>
            <w:color w:val="0000EE"/>
            <w:u w:val="single"/>
          </w:rPr>
          <w:t>https://www.instagram.com/goaffirmations</w:t>
        </w:r>
      </w:hyperlink>
      <w:r>
        <w:t xml:space="preserve"> - Affirmations, Ferndale’s LGBTQ+ community center, operates the Lettuce Help Food Pantry, which distributes fresh and nonperishable food to those in need. The pantry is held monthly and relies on partnerships, staff, and volunteers to keep the groceries moving. Donations can be dropped off at the front desk. The next pantry event is scheduled for Saturday, September 19, 2026, from 12 p.m. to 3 p.m. at Affirmations, located at 290 W. Nine Mile Road, Ferndale. For more information, visit their Instagram page.</w:t>
      </w:r>
      <w:r/>
    </w:p>
    <w:p>
      <w:pPr>
        <w:pStyle w:val="ListNumber"/>
        <w:spacing w:line="240" w:lineRule="auto"/>
        <w:ind w:left="720"/>
      </w:pPr>
      <w:r/>
      <w:hyperlink r:id="rId13">
        <w:r>
          <w:rPr>
            <w:color w:val="0000EE"/>
            <w:u w:val="single"/>
          </w:rPr>
          <w:t>https://www.axios.com/local/detroit/2026/06/01/summer-art-fairs-guide-2026-michigan</w:t>
        </w:r>
      </w:hyperlink>
      <w:r>
        <w:t xml:space="preserve"> - Axios provides a comprehensive guide to summer art fairs across Metro Detroit, highlighting events such as the Funky Ferndale Art Fair, which features more than 140 artists and authors taking over Nine Mile Road west of Woodward. The fair is described as 'twice as funky as the average fine art fair.' The guide also includes other notable events like the Ann Arbor Art Fair, Palmer Park Art Fair, and Belle Isle Art Fair, offering a diverse range of artistic experiences throughout the summer.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queer-things-to-do-sept-17-2026" TargetMode="External"/><Relationship Id="rId10" Type="http://schemas.openxmlformats.org/officeDocument/2006/relationships/hyperlink" Target="https://www.funkyferndaleartfair.com/" TargetMode="External"/><Relationship Id="rId11" Type="http://schemas.openxmlformats.org/officeDocument/2006/relationships/hyperlink" Target="https://pridesource.com/events/popuplesbianbar" TargetMode="External"/><Relationship Id="rId12" Type="http://schemas.openxmlformats.org/officeDocument/2006/relationships/hyperlink" Target="https://pridesource.com/events/transfusenightmarket" TargetMode="External"/><Relationship Id="rId13" Type="http://schemas.openxmlformats.org/officeDocument/2006/relationships/hyperlink" Target="https://www.axios.com/local/detroit/2026/06/01/summer-art-fairs-guide-2026-michigan" TargetMode="External"/><Relationship Id="rId14" Type="http://schemas.openxmlformats.org/officeDocument/2006/relationships/hyperlink" Target="https://pridesource.com/events/rockymurdermystery" TargetMode="External"/><Relationship Id="rId15" Type="http://schemas.openxmlformats.org/officeDocument/2006/relationships/hyperlink" Target="https://www.instagram.com/goaffirm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