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moments from the 2026 MTV VMAs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expecting a straightforward awards show got something far more colourful: Madonna’s long-awaited return, major wins for Taylor Swift, and a proudly queer spirit running through the 2026 MTV VMAs. Here’s what stood out, from a frustrating football delay to a spectacular opening performance.</w:t>
      </w:r>
      <w:r/>
    </w:p>
    <w:p>
      <w:pPr>
        <w:pStyle w:val="Heading2"/>
      </w:pPr>
      <w:r>
        <w:t>Essential Takeaways</w:t>
      </w:r>
      <w:r/>
      <w:r/>
    </w:p>
    <w:p>
      <w:pPr>
        <w:pStyle w:val="ListBullet"/>
        <w:spacing w:line="240" w:lineRule="auto"/>
        <w:ind w:left="720"/>
      </w:pPr>
      <w:r/>
      <w:r>
        <w:rPr>
          <w:b/>
        </w:rPr>
        <w:t>Madonna led the night:</w:t>
      </w:r>
      <w:r>
        <w:t xml:space="preserve"> The pop icon collected seven awards and delivered the evening’s defining performance.</w:t>
      </w:r>
      <w:r/>
    </w:p>
    <w:p>
      <w:pPr>
        <w:pStyle w:val="ListBullet"/>
        <w:spacing w:line="240" w:lineRule="auto"/>
        <w:ind w:left="720"/>
      </w:pPr>
      <w:r/>
      <w:r>
        <w:rPr>
          <w:b/>
        </w:rPr>
        <w:t>The show felt notably queer:</w:t>
      </w:r>
      <w:r>
        <w:t xml:space="preserve"> Camp, glamour, dance-pop and affectionate tributes shaped the atmosphere.</w:t>
      </w:r>
      <w:r/>
    </w:p>
    <w:p>
      <w:pPr>
        <w:pStyle w:val="ListBullet"/>
        <w:spacing w:line="240" w:lineRule="auto"/>
        <w:ind w:left="720"/>
      </w:pPr>
      <w:r/>
      <w:r>
        <w:rPr>
          <w:b/>
        </w:rPr>
        <w:t>Football caused an awkward delay:</w:t>
      </w:r>
      <w:r>
        <w:t xml:space="preserve"> An overtime game pushed back the ceremony for viewers tuning in on time.</w:t>
      </w:r>
      <w:r/>
    </w:p>
    <w:p>
      <w:pPr>
        <w:pStyle w:val="ListBullet"/>
        <w:spacing w:line="240" w:lineRule="auto"/>
        <w:ind w:left="720"/>
      </w:pPr>
      <w:r/>
      <w:r>
        <w:rPr>
          <w:b/>
        </w:rPr>
        <w:t>Charli xcx joined Madonna:</w:t>
      </w:r>
      <w:r>
        <w:t xml:space="preserve"> Her surprise appearance added a fresh, club-ready jolt to the opening number.</w:t>
      </w:r>
      <w:r/>
    </w:p>
    <w:p>
      <w:pPr>
        <w:pStyle w:val="ListBullet"/>
        <w:spacing w:line="240" w:lineRule="auto"/>
        <w:ind w:left="720"/>
      </w:pPr>
      <w:r/>
      <w:r>
        <w:rPr>
          <w:b/>
        </w:rPr>
        <w:t>Taylor Swift also dominated:</w:t>
      </w:r>
      <w:r>
        <w:t xml:space="preserve"> Her wins helped make the ceremony a celebration of both pop history and current chart power.</w:t>
      </w:r>
      <w:r/>
      <w:r/>
    </w:p>
    <w:p>
      <w:pPr>
        <w:pStyle w:val="Heading2"/>
      </w:pPr>
      <w:r>
        <w:t>Madonna made the VMAs feel like the VMAs again</w:t>
      </w:r>
      <w:r/>
    </w:p>
    <w:p>
      <w:r/>
      <w:r>
        <w:t>The strongest image from the night was Madonna stepping back into the VMA spotlight with the confidence of someone who helped invent its language. According to The Guardian, the ceremony placed her among the evening’s biggest winners, with seven awards marking a remarkable return to centre stage.</w:t>
      </w:r>
      <w:r/>
    </w:p>
    <w:p>
      <w:r/>
      <w:r>
        <w:t>Her performance was theatrical, polished and knowingly excessive, exactly the sort of spectacle that makes an awards show feel like an event rather than a sequence of acceptance speeches. The Irish Times also highlighted Madonna and Taylor Swift as the night’s dominant figures, neatly capturing the ceremony’s blend of legacy and current pop power.</w:t>
      </w:r>
      <w:r/>
    </w:p>
    <w:p>
      <w:r/>
      <w:r>
        <w:t>There was a pleasing sense of history in the moment. Madonna wasn’t simply appearing at another music-industry gala; she was reminding viewers why the VMAs have always left room for provocation, costume changes and a little glorious chaos.</w:t>
      </w:r>
      <w:r/>
    </w:p>
    <w:p>
      <w:pPr>
        <w:pStyle w:val="Heading2"/>
      </w:pPr>
      <w:r>
        <w:t>The football delay tested everyone’s patience</w:t>
      </w:r>
      <w:r/>
    </w:p>
    <w:p>
      <w:r/>
      <w:r>
        <w:t>For viewers who switched on at the advertised time, the evening began with an unexpected test of endurance. An overtime American football game delayed the broadcast, leaving fans waiting for the ceremony while the final minutes played out.</w:t>
      </w:r>
      <w:r/>
    </w:p>
    <w:p>
      <w:r/>
      <w:r>
        <w:t>CBS News included the scheduling disruption among the night’s notable talking points, and it was easy to see why it became part of the conversation. Sports fans may have been invested, but anyone waiting for Madonna’s opening number had a rather different emotional soundtrack.</w:t>
      </w:r>
      <w:r/>
    </w:p>
    <w:p>
      <w:r/>
      <w:r>
        <w:t>The delay also underlined how much anticipation had built around the performance. When an audience is ready for a pop-cultural moment, even 20 minutes can feel like a personal insult. In this case, the wait only made the eventual entrance feel bigger.</w:t>
      </w:r>
      <w:r/>
    </w:p>
    <w:p>
      <w:pPr>
        <w:pStyle w:val="Heading2"/>
      </w:pPr>
      <w:r>
        <w:t>Charli xcx brought a new generation into the spotlight</w:t>
      </w:r>
      <w:r/>
    </w:p>
    <w:p>
      <w:r/>
      <w:r>
        <w:t>Madonna’s appearance could have been treated as a nostalgia exercise, but the inclusion of Charli xcx gave it a sharper contemporary edge. TMZ reported on the collaboration, which connected Madonna’s dance-floor legacy with Charli’s more unruly, internet-shaped pop energy.</w:t>
      </w:r>
      <w:r/>
    </w:p>
    <w:p>
      <w:r/>
      <w:r>
        <w:t>That pairing mattered because it avoided the usual trap of presenting an icon as a museum piece. Charli’s presence made the performance feel active and current, not simply a tribute to what Madonna once represented.</w:t>
      </w:r>
      <w:r/>
    </w:p>
    <w:p>
      <w:r/>
      <w:r>
        <w:t>Elle’s coverage also drew attention to the scale of Madonna’s return, and the appeal was obvious. One performer supplied decades of pop mythology; the other brought a restless modern pulse. Together, they made a strong case for the dance floor as the VMAs’ natural home.</w:t>
      </w:r>
      <w:r/>
    </w:p>
    <w:p>
      <w:pPr>
        <w:pStyle w:val="Heading2"/>
      </w:pPr>
      <w:r>
        <w:t>Why the ceremony felt especially queer</w:t>
      </w:r>
      <w:r/>
    </w:p>
    <w:p>
      <w:r/>
      <w:r>
        <w:t>The queer energy wasn’t confined to one performance or one guest appearance. The night’s styling, affectionate references, expressive choreography and appetite for theatricality created an atmosphere that felt unusually welcoming to audiences who enjoy pop at its most dramatic.</w:t>
      </w:r>
      <w:r/>
    </w:p>
    <w:p>
      <w:r/>
      <w:r>
        <w:t>TheWrap’s round-up of the ceremony’s best moments pointed to the broad mix of performances and tributes that kept the show moving. Rather than relying on one headline act, the VMAs built a colourful collage of big personalities and highly visual set pieces.</w:t>
      </w:r>
      <w:r/>
    </w:p>
    <w:p>
      <w:r/>
      <w:r>
        <w:t>That matters because the best pop spectacles don’t ask viewers to choose between sincerity and camp. They can deliver a moving tribute, a sharp fashion moment and a performance that looks slightly ridiculous in the best possible way. This ceremony understood that balance.</w:t>
      </w:r>
      <w:r/>
    </w:p>
    <w:p>
      <w:pPr>
        <w:pStyle w:val="Heading2"/>
      </w:pPr>
      <w:r>
        <w:t>Taylor Swift kept the present firmly in view</w:t>
      </w:r>
      <w:r/>
    </w:p>
    <w:p>
      <w:r/>
      <w:r>
        <w:t>Madonna may have supplied the night’s historical weight, but Taylor Swift ensured the awards remained connected to the current pop landscape. The Guardian and the Irish Times both placed Swift among the ceremony’s major winners, reinforcing her position as one of the industry’s most dependable award-show forces.</w:t>
      </w:r>
      <w:r/>
    </w:p>
    <w:p>
      <w:r/>
      <w:r>
        <w:t>Her success also gave the broadcast a useful counterpoint to Madonna’s return. One represents the long arc of pop stardom; the other continues to define how modern fame works across music, fandom and visual storytelling.</w:t>
      </w:r>
      <w:r/>
    </w:p>
    <w:p>
      <w:r/>
      <w:r>
        <w:t>The result was a ceremony with a satisfying sense of scale. It looked backwards without becoming stuck there, and it celebrated newer performers without pretending pop history began yesterday. For a show built on memorable entrances, that’s a pretty effective formula.</w:t>
      </w:r>
      <w:r/>
    </w:p>
    <w:p>
      <w:r/>
      <w:r>
        <w:t>The 2026 VMAs proved that spectacle still works when the stars know how to own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4">
        <w:r>
          <w:rPr>
            <w:color w:val="0000EE"/>
            <w:u w:val="single"/>
          </w:rPr>
          <w:t>[6]</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4">
        <w:r>
          <w:rPr>
            <w:color w:val="0000EE"/>
            <w:u w:val="single"/>
          </w:rPr>
          <w:t>[6]</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3">
        <w:r>
          <w:rPr>
            <w:color w:val="0000EE"/>
            <w:u w:val="single"/>
          </w:rPr>
          <w:t>[5]</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https://meaws.com/news/drag-race-icon-alyssa-edwards-effortlessly/105491</w:t>
        </w:r>
      </w:hyperlink>
      <w:r>
        <w:t xml:space="preserve"> - Please view link - unable to able to access data</w:t>
      </w:r>
      <w:r/>
    </w:p>
    <w:p>
      <w:pPr>
        <w:pStyle w:val="ListNumber"/>
        <w:spacing w:line="240" w:lineRule="auto"/>
        <w:ind w:left="720"/>
      </w:pPr>
      <w:r/>
      <w:hyperlink r:id="rId10">
        <w:r>
          <w:rPr>
            <w:color w:val="0000EE"/>
            <w:u w:val="single"/>
          </w:rPr>
          <w:t>https://www.theguardian.com/music/2026/sep/28/mtv-vmas-2026-taylor-swift-madonna-win-video-music-awards-sienna-spiro-lisa</w:t>
        </w:r>
      </w:hyperlink>
      <w:r>
        <w:t xml:space="preserve"> - At the 2026 MTV Video Music Awards, Madonna and Taylor Swift dominated the ceremony, each winning multiple awards. Madonna secured three trophies, including Best Collaboration with Sabrina Carpenter, Best Dance, and Artist of the Year. Taylor Swift won the night's top honour, extending her record as the most-awarded artist in VMAs history. The event highlighted the prominence of female artists, with Madonna entering the evening as the most nominated artist with 13 nods. (</w:t>
      </w:r>
      <w:hyperlink r:id="rId16">
        <w:r>
          <w:rPr>
            <w:color w:val="0000EE"/>
            <w:u w:val="single"/>
          </w:rPr>
          <w:t>theguardian.com</w:t>
        </w:r>
      </w:hyperlink>
      <w:r>
        <w:t>)</w:t>
      </w:r>
      <w:r/>
    </w:p>
    <w:p>
      <w:pPr>
        <w:pStyle w:val="ListNumber"/>
        <w:spacing w:line="240" w:lineRule="auto"/>
        <w:ind w:left="720"/>
      </w:pPr>
      <w:r/>
      <w:hyperlink r:id="rId11">
        <w:r>
          <w:rPr>
            <w:color w:val="0000EE"/>
            <w:u w:val="single"/>
          </w:rPr>
          <w:t>https://www.irishtimes.com/culture/music/2026/09/28/mtv-vmas-2026-madonna-and-taylor-swift-dominate-awards/</w:t>
        </w:r>
      </w:hyperlink>
      <w:r>
        <w:t xml:space="preserve"> - Madonna and Taylor Swift were the standout winners at the 2026 MTV Video Music Awards. Madonna, the most nominated artist with 13 nods, won seven awards, including Best Collaboration with Sabrina Carpenter, Best Dance, and Artist of the Year. Taylor Swift received the night's top honour, further solidifying her status as the most-awarded artist in VMAs history. The ceremony was notable for its celebration of female artists. (</w:t>
      </w:r>
      <w:hyperlink r:id="rId17">
        <w:r>
          <w:rPr>
            <w:color w:val="0000EE"/>
            <w:u w:val="single"/>
          </w:rPr>
          <w:t>irishtimes.com</w:t>
        </w:r>
      </w:hyperlink>
      <w:r>
        <w:t>)</w:t>
      </w:r>
      <w:r/>
    </w:p>
    <w:p>
      <w:pPr>
        <w:pStyle w:val="ListNumber"/>
        <w:spacing w:line="240" w:lineRule="auto"/>
        <w:ind w:left="720"/>
      </w:pPr>
      <w:r/>
      <w:hyperlink r:id="rId12">
        <w:r>
          <w:rPr>
            <w:color w:val="0000EE"/>
            <w:u w:val="single"/>
          </w:rPr>
          <w:t>https://www.tmz.com/2026/09/27/madonna-sabrina-carpenter-charli-xcx-perform-mtv-video-music-awards/</w:t>
        </w:r>
      </w:hyperlink>
      <w:r>
        <w:t xml:space="preserve"> - Madonna's opening performance at the 2026 MTV Video Music Awards was a star-studded affair, featuring collaborations with Sabrina Carpenter and Charli XCX. The performance included 'Bring Your Love' with Carpenter and 'Danceteria Afterhours' with Charli XCX, both from Madonna's latest album, 'Confessions II'. The event marked Madonna's first VMA performance in over two decades. (</w:t>
      </w:r>
      <w:hyperlink r:id="rId18">
        <w:r>
          <w:rPr>
            <w:color w:val="0000EE"/>
            <w:u w:val="single"/>
          </w:rPr>
          <w:t>tmz.com</w:t>
        </w:r>
      </w:hyperlink>
      <w:r>
        <w:t>)</w:t>
      </w:r>
      <w:r/>
    </w:p>
    <w:p>
      <w:pPr>
        <w:pStyle w:val="ListNumber"/>
        <w:spacing w:line="240" w:lineRule="auto"/>
        <w:ind w:left="720"/>
      </w:pPr>
      <w:r/>
      <w:hyperlink r:id="rId13">
        <w:r>
          <w:rPr>
            <w:color w:val="0000EE"/>
            <w:u w:val="single"/>
          </w:rPr>
          <w:t>https://www.elle.com/culture/music/a73902940/madonna-mtv-vmas-2026-performance-video/</w:t>
        </w:r>
      </w:hyperlink>
      <w:r>
        <w:t xml:space="preserve"> - Madonna's performance at the 2026 MTV Video Music Awards was a visual spectacle, featuring tracks from her latest album, 'Confessions II'. Joined by Sabrina Carpenter and Charli XCX, Madonna delivered an electrifying opening number that set the tone for the evening. The performance was a highlight of the ceremony, showcasing Madonna's enduring influence in the music industry. (</w:t>
      </w:r>
      <w:hyperlink r:id="rId19">
        <w:r>
          <w:rPr>
            <w:color w:val="0000EE"/>
            <w:u w:val="single"/>
          </w:rPr>
          <w:t>elle.com</w:t>
        </w:r>
      </w:hyperlink>
      <w:r>
        <w:t>)</w:t>
      </w:r>
      <w:r/>
    </w:p>
    <w:p>
      <w:pPr>
        <w:pStyle w:val="ListNumber"/>
        <w:spacing w:line="240" w:lineRule="auto"/>
        <w:ind w:left="720"/>
      </w:pPr>
      <w:r/>
      <w:hyperlink r:id="rId14">
        <w:r>
          <w:rPr>
            <w:color w:val="0000EE"/>
            <w:u w:val="single"/>
          </w:rPr>
          <w:t>https://www.cbsnews.com/news/2026-vmas-highlights-madonna-taylor-swift/?ftag=CNM-00-10aab4i</w:t>
        </w:r>
      </w:hyperlink>
      <w:r>
        <w:t xml:space="preserve"> - The 2026 MTV Video Music Awards featured standout performances and historic wins. Madonna opened the show with a high-energy performance alongside Sabrina Carpenter and Charli XCX, marking her first VMA appearance in over 20 years. Taylor Swift made history by receiving the Artist Director Honor, further cementing her legacy in the music industry. (</w:t>
      </w:r>
      <w:hyperlink r:id="rId20">
        <w:r>
          <w:rPr>
            <w:color w:val="0000EE"/>
            <w:u w:val="single"/>
          </w:rPr>
          <w:t>cbsnews.com</w:t>
        </w:r>
      </w:hyperlink>
      <w:r>
        <w:t>)</w:t>
      </w:r>
      <w:r/>
    </w:p>
    <w:p>
      <w:pPr>
        <w:pStyle w:val="ListNumber"/>
        <w:spacing w:line="240" w:lineRule="auto"/>
        <w:ind w:left="720"/>
      </w:pPr>
      <w:r/>
      <w:hyperlink r:id="rId15">
        <w:r>
          <w:rPr>
            <w:color w:val="0000EE"/>
            <w:u w:val="single"/>
          </w:rPr>
          <w:t>https://www.thewrap.com/creative-content/music/2026-vmas-best-moments/</w:t>
        </w:r>
      </w:hyperlink>
      <w:r>
        <w:t xml:space="preserve"> - The 2026 MTV Video Music Awards celebrated pop music's past, present, and future. Highlights included Madonna's star-studded opening performance, Kacey Musgraves' tribute to Dolly Parton, and a tribute to Nirvana. The ceremony honoured both established artists and rising stars, reflecting the evolving landscape of the music industry. (</w:t>
      </w:r>
      <w:hyperlink r:id="rId21">
        <w:r>
          <w:rPr>
            <w:color w:val="0000EE"/>
            <w:u w:val="single"/>
          </w:rPr>
          <w:t>thewrap.com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drag-race-icon-alyssa-edwards-effortlessly/105491" TargetMode="External"/><Relationship Id="rId10" Type="http://schemas.openxmlformats.org/officeDocument/2006/relationships/hyperlink" Target="https://www.theguardian.com/music/2026/sep/28/mtv-vmas-2026-taylor-swift-madonna-win-video-music-awards-sienna-spiro-lisa" TargetMode="External"/><Relationship Id="rId11" Type="http://schemas.openxmlformats.org/officeDocument/2006/relationships/hyperlink" Target="https://www.irishtimes.com/culture/music/2026/09/28/mtv-vmas-2026-madonna-and-taylor-swift-dominate-awards/" TargetMode="External"/><Relationship Id="rId12" Type="http://schemas.openxmlformats.org/officeDocument/2006/relationships/hyperlink" Target="https://www.tmz.com/2026/09/27/madonna-sabrina-carpenter-charli-xcx-perform-mtv-video-music-awards/" TargetMode="External"/><Relationship Id="rId13" Type="http://schemas.openxmlformats.org/officeDocument/2006/relationships/hyperlink" Target="https://www.elle.com/culture/music/a73902940/madonna-mtv-vmas-2026-performance-video/" TargetMode="External"/><Relationship Id="rId14" Type="http://schemas.openxmlformats.org/officeDocument/2006/relationships/hyperlink" Target="https://www.cbsnews.com/news/2026-vmas-highlights-madonna-taylor-swift/?ftag=CNM-00-10aab4i" TargetMode="External"/><Relationship Id="rId15" Type="http://schemas.openxmlformats.org/officeDocument/2006/relationships/hyperlink" Target="https://www.thewrap.com/creative-content/music/2026-vmas-best-moments/" TargetMode="External"/><Relationship Id="rId16" Type="http://schemas.openxmlformats.org/officeDocument/2006/relationships/hyperlink" Target="https://www.theguardian.com/music/2026/sep/28/mtv-vmas-2026-taylor-swift-madonna-win-video-music-awards-sienna-spiro-lisa?utm_source=openai" TargetMode="External"/><Relationship Id="rId17" Type="http://schemas.openxmlformats.org/officeDocument/2006/relationships/hyperlink" Target="https://www.irishtimes.com/culture/music/2026/09/28/mtv-vmas-2026-madonna-and-taylor-swift-dominate-awards/?utm_source=openai" TargetMode="External"/><Relationship Id="rId18" Type="http://schemas.openxmlformats.org/officeDocument/2006/relationships/hyperlink" Target="https://www.tmz.com/2026/09/27/madonna-sabrina-carpenter-charli-xcx-perform-mtv-video-music-awards/?utm_source=openai" TargetMode="External"/><Relationship Id="rId19" Type="http://schemas.openxmlformats.org/officeDocument/2006/relationships/hyperlink" Target="https://www.elle.com/culture/music/a73902940/madonna-mtv-vmas-2026-performance-video/?utm_source=openai" TargetMode="External"/><Relationship Id="rId20" Type="http://schemas.openxmlformats.org/officeDocument/2006/relationships/hyperlink" Target="https://www.cbsnews.com/news/2026-vmas-highlights-madonna-taylor-swift/?ftag=CNM-00-10aab4i&amp;utm_source=openai" TargetMode="External"/><Relationship Id="rId21" Type="http://schemas.openxmlformats.org/officeDocument/2006/relationships/hyperlink" Target="https://www.thewrap.com/creative-content/music/2026-vmas-best-moment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