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Mid-Missouri PrideFest Guide for Columbia Visitors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Mid-Missouri PrideFest is bringing colour, music and community spirit to Columbia, Missouri, with a celebration focused on LGBTQ+ visibility, acceptance and connection. From live entertainment and local groups to practical safety planning, here’s what visitors should know before joining one of the area’s most welcoming annual events.</w:t>
      </w:r>
      <w:r/>
    </w:p>
    <w:p>
      <w:pPr>
        <w:pStyle w:val="Heading2"/>
      </w:pPr>
      <w:r>
        <w:t>Essential Takeaways</w:t>
      </w:r>
      <w:r/>
      <w:r/>
    </w:p>
    <w:p>
      <w:pPr>
        <w:pStyle w:val="ListBullet"/>
        <w:spacing w:line="240" w:lineRule="auto"/>
        <w:ind w:left="720"/>
      </w:pPr>
      <w:r/>
      <w:r>
        <w:rPr>
          <w:b/>
        </w:rPr>
        <w:t>Community-led celebration:</w:t>
      </w:r>
      <w:r>
        <w:t xml:space="preserve"> PrideFest centres LGBTQ+ people, allies and local organisations in a lively public gathering.</w:t>
      </w:r>
      <w:r/>
    </w:p>
    <w:p>
      <w:pPr>
        <w:pStyle w:val="ListBullet"/>
        <w:spacing w:line="240" w:lineRule="auto"/>
        <w:ind w:left="720"/>
      </w:pPr>
      <w:r/>
      <w:r>
        <w:rPr>
          <w:b/>
        </w:rPr>
        <w:t>Columbia setting:</w:t>
      </w:r>
      <w:r>
        <w:t xml:space="preserve"> The event gives visitors a chance to explore the city alongside a major community celebration.</w:t>
      </w:r>
      <w:r/>
    </w:p>
    <w:p>
      <w:pPr>
        <w:pStyle w:val="ListBullet"/>
        <w:spacing w:line="240" w:lineRule="auto"/>
        <w:ind w:left="720"/>
      </w:pPr>
      <w:r/>
      <w:r>
        <w:rPr>
          <w:b/>
        </w:rPr>
        <w:t>Entertainment and activities:</w:t>
      </w:r>
      <w:r>
        <w:t xml:space="preserve"> Expect performances, information stalls and social events across the wider PrideFest programme.</w:t>
      </w:r>
      <w:r/>
    </w:p>
    <w:p>
      <w:pPr>
        <w:pStyle w:val="ListBullet"/>
        <w:spacing w:line="240" w:lineRule="auto"/>
        <w:ind w:left="720"/>
      </w:pPr>
      <w:r/>
      <w:r>
        <w:rPr>
          <w:b/>
        </w:rPr>
        <w:t>Plan ahead:</w:t>
      </w:r>
      <w:r>
        <w:t xml:space="preserve"> Check official event updates, timings and safety guidance before travelling.</w:t>
      </w:r>
      <w:r/>
    </w:p>
    <w:p>
      <w:pPr>
        <w:pStyle w:val="ListBullet"/>
        <w:spacing w:line="240" w:lineRule="auto"/>
        <w:ind w:left="720"/>
      </w:pPr>
      <w:r/>
      <w:r>
        <w:rPr>
          <w:b/>
        </w:rPr>
        <w:t>A welcoming atmosphere:</w:t>
      </w:r>
      <w:r>
        <w:t xml:space="preserve"> The emphasis is on support, visibility and belonging, with plenty of colour and friendly energy.</w:t>
      </w:r>
      <w:r/>
      <w:r/>
    </w:p>
    <w:p>
      <w:pPr>
        <w:pStyle w:val="Heading2"/>
      </w:pPr>
      <w:r>
        <w:t>Columbia gets ready for a colourful Pride celebration</w:t>
      </w:r>
      <w:r/>
    </w:p>
    <w:p>
      <w:r/>
      <w:r>
        <w:t>Columbia is preparing for a Pride event that feels as much about people as it does about programming. Mid-Missouri PrideFest brings together LGBTQ+ residents, families, friends and allies for a day shaped by music, conversation and plenty of bright colour.</w:t>
      </w:r>
      <w:r/>
    </w:p>
    <w:p>
      <w:r/>
      <w:r>
        <w:t>The festival's appeal is easy to understand. It offers a public space where people can celebrate openly, meet local organisations and enjoy the reassuring buzz of a crowd gathered around a shared sense of acceptance. The Columbia Missourian reported on the event's atmosphere of love and belonging, while KBIA described it as a community effort built with care.</w:t>
      </w:r>
      <w:r/>
    </w:p>
    <w:p>
      <w:pPr>
        <w:pStyle w:val="Heading2"/>
      </w:pPr>
      <w:r>
        <w:t>More than a parade of colour</w:t>
      </w:r>
      <w:r/>
    </w:p>
    <w:p>
      <w:r/>
      <w:r>
        <w:t>Pride festivals can sometimes look like a single, high-energy event from the outside, but Mid-Missouri PrideFest is broader than that. Its programme connects entertainment with community information, giving visitors the chance to enjoy performances while learning about groups and services working across the region.</w:t>
      </w:r>
      <w:r/>
    </w:p>
    <w:p>
      <w:r/>
      <w:r>
        <w:t>Listings from Festivals in America and local event calendars point to a wider series of activities surrounding the main celebration. That makes the occasion useful for first-time visitors, too, since there are different ways to take part whether you're there for the music, the social atmosphere or simply to show support.</w:t>
      </w:r>
      <w:r/>
    </w:p>
    <w:p>
      <w:pPr>
        <w:pStyle w:val="Heading2"/>
      </w:pPr>
      <w:r>
        <w:t>What should visitors expect on the day?</w:t>
      </w:r>
      <w:r/>
    </w:p>
    <w:p>
      <w:r/>
      <w:r>
        <w:t>A comfortable visit starts with modest preparation. Check the latest official schedule before setting off, allow extra time for parking or public transport, and bring water if warm weather is expected. Comfortable shoes are a sensible choice, especially if you plan to move between activities.</w:t>
      </w:r>
      <w:r/>
    </w:p>
    <w:p>
      <w:r/>
      <w:r>
        <w:t>It is also worth checking which events are family-friendly, whether registration is needed for any smaller gatherings and where accessibility information is published. Local listings from Daniel Boone Regional Library and other community organisations can help visitors build a fuller picture of what's happening around the festival.</w:t>
      </w:r>
      <w:r/>
    </w:p>
    <w:p>
      <w:pPr>
        <w:pStyle w:val="Heading2"/>
      </w:pPr>
      <w:r>
        <w:t>Safety guidance is part of the planning</w:t>
      </w:r>
      <w:r/>
    </w:p>
    <w:p>
      <w:r/>
      <w:r>
        <w:t>Celebration and practical planning belong together. ABC 17 News reported that Mid-Missouri PrideFest released emergency protocols focused on event safety, giving attendees another reason to review current guidance before arriving.</w:t>
      </w:r>
      <w:r/>
    </w:p>
    <w:p>
      <w:r/>
      <w:r>
        <w:t>That doesn't need to make the day feel formal or intimidating. Think of it as the same sensible preparation you'd use for any busy outdoor event: identify meeting points, keep your phone charged, look after belongings and follow instructions from organisers. A little planning leaves more room for the good stuff, from cheering performances to discovering a new local group.</w:t>
      </w:r>
      <w:r/>
    </w:p>
    <w:p>
      <w:pPr>
        <w:pStyle w:val="Heading2"/>
      </w:pPr>
      <w:r>
        <w:t>A festival with a lasting local role</w:t>
      </w:r>
      <w:r/>
    </w:p>
    <w:p>
      <w:r/>
      <w:r>
        <w:t>The strongest part of PrideFest may be what happens between the headline moments. A quick conversation at a stall, a familiar face in the crowd or a supportive message from an ally can make the event feel personal rather than simply spectacular.</w:t>
      </w:r>
      <w:r/>
    </w:p>
    <w:p>
      <w:r/>
      <w:r>
        <w:t>Community calendars and local organisations, including Mid-Missouri DSA, show how Pride activity sits within a broader network of civic and cultural events. For Columbia, that continuing connection matters. A festival can be joyful on the day, but its real value is often the relationships and visibility it helps carry into the months afterwards.</w:t>
      </w:r>
      <w:r/>
    </w:p>
    <w:p>
      <w:r/>
      <w:r>
        <w:t>Mid-Missouri PrideFest is a bright, welcoming reminder that celebration can also be community 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[1]</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2">
        <w:r>
          <w:rPr>
            <w:color w:val="0000EE"/>
            <w:u w:val="single"/>
          </w:rPr>
          <w:t>[6]</w:t>
        </w:r>
      </w:hyperlink>
      <w:r>
        <w:t xml:space="preserve">- Paragraph 4: </w:t>
      </w:r>
      <w:hyperlink r:id="rId13">
        <w:r>
          <w:rPr>
            <w:color w:val="0000EE"/>
            <w:u w:val="single"/>
          </w:rPr>
          <w:t>[4]</w:t>
        </w:r>
      </w:hyperlink>
      <w:r>
        <w:t xml:space="preserve">, </w:t>
      </w:r>
      <w:hyperlink r:id="rId12">
        <w:r>
          <w:rPr>
            <w:color w:val="0000EE"/>
            <w:u w:val="single"/>
          </w:rPr>
          <w:t>[6]</w:t>
        </w:r>
      </w:hyperlink>
      <w:r>
        <w:t xml:space="preserve">- Paragraph 5: </w:t>
      </w:r>
      <w:hyperlink r:id="rId14">
        <w:r>
          <w:rPr>
            <w:color w:val="0000EE"/>
            <w:u w:val="single"/>
          </w:rPr>
          <w:t>[5]</w:t>
        </w:r>
      </w:hyperlink>
      <w:r>
        <w:t xml:space="preserve">, </w:t>
      </w:r>
      <w:hyperlink r:id="rId15">
        <w:r>
          <w:rPr>
            <w:color w:val="0000EE"/>
            <w:u w:val="single"/>
          </w:rPr>
          <w:t>[7]</w:t>
        </w:r>
      </w:hyperlink>
      <w:r>
        <w:t xml:space="preserve">- Paragraph 6: </w:t>
      </w:r>
      <w:hyperlink r:id="rId13">
        <w:r>
          <w:rPr>
            <w:color w:val="0000EE"/>
            <w:u w:val="single"/>
          </w:rPr>
          <w:t>[4]</w:t>
        </w:r>
      </w:hyperlink>
      <w:r>
        <w:t xml:space="preserve">, </w:t>
      </w:r>
      <w:hyperlink r:id="rId12">
        <w:r>
          <w:rPr>
            <w:color w:val="0000EE"/>
            <w:u w:val="single"/>
          </w:rPr>
          <w:t>[6]</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5">
        <w:r>
          <w:rPr>
            <w:color w:val="0000EE"/>
            <w:u w:val="single"/>
          </w:rPr>
          <w:t>[7]</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https://www.columbiamissourian.com/news/local/real-love-mid-missouri-pridefest-brings-celebration-acceptance-to-columbia/article_46a11b72-a225-4a46-9338-0e17a5bd1839.html</w:t>
        </w:r>
      </w:hyperlink>
      <w:r>
        <w:t xml:space="preserve"> - Please view link - unable to able to access data</w:t>
      </w:r>
      <w:r/>
    </w:p>
    <w:p>
      <w:pPr>
        <w:pStyle w:val="ListNumber"/>
        <w:spacing w:line="240" w:lineRule="auto"/>
        <w:ind w:left="720"/>
      </w:pPr>
      <w:r/>
      <w:hyperlink r:id="rId10">
        <w:r>
          <w:rPr>
            <w:color w:val="0000EE"/>
            <w:u w:val="single"/>
          </w:rPr>
          <w:t>https://www.festivalsinamerica.com/festival/mid-missouri-pridefest-columbia</w:t>
        </w:r>
      </w:hyperlink>
      <w:r>
        <w:t xml:space="preserve"> - Mid-Missouri PrideFest is the region's largest LGBTQ+ celebration, filling Columbia's North Village Arts District each fall with two stages of live entertainment, a Sunday pride parade, drag showcases, and more than 200 vendors. Organized by The Center Project, the free, family-friendly festival draws around 10,000 people to downtown Columbia. The 2026 event is scheduled for September 26-27, featuring live music, drag performances, a street fair, and the pride parade through downtown Columbia. Admission is free, with detailed schedules to be announced closer to the event.</w:t>
      </w:r>
      <w:r/>
    </w:p>
    <w:p>
      <w:pPr>
        <w:pStyle w:val="ListNumber"/>
        <w:spacing w:line="240" w:lineRule="auto"/>
        <w:ind w:left="720"/>
      </w:pPr>
      <w:r/>
      <w:hyperlink r:id="rId11">
        <w:r>
          <w:rPr>
            <w:color w:val="0000EE"/>
            <w:u w:val="single"/>
          </w:rPr>
          <w:t>https://www.kbia.org/missouri-news/2026-09-24/a-beautiful-labor-of-love-mid-missouri-pridefest-celebrates-supports-community?_amp=true</w:t>
        </w:r>
      </w:hyperlink>
      <w:r>
        <w:t xml:space="preserve"> - Mid-Missouri PrideFest returns to Columbia's North Village Arts District on September 26-27, 2026, celebrating love and belonging. The street fair will feature drag and musical performances, including Lady Camden and Briar Blush of RuPaul’s Drag Race, inside Rose Music Hall. Sunday festivities start with an 11 a.m. parade on Broadway from Ninth to Fifth streets. The festival is free, with a suggested $10 donation for the drag shows to support the performers. Due to ongoing construction, the festival will host fewer vendors this year.</w:t>
      </w:r>
      <w:r/>
    </w:p>
    <w:p>
      <w:pPr>
        <w:pStyle w:val="ListNumber"/>
        <w:spacing w:line="240" w:lineRule="auto"/>
        <w:ind w:left="720"/>
      </w:pPr>
      <w:r/>
      <w:hyperlink r:id="rId13">
        <w:r>
          <w:rPr>
            <w:color w:val="0000EE"/>
            <w:u w:val="single"/>
          </w:rPr>
          <w:t>https://abc17news.com/news/2026/09/26/midmo-pridefest-releases-emergency-protocols-for-event-safety/</w:t>
        </w:r>
      </w:hyperlink>
      <w:r>
        <w:t xml:space="preserve"> - Mid-Missouri PrideFest, which began on September 26, 2026, and continues through Sunday night, anticipates 8,000 attendees. The festival's emergency plans, developed by president Janet Davis and approved by the City of Columbia and law enforcement, include a nine-step process for handling disruptive and threatening behaviour. Each day, 20 to 25 staff members, including bartenders, security, and event organisers, along with 75 volunteers, will be present to ensure safety and manage any emergencies during the event.</w:t>
      </w:r>
      <w:r/>
    </w:p>
    <w:p>
      <w:pPr>
        <w:pStyle w:val="ListNumber"/>
        <w:spacing w:line="240" w:lineRule="auto"/>
        <w:ind w:left="720"/>
      </w:pPr>
      <w:r/>
      <w:hyperlink r:id="rId14">
        <w:r>
          <w:rPr>
            <w:color w:val="0000EE"/>
            <w:u w:val="single"/>
          </w:rPr>
          <w:t>https://www.nclusionplus.com/event-details/theroof09292026</w:t>
        </w:r>
      </w:hyperlink>
      <w:r>
        <w:t xml:space="preserve"> - On September 29, 2026, The Roof in Columbia, Missouri, will host the 'PrideFest Send-Off: A Drag Show' to conclude Pride Month celebrations. The event features performances by local drag entertainers, including Veronika Versace, Miss Gay Mid-Missouri America 2026, and others. Doors open at 8:00 PM for happy hour, with the show beginning promptly at 9:00 PM. The cover charge is $10, and the event is for individuals aged 18 and over. Specialty drinks and rooftop views will enhance the evening's festivities.</w:t>
      </w:r>
      <w:r/>
    </w:p>
    <w:p>
      <w:pPr>
        <w:pStyle w:val="ListNumber"/>
        <w:spacing w:line="240" w:lineRule="auto"/>
        <w:ind w:left="720"/>
      </w:pPr>
      <w:r/>
      <w:hyperlink r:id="rId12">
        <w:r>
          <w:rPr>
            <w:color w:val="0000EE"/>
            <w:u w:val="single"/>
          </w:rPr>
          <w:t>https://events.dbrl.org/event/17223203</w:t>
        </w:r>
      </w:hyperlink>
      <w:r>
        <w:t xml:space="preserve"> - The Daniel Boone Regional Library's Bookmobile, Jr. will be present at the Mid-Missouri PrideFest street fair on September 26, 2026, from 12:00 PM to 6:00 PM. Attendees can visit the Bookmobile, Jr. and explore LGBTQIA-friendly merchants, live music, family activities, and local food trucks. The event is free and open to the public, offering a variety of activities for all ages in downtown Columbia, near Rose Music Park.</w:t>
      </w:r>
      <w:r/>
    </w:p>
    <w:p>
      <w:pPr>
        <w:pStyle w:val="ListNumber"/>
        <w:spacing w:line="240" w:lineRule="auto"/>
        <w:ind w:left="720"/>
      </w:pPr>
      <w:r/>
      <w:hyperlink r:id="rId15">
        <w:r>
          <w:rPr>
            <w:color w:val="0000EE"/>
            <w:u w:val="single"/>
          </w:rPr>
          <w:t>https://www.midmissouridsa.org/calendar</w:t>
        </w:r>
      </w:hyperlink>
      <w:r>
        <w:t xml:space="preserve"> - The Mid-Missouri Democratic Socialists of America (DSA) will participate in Mid-Missouri PrideFest on September 26, 2026, from 11:00 AM to 6:00 PM. They will have a table at the event, engaging with attendees and providing information about their organisation. The DSA encourages community members to stop by and learn more about their initiatives and involvement in local events. The PrideFest offers a platform for various organisations to connect with the LGBTQ+ community and allies.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lumbiamissourian.com/news/local/real-love-mid-missouri-pridefest-brings-celebration-acceptance-to-columbia/article_46a11b72-a225-4a46-9338-0e17a5bd1839.html" TargetMode="External"/><Relationship Id="rId10" Type="http://schemas.openxmlformats.org/officeDocument/2006/relationships/hyperlink" Target="https://www.festivalsinamerica.com/festival/mid-missouri-pridefest-columbia" TargetMode="External"/><Relationship Id="rId11" Type="http://schemas.openxmlformats.org/officeDocument/2006/relationships/hyperlink" Target="https://www.kbia.org/missouri-news/2026-09-24/a-beautiful-labor-of-love-mid-missouri-pridefest-celebrates-supports-community?_amp=true" TargetMode="External"/><Relationship Id="rId12" Type="http://schemas.openxmlformats.org/officeDocument/2006/relationships/hyperlink" Target="https://events.dbrl.org/event/17223203" TargetMode="External"/><Relationship Id="rId13" Type="http://schemas.openxmlformats.org/officeDocument/2006/relationships/hyperlink" Target="https://abc17news.com/news/2026/09/26/midmo-pridefest-releases-emergency-protocols-for-event-safety/" TargetMode="External"/><Relationship Id="rId14" Type="http://schemas.openxmlformats.org/officeDocument/2006/relationships/hyperlink" Target="https://www.nclusionplus.com/event-details/theroof09292026" TargetMode="External"/><Relationship Id="rId15" Type="http://schemas.openxmlformats.org/officeDocument/2006/relationships/hyperlink" Target="https://www.midmissouridsa.org/calend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