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Honolulu Pride 2026 Guide for an LGBTQ+ Island Getaway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making plans for Honolulu Pride 2026, a five-day celebration of LGBTQ+ life, culture and community across O‘ahu from 14 to 18 October. With a colourful parade, live music, nightlife and Waikīkī beaches, it offers a sunny escape with plenty happening beyond the sand.</w:t>
      </w:r>
      <w:r/>
    </w:p>
    <w:p>
      <w:pPr>
        <w:pStyle w:val="Heading2"/>
      </w:pPr>
      <w:r>
        <w:t>Essential Takeaways</w:t>
      </w:r>
      <w:r/>
      <w:r/>
    </w:p>
    <w:p>
      <w:pPr>
        <w:pStyle w:val="ListBullet"/>
        <w:spacing w:line="240" w:lineRule="auto"/>
        <w:ind w:left="720"/>
      </w:pPr>
      <w:r/>
      <w:r>
        <w:rPr>
          <w:b/>
        </w:rPr>
        <w:t>Five days of events:</w:t>
      </w:r>
      <w:r>
        <w:t xml:space="preserve"> Honolulu Pride runs from Wednesday 14 October to Sunday 18 October 2026.</w:t>
      </w:r>
      <w:r/>
    </w:p>
    <w:p>
      <w:pPr>
        <w:pStyle w:val="ListBullet"/>
        <w:spacing w:line="240" w:lineRule="auto"/>
        <w:ind w:left="720"/>
      </w:pPr>
      <w:r/>
      <w:r>
        <w:rPr>
          <w:b/>
        </w:rPr>
        <w:t>Main parade:</w:t>
      </w:r>
      <w:r>
        <w:t xml:space="preserve"> The three-mile procession begins at Magic Island at about 3pm on Saturday 17 October.</w:t>
      </w:r>
      <w:r/>
    </w:p>
    <w:p>
      <w:pPr>
        <w:pStyle w:val="ListBullet"/>
        <w:spacing w:line="240" w:lineRule="auto"/>
        <w:ind w:left="720"/>
      </w:pPr>
      <w:r/>
      <w:r>
        <w:rPr>
          <w:b/>
        </w:rPr>
        <w:t>Festival highlights:</w:t>
      </w:r>
      <w:r>
        <w:t xml:space="preserve"> Expect more than 70 community stalls and four hours of entertainment at Tom Moffatt Waikīkī Shell.</w:t>
      </w:r>
      <w:r/>
    </w:p>
    <w:p>
      <w:pPr>
        <w:pStyle w:val="ListBullet"/>
        <w:spacing w:line="240" w:lineRule="auto"/>
        <w:ind w:left="720"/>
      </w:pPr>
      <w:r/>
      <w:r>
        <w:rPr>
          <w:b/>
        </w:rPr>
        <w:t>Busy weekend ahead:</w:t>
      </w:r>
      <w:r>
        <w:t xml:space="preserve"> Big Freedia, drag brunches, parties and poolside events feature across the programme.</w:t>
      </w:r>
      <w:r/>
    </w:p>
    <w:p>
      <w:pPr>
        <w:pStyle w:val="ListBullet"/>
        <w:spacing w:line="240" w:lineRule="auto"/>
        <w:ind w:left="720"/>
      </w:pPr>
      <w:r/>
      <w:r>
        <w:rPr>
          <w:b/>
        </w:rPr>
        <w:t>A handy base:</w:t>
      </w:r>
      <w:r>
        <w:t xml:space="preserve"> Ka La‘i Waikīkī Beach is close to the parade route and is offering a Pride package with savings and daily credit.</w:t>
      </w:r>
      <w:r/>
      <w:r/>
    </w:p>
    <w:p>
      <w:pPr>
        <w:pStyle w:val="Heading2"/>
      </w:pPr>
      <w:r>
        <w:t>Honolulu Pride 2026 brings colour to Waikīkī</w:t>
      </w:r>
      <w:r/>
    </w:p>
    <w:p>
      <w:r/>
      <w:r>
        <w:t>Honolulu Pride is shaping up to be one of the most appealing LGBTQ+ travel events of 2026, pairing a substantial community celebration with the easy pleasures of an island holiday. Think warm evenings, ocean air and a parade route that leads towards one of Hawai‘i’s most recognisable beach districts.</w:t>
      </w:r>
      <w:r/>
    </w:p>
    <w:p>
      <w:r/>
      <w:r>
        <w:t>The 2026 theme, “Ho‘omau”, focuses on resilience, unity and perseverance. It also reflects the continuing contribution of Hawai‘i’s LGBTQIA and MVPFAFF+ communities, giving the weekend a sense of place rather than making it feel like a travelling party dropped into a postcard.</w:t>
      </w:r>
      <w:r/>
    </w:p>
    <w:p>
      <w:r/>
      <w:r>
        <w:t>The official Honolulu Pride site is the best place to check the latest programme, ticket information and any timing changes before travelling.</w:t>
      </w:r>
      <w:r/>
    </w:p>
    <w:p>
      <w:pPr>
        <w:pStyle w:val="Heading2"/>
      </w:pPr>
      <w:r>
        <w:t>Five days of parties, music and community events</w:t>
      </w:r>
      <w:r/>
    </w:p>
    <w:p>
      <w:r/>
      <w:r>
        <w:t>The celebration starts on Wednesday 14 October with a Pride Kick-Off Pau Hana at International Market Place. On Thursday, Hawai‘i Theatre hosts a Pride Concert featuring Big Freedia, followed by the official opening party at Scarlet Honolulu on Friday.</w:t>
      </w:r>
      <w:r/>
    </w:p>
    <w:p>
      <w:r/>
      <w:r>
        <w:t>Saturday is the centrepiece. The parade is scheduled to leave Magic Island in Ala Moana Regional Park at around 3pm, travelling along Ala Moana Boulevard and Kalākaua Avenue before finishing near Kapiʻolani Park. According to the event programme, the route is roughly three miles, so comfortable shoes are a far better choice than anything merely fabulous.</w:t>
      </w:r>
      <w:r/>
    </w:p>
    <w:p>
      <w:r/>
      <w:r>
        <w:t>After the parade, the Pride Festival takes over the Tom Moffatt Waikīkī Shell, with more than 70 community booths and four hours of live entertainment. Hula’s Bar &amp; Lei Stand then hosts the official after-party, keeping the evening moving once the main festival winds down.</w:t>
      </w:r>
      <w:r/>
    </w:p>
    <w:p>
      <w:pPr>
        <w:pStyle w:val="Heading2"/>
      </w:pPr>
      <w:r>
        <w:t>Sunday keeps the Pride weekend going</w:t>
      </w:r>
      <w:r/>
    </w:p>
    <w:p>
      <w:r/>
      <w:r>
        <w:t>There’s no need to treat Saturday night as the finish line. Sunday’s schedule includes a Pride Drag Brunch at ‘Alohilani Resort Waikīkī Beach, followed by the Lei Pool Party and a closing party at ADEZ Steakhouse &amp; Lounge.</w:t>
      </w:r>
      <w:r/>
    </w:p>
    <w:p>
      <w:r/>
      <w:r>
        <w:t>That mix makes Honolulu Pride particularly useful for visitors who want different kinds of experiences across the weekend. You can spend one afternoon in the crowd, another beside the pool, and still leave room for a slow breakfast or a swim in the Pacific.</w:t>
      </w:r>
      <w:r/>
    </w:p>
    <w:p>
      <w:r/>
      <w:r>
        <w:t>TravelGay and misterb&amp;b both list Honolulu as a strong LGBTQ+ travel destination, with nightlife and social events complementing the larger official programme. In practice, that means booking popular meals, parties and accommodation early, especially if you’re travelling with friends.</w:t>
      </w:r>
      <w:r/>
    </w:p>
    <w:p>
      <w:pPr>
        <w:pStyle w:val="Heading2"/>
      </w:pPr>
      <w:r>
        <w:t>Where to stay near the parade route</w:t>
      </w:r>
      <w:r/>
    </w:p>
    <w:p>
      <w:r/>
      <w:r>
        <w:t>Ka La‘i Waikīkī Beach, part of LXR Hotels &amp; Resorts, is being promoted as a convenient base for Honolulu Pride visitors. The hotel sits close to Kalākaua Avenue, while its position above Fort DeRussy Park offers some separation from the busiest street activity.</w:t>
      </w:r>
      <w:r/>
    </w:p>
    <w:p>
      <w:r/>
      <w:r>
        <w:t>For stays between 10 and 25 October, the hotel’s Pride package includes 15 per cent off accommodation, with no minimum stay mentioned, plus a 50-dollar daily resort credit. Guests are also offered chocolate-covered strawberries on arrival and a Pride pairing at Muse Lounge, combining a celebratory cocktail with a chef-created bite.</w:t>
      </w:r>
      <w:r/>
    </w:p>
    <w:p>
      <w:r/>
      <w:r>
        <w:t>The property’s own Hilton listing provides the latest hotel information, while travellers should confirm package terms, availability and cancellation conditions directly before booking. It’s a sensible option if you want to step from a quieter hotel setting into the action without relying on long transfers.</w:t>
      </w:r>
      <w:r/>
    </w:p>
    <w:p>
      <w:pPr>
        <w:pStyle w:val="Heading2"/>
      </w:pPr>
      <w:r>
        <w:t>Practical tips for planning your Honolulu Pride trip</w:t>
      </w:r>
      <w:r/>
    </w:p>
    <w:p>
      <w:r/>
      <w:r>
        <w:t>Start with accommodation, then build the weekend around the events you most want to attend. Hotels near Waikīkī and the parade route are likely to be convenient, but prices can rise around major celebrations, so flexibility with dates may help.</w:t>
      </w:r>
      <w:r/>
    </w:p>
    <w:p>
      <w:r/>
      <w:r>
        <w:t>For parade day, allow extra time for road closures, crowds and heat. Bring water, sun protection and footwear that can handle several miles of walking. If you’re watching from the route, arrive early and agree on a meeting point, because finding friends in a colourful crowd is harder than it sounds.</w:t>
      </w:r>
      <w:r/>
    </w:p>
    <w:p>
      <w:r/>
      <w:r>
        <w:t>It’s also worth checking the official Honolulu Pride website shortly before departure. Event times, venues and ticket arrangements can change, and the organiser’s updates will be more reliable than older travel listings.</w:t>
      </w:r>
      <w:r/>
    </w:p>
    <w:p>
      <w:r/>
      <w:r>
        <w:t>Honolulu Pride looks set to deliver the rare holiday combination of celebration, community and genuine tropical escapism. Explore the programme, choose your base and leave room for the unexpected.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5">
        <w:r>
          <w:rPr>
            <w:color w:val="0000EE"/>
            <w:u w:val="single"/>
          </w:rPr>
          <w:t>[4]</w:t>
        </w:r>
      </w:hyperlink>
      <w:r>
        <w:t xml:space="preserve">, </w:t>
      </w:r>
      <w:hyperlink r:id="rId13">
        <w:r>
          <w:rPr>
            <w:color w:val="0000EE"/>
            <w:u w:val="single"/>
          </w:rPr>
          <w:t>[6]</w:t>
        </w:r>
      </w:hyperlink>
      <w:r>
        <w:t xml:space="preserve">- Paragraph 8: </w:t>
      </w:r>
      <w:hyperlink r:id="rId15">
        <w:r>
          <w:rPr>
            <w:color w:val="0000EE"/>
            <w:u w:val="single"/>
          </w:rPr>
          <w:t>[4]</w:t>
        </w:r>
      </w:hyperlink>
      <w:r>
        <w:t xml:space="preserve">- Paragraph 9: </w:t>
      </w:r>
      <w:hyperlink r:id="rId15">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5">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https://www.vacationer.travel/aloha-pride-honolulu-gets-ready-for-a-big-lgbtq-weekend/</w:t>
        </w:r>
      </w:hyperlink>
      <w:r>
        <w:t xml:space="preserve"> - Please view link - unable to able to access data</w:t>
      </w:r>
      <w:r/>
    </w:p>
    <w:p>
      <w:pPr>
        <w:pStyle w:val="ListNumber"/>
        <w:spacing w:line="240" w:lineRule="auto"/>
        <w:ind w:left="720"/>
      </w:pPr>
      <w:r/>
      <w:hyperlink r:id="rId10">
        <w:r>
          <w:rPr>
            <w:color w:val="0000EE"/>
            <w:u w:val="single"/>
          </w:rPr>
          <w:t>https://www.honolulupride.com/events/pride-festival</w:t>
        </w:r>
      </w:hyperlink>
      <w:r>
        <w:t xml:space="preserve"> - The Honolulu Pride Festival is scheduled for Saturday, October 17, 2026, at the Waikīkī Shell, beginning at 5:00 pm. This free event features over 70 community booths, national and local entertainers, and dedicated zones for 'ohana and kūpuna. It's a joyful day of connection, culture, and pride.</w:t>
      </w:r>
      <w:r/>
    </w:p>
    <w:p>
      <w:pPr>
        <w:pStyle w:val="ListNumber"/>
        <w:spacing w:line="240" w:lineRule="auto"/>
        <w:ind w:left="720"/>
      </w:pPr>
      <w:r/>
      <w:hyperlink r:id="rId11">
        <w:r>
          <w:rPr>
            <w:color w:val="0000EE"/>
            <w:u w:val="single"/>
          </w:rPr>
          <w:t>https://www.honolulupride.com/</w:t>
        </w:r>
      </w:hyperlink>
      <w:r>
        <w:t xml:space="preserve"> - Honolulu Pride 2026, themed 'Ho‘omau'—a celebration of queer resilience, unity, and perseverance—returns to Waikīkī from October 14–18, 2026. The main parade and festival are on Saturday, October 17. The festivities include a Pride Kick-Off Pau Hana at International Market Place, a Hawai‘i Theatre Pride Concert headlined by Big Freedia, and an official after-party at Hula’s Bar &amp; Lei Stand.</w:t>
      </w:r>
      <w:r/>
    </w:p>
    <w:p>
      <w:pPr>
        <w:pStyle w:val="ListNumber"/>
        <w:spacing w:line="240" w:lineRule="auto"/>
        <w:ind w:left="720"/>
      </w:pPr>
      <w:r/>
      <w:hyperlink r:id="rId15">
        <w:r>
          <w:rPr>
            <w:color w:val="0000EE"/>
            <w:u w:val="single"/>
          </w:rPr>
          <w:t>https://www.hilton.com/en/hotels/hnlwiol-ka-lai-waikiki-beach/</w:t>
        </w:r>
      </w:hyperlink>
      <w:r>
        <w:t xml:space="preserve"> - Ka Laʻi Waikīkī Beach, part of Hilton's LXR Hotels &amp; Resorts, is a 462-room hotel located above Fort DeRussy Park in Waikīkī. The hotel offers residential-style guest rooms and suites, a wellness facility, a 24-hour fitness center, an infinity pool with a sun deck, and two signature restaurants. It's situated just steps from Waikīkī Beach and surrounded by world-class restaurants, shopping, entertainment, and nightlife.</w:t>
      </w:r>
      <w:r/>
    </w:p>
    <w:p>
      <w:pPr>
        <w:pStyle w:val="ListNumber"/>
        <w:spacing w:line="240" w:lineRule="auto"/>
        <w:ind w:left="720"/>
      </w:pPr>
      <w:r/>
      <w:hyperlink r:id="rId12">
        <w:r>
          <w:rPr>
            <w:color w:val="0000EE"/>
            <w:u w:val="single"/>
          </w:rPr>
          <w:t>https://www.hsta.org/news/recent-stories/join-hsta-in-the-2026-honolulu-pride-parade/</w:t>
        </w:r>
      </w:hyperlink>
      <w:r>
        <w:t xml:space="preserve"> - The Hawaiʻi State Teachers Association (HSTA) is inviting members to participate in the 2026 Honolulu Pride Parade on Saturday, October 17. The parade begins at 3 p.m. from Magic Island in Ala Moana Regional Park, proceeds down Ala Moana Boulevard and Kalākaua Avenue, and ends at Kapiʻolani Park. The first-ever pride parade on Oʻahu was held on Sunday, June 30, 1974, marking a significant milestone in the LGBTQ+ rights movement in Hawaii.</w:t>
      </w:r>
      <w:r/>
    </w:p>
    <w:p>
      <w:pPr>
        <w:pStyle w:val="ListNumber"/>
        <w:spacing w:line="240" w:lineRule="auto"/>
        <w:ind w:left="720"/>
      </w:pPr>
      <w:r/>
      <w:hyperlink r:id="rId13">
        <w:r>
          <w:rPr>
            <w:color w:val="0000EE"/>
            <w:u w:val="single"/>
          </w:rPr>
          <w:t>https://www.misterbandb.com/gay-events/united-states/honolulu/gay-pride</w:t>
        </w:r>
      </w:hyperlink>
      <w:r>
        <w:t xml:space="preserve"> - Honolulu Pride 2026 is scheduled for October 16–18, 2026. The main parade takes place on October 17 at 4:00 pm, starting from Magic Island and ending at Kapiʻolani Park. The festival features music and aloha, celebrating the LGBTQ+ community in paradise. The event includes a Pride Parade along Waikīkī’s Kalākaua Avenue and a festival at Waikīkī Shell with music and aloha.</w:t>
      </w:r>
      <w:r/>
    </w:p>
    <w:p>
      <w:pPr>
        <w:pStyle w:val="ListNumber"/>
        <w:spacing w:line="240" w:lineRule="auto"/>
        <w:ind w:left="720"/>
      </w:pPr>
      <w:r/>
      <w:hyperlink r:id="rId14">
        <w:r>
          <w:rPr>
            <w:color w:val="0000EE"/>
            <w:u w:val="single"/>
          </w:rPr>
          <w:t>https://www.travelgay.com/event/honolulu-pride</w:t>
        </w:r>
      </w:hyperlink>
      <w:r>
        <w:t xml:space="preserve"> - Honolulu Pride 2026 returns to the sun-soaked shores of Oahu on October 17 for a vibrant celebration of LGBTQ+ community and culture. The festivities include a Pride Parade along Kalākaua Avenue, a Pride Festival at the Waikīkī Shell with over 70 community booths and four hours of live entertainment, and an official Pride afterparty at Hula's Bar &amp; Lei Stand. The event attracts more than 20,000 participants and viewers, drawing visitors from across the Pacific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aloha-pride-honolulu-gets-ready-for-a-big-lgbtq-weekend/" TargetMode="External"/><Relationship Id="rId10" Type="http://schemas.openxmlformats.org/officeDocument/2006/relationships/hyperlink" Target="https://www.honolulupride.com/events/pride-festival" TargetMode="External"/><Relationship Id="rId11" Type="http://schemas.openxmlformats.org/officeDocument/2006/relationships/hyperlink" Target="https://www.honolulupride.com/" TargetMode="External"/><Relationship Id="rId12" Type="http://schemas.openxmlformats.org/officeDocument/2006/relationships/hyperlink" Target="https://www.hsta.org/news/recent-stories/join-hsta-in-the-2026-honolulu-pride-parade/" TargetMode="External"/><Relationship Id="rId13" Type="http://schemas.openxmlformats.org/officeDocument/2006/relationships/hyperlink" Target="https://www.misterbandb.com/gay-events/united-states/honolulu/gay-pride" TargetMode="External"/><Relationship Id="rId14" Type="http://schemas.openxmlformats.org/officeDocument/2006/relationships/hyperlink" Target="https://www.travelgay.com/event/honolulu-pride" TargetMode="External"/><Relationship Id="rId15" Type="http://schemas.openxmlformats.org/officeDocument/2006/relationships/hyperlink" Target="https://www.hilton.com/en/hotels/hnlwiol-ka-lai-waikiki-be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