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Fort Bend County Pride Festival Highlights for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at Rosenberg Civic Center for Fort Bend County Pride's futuristic, all-ages festival, where LGBTQ residents, families and allies found live entertainment, local stalls and welcoming spaces built around visibility, connection and community pride.</w:t>
      </w:r>
      <w:r/>
    </w:p>
    <w:p>
      <w:pPr>
        <w:pStyle w:val="Heading2"/>
      </w:pPr>
      <w:r>
        <w:t>Essential Takeaways</w:t>
      </w:r>
      <w:r/>
      <w:r/>
    </w:p>
    <w:p>
      <w:pPr>
        <w:pStyle w:val="ListBullet"/>
        <w:spacing w:line="240" w:lineRule="auto"/>
        <w:ind w:left="720"/>
      </w:pPr>
      <w:r/>
      <w:r>
        <w:rPr>
          <w:b/>
        </w:rPr>
        <w:t>Free and inclusive:</w:t>
      </w:r>
      <w:r>
        <w:t xml:space="preserve"> The festival welcomed LGBTQ residents, families, allies and community groups.</w:t>
      </w:r>
      <w:r/>
    </w:p>
    <w:p>
      <w:pPr>
        <w:pStyle w:val="ListBullet"/>
        <w:spacing w:line="240" w:lineRule="auto"/>
        <w:ind w:left="720"/>
      </w:pPr>
      <w:r/>
      <w:r>
        <w:rPr>
          <w:b/>
        </w:rPr>
        <w:t>Something for every age:</w:t>
      </w:r>
      <w:r>
        <w:t xml:space="preserve"> A Kids Zone and Senior Corner helped make the event feel genuinely multigenerational.</w:t>
      </w:r>
      <w:r/>
    </w:p>
    <w:p>
      <w:pPr>
        <w:pStyle w:val="ListBullet"/>
        <w:spacing w:line="240" w:lineRule="auto"/>
        <w:ind w:left="720"/>
      </w:pPr>
      <w:r/>
      <w:r>
        <w:rPr>
          <w:b/>
        </w:rPr>
        <w:t>A calmer option:</w:t>
      </w:r>
      <w:r>
        <w:t xml:space="preserve"> The Quiet Zone offered a softer retreat from the festival's buzz.</w:t>
      </w:r>
      <w:r/>
    </w:p>
    <w:p>
      <w:pPr>
        <w:pStyle w:val="ListBullet"/>
        <w:spacing w:line="240" w:lineRule="auto"/>
        <w:ind w:left="720"/>
      </w:pPr>
      <w:r/>
      <w:r>
        <w:rPr>
          <w:b/>
        </w:rPr>
        <w:t>Local at heart:</w:t>
      </w:r>
      <w:r>
        <w:t xml:space="preserve"> Vendors, artists, food sellers and organisations gave the celebration a distinctly Fort Bend feel.</w:t>
      </w:r>
      <w:r/>
    </w:p>
    <w:p>
      <w:pPr>
        <w:pStyle w:val="ListBullet"/>
        <w:spacing w:line="240" w:lineRule="auto"/>
        <w:ind w:left="720"/>
      </w:pPr>
      <w:r/>
      <w:r>
        <w:rPr>
          <w:b/>
        </w:rPr>
        <w:t>More than a party:</w:t>
      </w:r>
      <w:r>
        <w:t xml:space="preserve"> The event also highlighted civic engagement, representation and access to community resources.</w:t>
      </w:r>
      <w:r/>
      <w:r/>
    </w:p>
    <w:p>
      <w:pPr>
        <w:pStyle w:val="Heading2"/>
      </w:pPr>
      <w:r>
        <w:t>A futuristic Pride festival with a local heartbeat</w:t>
      </w:r>
      <w:r/>
    </w:p>
    <w:p>
      <w:r/>
      <w:r>
        <w:t>The strongest impression from Fort Bend County Pride's third annual festival was its sense of welcome. Held at the Rosenberg Civic Center, the event turned an afternoon gathering into a lively meeting point for LGBTQ residents, families, community organisations and allies from across the area.</w:t>
      </w:r>
      <w:r/>
    </w:p>
    <w:p>
      <w:r/>
      <w:r>
        <w:t>Its theme, "Futuristic Pride: A Celebration Beyond the Stars", added a playful cosmic gloss, but the purpose was refreshingly down to earth. People came to be seen, meet neighbours and spend time in a setting where LGBTQ life was treated as an ordinary and valued part of the community.</w:t>
      </w:r>
      <w:r/>
    </w:p>
    <w:p>
      <w:pPr>
        <w:pStyle w:val="Heading2"/>
      </w:pPr>
      <w:r>
        <w:t>What could visitors expect at Rosenberg Civic Center?</w:t>
      </w:r>
      <w:r/>
    </w:p>
    <w:p>
      <w:r/>
      <w:r>
        <w:t>The free festival combined live entertainment with local vendors, food, art, community resources and interactive activities. That mix matters because it keeps the day moving. You could browse a stall, listen to performers, find information or simply pause with friends without needing to follow a rigid programme.</w:t>
      </w:r>
      <w:r/>
    </w:p>
    <w:p>
      <w:r/>
      <w:r>
        <w:t>The venue also helped the event feel accessible to a broad audience. Rather than pitching Pride as a single-age celebration, organisers created several spaces with different needs in mind, from energetic family activities to quieter corners.</w:t>
      </w:r>
      <w:r/>
    </w:p>
    <w:p>
      <w:pPr>
        <w:pStyle w:val="Heading2"/>
      </w:pPr>
      <w:r>
        <w:t>Kids, seniors and quieter visitors were all considered</w:t>
      </w:r>
      <w:r/>
    </w:p>
    <w:p>
      <w:r/>
      <w:r>
        <w:t>The Kids Zone gave younger attendees a place to engage with the celebration, while the Senior Corner recognised that LGBTQ community life stretches across generations. Those details may sound modest, but they often determine whether families feel comfortable staying for the afternoon.</w:t>
      </w:r>
      <w:r/>
    </w:p>
    <w:p>
      <w:r/>
      <w:r>
        <w:t>A Quiet Zone offered another thoughtful touch. Festivals can be bright, noisy and crowded, so having somewhere to decompress makes a noticeable difference for visitors who need a break. It is the sort of practical inclusion that can make Pride feel less like a spectacle and more like a community gathering.</w:t>
      </w:r>
      <w:r/>
    </w:p>
    <w:p>
      <w:pPr>
        <w:pStyle w:val="Heading2"/>
      </w:pPr>
      <w:r>
        <w:t>Why local Pride events matter in growing suburbs</w:t>
      </w:r>
      <w:r/>
    </w:p>
    <w:p>
      <w:r/>
      <w:r>
        <w:t>Fort Bend County is one of the Houston area's fastest-growing suburban communities, making local visibility increasingly important. Fort Bend County Pride, founded by LaToya "Hunny" Phillips, has focused on bringing LGBTQ residents, businesses and organisations together closer to home.</w:t>
      </w:r>
      <w:r/>
    </w:p>
    <w:p>
      <w:r/>
      <w:r>
        <w:t>That local approach gives the festival a different texture from a large city parade. The atmosphere is more neighbourly, with community resources and personal connections sharing the spotlight with entertainment. For many attendees, the most memorable moment may be a conversation at a stall rather than a headline performance.</w:t>
      </w:r>
      <w:r/>
    </w:p>
    <w:p>
      <w:pPr>
        <w:pStyle w:val="Heading2"/>
      </w:pPr>
      <w:r>
        <w:t>A celebration that looks beyond one afternoon</w:t>
      </w:r>
      <w:r/>
    </w:p>
    <w:p>
      <w:r/>
      <w:r>
        <w:t>The festival's futuristic theme suggested a wider ambition: not only celebrating LGBTQ people as they are today, but imagining a more connected and representative future. Its emphasis on civic engagement and community building gave the event substance beyond the colourful decorations and upbeat programme.</w:t>
      </w:r>
      <w:r/>
    </w:p>
    <w:p>
      <w:r/>
      <w:r>
        <w:t>That balance is worth noticing. A successful Pride festival can be joyful without becoming superficial, and Fort Bend County Pride appears to have kept both sides in view. As the organisation continues its work, events like this can help turn visibility into lasting relationships, resources and representation.</w:t>
      </w:r>
      <w:r/>
    </w:p>
    <w:p>
      <w:r/>
      <w:r>
        <w:t>A welcoming Pride festival can be both a celebration today and a brighter signpost for tomorrow.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4">
        <w:r>
          <w:rPr>
            <w:color w:val="0000EE"/>
            <w:u w:val="single"/>
          </w:rPr>
          <w:t>[3]</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[4]</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https://www.outsmartmagazine.com/2026/09/fort-bend-county-pride-presents-futuristic-pride-festival/</w:t>
        </w:r>
      </w:hyperlink>
      <w:r>
        <w:t xml:space="preserve"> - Please view link - unable to able to access data</w:t>
      </w:r>
      <w:r/>
    </w:p>
    <w:p>
      <w:pPr>
        <w:pStyle w:val="ListNumber"/>
        <w:spacing w:line="240" w:lineRule="auto"/>
        <w:ind w:left="720"/>
      </w:pPr>
      <w:r/>
      <w:hyperlink r:id="rId10">
        <w:r>
          <w:rPr>
            <w:color w:val="0000EE"/>
            <w:u w:val="single"/>
          </w:rPr>
          <w:t>https://www.fortbendcountypride.org/</w:t>
        </w:r>
      </w:hyperlink>
      <w:r>
        <w:t xml:space="preserve"> - The official website of Fort Bend County Pride provides comprehensive information about the organisation's mission, upcoming events, and community initiatives. It highlights the 'Futuristic Pride: A Celebration Beyond the Stars' festival, detailing its space-themed attractions, live entertainment, vendors, food, music, art, and interactive experiences. The site also offers opportunities for sponsorship, vendor registration, and volunteering, aiming to foster inclusivity and celebrate diversity within the LGBTQIA+ community in Fort Bend County and surrounding areas.</w:t>
      </w:r>
      <w:r/>
    </w:p>
    <w:p>
      <w:pPr>
        <w:pStyle w:val="ListNumber"/>
        <w:spacing w:line="240" w:lineRule="auto"/>
        <w:ind w:left="720"/>
      </w:pPr>
      <w:r/>
      <w:hyperlink r:id="rId14">
        <w:r>
          <w:rPr>
            <w:color w:val="0000EE"/>
            <w:u w:val="single"/>
          </w:rPr>
          <w:t>https://montrosecenter.galaxydigital.com/need/detail/?need_id=1310575</w:t>
        </w:r>
      </w:hyperlink>
      <w:r>
        <w:t xml:space="preserve"> - The Montrose Center's volunteer page for Fort Bend County Pride 2026 outlines opportunities to engage with the LGBTQIA+ community during the festival. Volunteers are encouraged to assist with greeting attendees, sharing information about the Center's programs, distributing materials, and supporting the Centre's presence throughout the event. The festival, scheduled for September 12, 2026, at the Rosenberg Civic Center, is expected to welcome over 2,000 attendees, featuring live entertainment, vendors, food, music, art, and interactive experiences.</w:t>
      </w:r>
      <w:r/>
    </w:p>
    <w:p>
      <w:pPr>
        <w:pStyle w:val="ListNumber"/>
        <w:spacing w:line="240" w:lineRule="auto"/>
        <w:ind w:left="720"/>
      </w:pPr>
      <w:r/>
      <w:hyperlink r:id="rId12">
        <w:r>
          <w:rPr>
            <w:color w:val="0000EE"/>
            <w:u w:val="single"/>
          </w:rPr>
          <w:t>https://www.fortbendcountypride.org/become-a-vendor</w:t>
        </w:r>
      </w:hyperlink>
      <w:r>
        <w:t xml:space="preserve"> - Fort Bend County Pride's vendor registration page invites businesses and organisations to participate in the 'Futuristic Pride: A Celebration Beyond the Stars' festival. The event, set for September 12, 2026, at the Rosenberg Civic Center, offers indoor vendor spaces equipped with tables and chairs. The festival is family-friendly and free for the community, aiming to create a memorable and impactful event that celebrates diversity, equality, and love.</w:t>
      </w:r>
      <w:r/>
    </w:p>
    <w:p>
      <w:pPr>
        <w:pStyle w:val="ListNumber"/>
        <w:spacing w:line="240" w:lineRule="auto"/>
        <w:ind w:left="720"/>
      </w:pPr>
      <w:r/>
      <w:hyperlink r:id="rId13">
        <w:r>
          <w:rPr>
            <w:color w:val="0000EE"/>
            <w:u w:val="single"/>
          </w:rPr>
          <w:t>https://www.fortbendcountypride.org/about</w:t>
        </w:r>
      </w:hyperlink>
      <w:r>
        <w:t xml:space="preserve"> - The 'About' page of Fort Bend County Pride outlines the organisation's mission to promote LGBTQIA+ pride, build social awareness, embrace spirituality, and celebrate diversity within the community. It envisions empowering LGBTQIA+ individuals through embracing diversity, uplifting the community, and advocating for social change to create a more inclusive and equal society. The organisation is dedicated to facilitating leadership and coalition building, aiming to secure funding and develop Fort Bend County’s first LGBTQ community center for everyone.</w:t>
      </w:r>
      <w:r/>
    </w:p>
    <w:p>
      <w:pPr>
        <w:pStyle w:val="ListNumber"/>
        <w:spacing w:line="240" w:lineRule="auto"/>
        <w:ind w:left="720"/>
      </w:pPr>
      <w:r/>
      <w:hyperlink r:id="rId15">
        <w:r>
          <w:rPr>
            <w:color w:val="0000EE"/>
            <w:u w:val="single"/>
          </w:rPr>
          <w:t>https://www.fortbendcountypride.org/faq</w:t>
        </w:r>
      </w:hyperlink>
      <w:r>
        <w:t xml:space="preserve"> - The FAQ section of Fort Bend County Pride addresses common questions about the 'Futuristic Pride: A Celebration Beyond the Stars' festival. It confirms that the event will take place rain or shine, is free to enter, and is family-friendly, welcoming all ages. The festival is scheduled for September 12, 2026, at the Rosenberg Civic Center. The FAQ also provides information on parking, pet policies, and ticketing, ensuring attendees have a smooth and enjoyable experience.</w:t>
      </w:r>
      <w:r/>
    </w:p>
    <w:p>
      <w:pPr>
        <w:pStyle w:val="ListNumber"/>
        <w:spacing w:line="240" w:lineRule="auto"/>
        <w:ind w:left="720"/>
      </w:pPr>
      <w:r/>
      <w:hyperlink r:id="rId11">
        <w:r>
          <w:rPr>
            <w:color w:val="0000EE"/>
            <w:u w:val="single"/>
          </w:rPr>
          <w:t>https://business.houstonlgbtchamber.com/eventcalendar/Details/fort-bend-county-pride-festival-futuristic-pride-1870913?sourceTypeId=Website</w:t>
        </w:r>
      </w:hyperlink>
      <w:r>
        <w:t xml:space="preserve"> - The Greater Houston LGBTQ+ Chamber of Commerce's event calendar features the 'Futuristic Pride: A Celebration Beyond the Stars' festival, organised by Fort Bend County Pride. Scheduled for September 12, 2026, at the Rosenberg Civic Center, the festival offers space-themed attractions, live entertainment, vendors, food, music, art, and interactive experiences. The event is designed to be welcoming, accessible, and fun for the whole family, celebrating love, diversity, visibility, and community in Fort Bend County.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fort-bend-county-pride-presents-futuristic-pride-festival/" TargetMode="External"/><Relationship Id="rId10" Type="http://schemas.openxmlformats.org/officeDocument/2006/relationships/hyperlink" Target="https://www.fortbendcountypride.org/" TargetMode="External"/><Relationship Id="rId11" Type="http://schemas.openxmlformats.org/officeDocument/2006/relationships/hyperlink" Target="https://business.houstonlgbtchamber.com/eventcalendar/Details/fort-bend-county-pride-festival-futuristic-pride-1870913?sourceTypeId=Website" TargetMode="External"/><Relationship Id="rId12" Type="http://schemas.openxmlformats.org/officeDocument/2006/relationships/hyperlink" Target="https://www.fortbendcountypride.org/become-a-vendor" TargetMode="External"/><Relationship Id="rId13" Type="http://schemas.openxmlformats.org/officeDocument/2006/relationships/hyperlink" Target="https://www.fortbendcountypride.org/about" TargetMode="External"/><Relationship Id="rId14" Type="http://schemas.openxmlformats.org/officeDocument/2006/relationships/hyperlink" Target="https://montrosecenter.galaxydigital.com/need/detail/?need_id=1310575" TargetMode="External"/><Relationship Id="rId15" Type="http://schemas.openxmlformats.org/officeDocument/2006/relationships/hyperlink" Target="https://www.fortbendcountypride.org/fa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