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Folsom Street Fair 2026 Guide to San Francisco’s Queer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filled San Francisco’s SoMa district for Folsom Street Fair 2026, a long-running leather and fetish festival known for bold self-expression, playful spectacle and a strong sense of community. With event logistics, access details and street closures shaping the day, here’s what makes the fair matter beyond its eye-catching scenes.</w:t>
      </w:r>
      <w:r/>
    </w:p>
    <w:p>
      <w:pPr>
        <w:pStyle w:val="Heading2"/>
      </w:pPr>
      <w:r>
        <w:t>Folsom Street Fair remains gloriously unapologetic</w:t>
      </w:r>
      <w:r/>
    </w:p>
    <w:p>
      <w:r/>
      <w:r>
        <w:t>The biggest impression from Folsom Street Fair 2026 was its sheer energy. Under changeable September skies, tens of thousands of people gathered for a day where leather, latex, harnesses and creative performance were part of the visual landscape.</w:t>
      </w:r>
      <w:r/>
    </w:p>
    <w:p>
      <w:r/>
      <w:r>
        <w:t>There was plenty of adult-themed display, but the atmosphere was broader than shock value. The fair’s real draw was its mix of freedom, humour and queer camaraderie, with spectators and participants sharing the streets in a mood that felt celebratory rather than purely provocative.</w:t>
      </w:r>
      <w:r/>
    </w:p>
    <w:p>
      <w:pPr>
        <w:pStyle w:val="Heading2"/>
      </w:pPr>
      <w:r>
        <w:t>From protest to cultural landmark</w:t>
      </w:r>
      <w:r/>
    </w:p>
    <w:p>
      <w:r/>
      <w:r>
        <w:t>Folsom Street Fair began as a deliberately confrontational response to San Francisco’s changing social and economic landscape. Decades later, it has become one of the city’s most recognisable annual events, even as its original rebellious edge continues to matter.</w:t>
      </w:r>
      <w:r/>
    </w:p>
    <w:p>
      <w:r/>
      <w:r>
        <w:t>The official event information presents the fair as a community-led celebration supporting LGBTQ+ causes and related organisations. That charitable role gives the spectacle some useful context: this isn’t simply a flamboyant street party, but an event with an established civic and fundraising dimension.</w:t>
      </w:r>
      <w:r/>
    </w:p>
    <w:p>
      <w:pPr>
        <w:pStyle w:val="Heading2"/>
      </w:pPr>
      <w:r>
        <w:t>What visitors can expect on the day</w:t>
      </w:r>
      <w:r/>
    </w:p>
    <w:p>
      <w:r/>
      <w:r>
        <w:t>The fair brings together exhibitors, community groups, food vendors and performers across the SoMa area. Expect a dense, walkable crowd, loud music, eye-catching outfits and a friendly atmosphere that can shift quickly from theatrical to genuinely moving.</w:t>
      </w:r>
      <w:r/>
    </w:p>
    <w:p>
      <w:r/>
      <w:r>
        <w:t>Visitors should also remember that this is an adults-only event. Comfortable shoes, water and a flexible plan are sensible choices, particularly when moving between busy areas or waiting at entrances. If you’re photographing people, ask first; consent is part of the etiquette, not an optional extra.</w:t>
      </w:r>
      <w:r/>
    </w:p>
    <w:p>
      <w:pPr>
        <w:pStyle w:val="Heading2"/>
      </w:pPr>
      <w:r>
        <w:t>Getting around San Francisco during the fair</w:t>
      </w:r>
      <w:r/>
    </w:p>
    <w:p>
      <w:r/>
      <w:r>
        <w:t>Street closures and transport changes can make driving to the event more trouble than it’s worth. San Francisco’s transport guidance typically directs visitors towards public transport, walking and alternative routes while the fair is in progress.</w:t>
      </w:r>
      <w:r/>
    </w:p>
    <w:p>
      <w:r/>
      <w:r>
        <w:t>Check travel updates before setting out, particularly if you’re arriving from outside the city. The practical details may not be glamorous, but they can make the difference between starting the day excited and beginning it in a taxi queue with a dead phone.</w:t>
      </w:r>
      <w:r/>
    </w:p>
    <w:p>
      <w:pPr>
        <w:pStyle w:val="Heading2"/>
      </w:pPr>
      <w:r>
        <w:t>Why the fair still feels important</w:t>
      </w:r>
      <w:r/>
    </w:p>
    <w:p>
      <w:r/>
      <w:r>
        <w:t>San Francisco has changed dramatically, and long-standing residents often worry that its stranger, louder and more permissive traditions are being smoothed away. Folsom Street Fair pushes back against that beige version of the city, keeping space open for identities and desires that don’t fit neatly into polite public life.</w:t>
      </w:r>
      <w:r/>
    </w:p>
    <w:p>
      <w:r/>
      <w:r>
        <w:t>That’s why the event’s continuing popularity matters. Beneath the leather and theatricality is a simple message: visibility can be joyful, communal and politically meaningful. For many attendees, that sense of belonging is likely to linger longer than any single costume or performance.</w:t>
      </w:r>
      <w:r/>
    </w:p>
    <w:p>
      <w:r/>
      <w:r>
        <w:t>It’s a fair that proves San Francisco still knows how to make room for the wonderfully unexpected.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5">
        <w:r>
          <w:rPr>
            <w:color w:val="0000EE"/>
            <w:u w:val="single"/>
          </w:rPr>
          <w:t>[7]</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https://48hills.org/2026/09/live-shots-pervy-and-proud-at-folsom-street-fair/</w:t>
        </w:r>
      </w:hyperlink>
      <w:r>
        <w:t xml:space="preserve"> - Please view link - unable to able to access data</w:t>
      </w:r>
      <w:r/>
    </w:p>
    <w:p>
      <w:pPr>
        <w:pStyle w:val="ListNumber"/>
        <w:spacing w:line="240" w:lineRule="auto"/>
        <w:ind w:left="720"/>
      </w:pPr>
      <w:r/>
      <w:hyperlink r:id="rId10">
        <w:r>
          <w:rPr>
            <w:color w:val="0000EE"/>
            <w:u w:val="single"/>
          </w:rPr>
          <w:t>https://www.folsomstreet.org/folsom-street-fair</w:t>
        </w:r>
      </w:hyperlink>
      <w:r>
        <w:t xml:space="preserve"> - The Folsom Street Fair is scheduled for Sunday, September 27, 2026, from 11:00 AM to 6:00 PM. This annual event is the largest leather and kink gathering worldwide, marking the conclusion of San Francisco's Leather Pride season. The fair spans thirteen blocks in the SOMA district, featuring live entertainment, dance areas, and numerous vendors and community organisations from the leather, kink, and alternative sexuality communities. Entry is free, with a suggested donation supporting charitable beneficiaries. The event is outdoors and open to adults, emphasising a strict consent culture. The SOMA district is well-served by BART and Muni, with Powell Street and Civic Center stations a short walk from the fairgrounds.</w:t>
      </w:r>
      <w:r/>
    </w:p>
    <w:p>
      <w:pPr>
        <w:pStyle w:val="ListNumber"/>
        <w:spacing w:line="240" w:lineRule="auto"/>
        <w:ind w:left="720"/>
      </w:pPr>
      <w:r/>
      <w:hyperlink r:id="rId11">
        <w:r>
          <w:rPr>
            <w:color w:val="0000EE"/>
            <w:u w:val="single"/>
          </w:rPr>
          <w:t>https://eroticadvisor.com/en/erotic-events/united-states/california/san-francisco/folsom-street-fair-2026</w:t>
        </w:r>
      </w:hyperlink>
      <w:r>
        <w:t xml:space="preserve"> - The Folsom Street Fair 2026 is set for Sunday, September 27, 2026, from 11:00 to 18:00, covering thirteen blocks of San Francisco's SOMA district along Folsom Street between 7th and 12th streets. Now in its 42nd year, the fair is the world's largest leather and kink event and the closing centrepiece of San Francisco's Leather Pride season. The fair features leather and fetish gear, live entertainment across multiple stages, dance areas, and hundreds of vendors and community organisations from the leather, kink, and alternative sexuality communities. Entry is free, with a suggested donation collected at the gate, supporting the charitable beneficiaries of Folsom Street Events, the non-profit that produces the fair. The event is outdoors and open to adults, with a strict consent culture central to its operation. The SOMA district is well-served by BART and Muni, with Powell Street and Civic Center stations a short walk from the fair boundary.</w:t>
      </w:r>
      <w:r/>
    </w:p>
    <w:p>
      <w:pPr>
        <w:pStyle w:val="ListNumber"/>
        <w:spacing w:line="240" w:lineRule="auto"/>
        <w:ind w:left="720"/>
      </w:pPr>
      <w:r/>
      <w:hyperlink r:id="rId12">
        <w:r>
          <w:rPr>
            <w:color w:val="0000EE"/>
            <w:u w:val="single"/>
          </w:rPr>
          <w:t>https://www.folsomstreet.org/fsfexhibitorinstructions</w:t>
        </w:r>
      </w:hyperlink>
      <w:r>
        <w:t xml:space="preserve"> - Exhibitor instructions for the Folsom Street Fair 2026, scheduled for Sunday, September 27, 2026, from 11:00 AM to 6:00 PM, are detailed on the Folsom Street website. Exhibitors are required to check in with a QR code at the entry gate. Loading passes are mandatory for vehicles on the fairgrounds and can be obtained from the Folsom Street Fair exhibitor lead at the assigned entrance gate. Pre-ordered tables and chairs must be picked up from designated locations, with specific times provided. Limited tables and chairs will be available for rent onsite on a first-come, first-served basis. The instructions also outline load-in and load-out procedures, including arrival times, inspection requirements, and operating hours for food booths. Amplified sound is not permitted at exhibitor spaces, and electricity will not be provided. The guidelines emphasise the importance of adhering to these instructions to ensure a smooth and successful participation in the fair.</w:t>
      </w:r>
      <w:r/>
    </w:p>
    <w:p>
      <w:pPr>
        <w:pStyle w:val="ListNumber"/>
        <w:spacing w:line="240" w:lineRule="auto"/>
        <w:ind w:left="720"/>
      </w:pPr>
      <w:r/>
      <w:hyperlink r:id="rId13">
        <w:r>
          <w:rPr>
            <w:color w:val="0000EE"/>
            <w:u w:val="single"/>
          </w:rPr>
          <w:t>https://www.folsomstreet.org/faq</w:t>
        </w:r>
      </w:hyperlink>
      <w:r>
        <w:t xml:space="preserve"> - The Folsom Street Fair 2026, scheduled for Sunday, September 27, 2026, from 11:00 AM to 6:00 PM, will take place on Folsom Street between 7th and 13th Streets, and on 8th, 9th, 10th, 11th, and 12th Streets between Howard and Harrison, as well as Dore Street from Howard to its end. The fair features seven community stages with DJs and performers, along with exhibitor booths from gear makers, artists, clubs, and community organisations. The Playground, a space for women and for trans and non-binary attendees, is located on 10th Street between Howard and Folsom. Entry is by donation, with volunteers at the gates requesting $10 to $20. A donation provides a fair sticker that offers discounts at participating bars. The event is outdoors and open to adults, with a strict consent culture central to its operation. The SOMA district is well-served by BART and Muni, with Powell Street and Civic Center stations a short walk from the fairgrounds.</w:t>
      </w:r>
      <w:r/>
    </w:p>
    <w:p>
      <w:pPr>
        <w:pStyle w:val="ListNumber"/>
        <w:spacing w:line="240" w:lineRule="auto"/>
        <w:ind w:left="720"/>
      </w:pPr>
      <w:r/>
      <w:hyperlink r:id="rId14">
        <w:r>
          <w:rPr>
            <w:color w:val="0000EE"/>
            <w:u w:val="single"/>
          </w:rPr>
          <w:t>https://www.folsomstreet.org/fsffoodvendorinstructions</w:t>
        </w:r>
      </w:hyperlink>
      <w:r>
        <w:t xml:space="preserve"> - Food vendor instructions for the Folsom Street Fair 2026, scheduled for Sunday, September 27, 2026, from 11:00 AM to 6:00 PM, are provided on the Folsom Street website. Food booths must arrive between 8:00 AM and 8:50 AM and be ready for inspection by 10:00 AM. The only entrance for food booths is on 12th Street at Harrison. Vendors are expected to serve until at least 5:00 PM, with breakdown beginning at 6:00 PM and completion by 7:30 PM, including cleanup. Amplified sound is not permitted at food booth spaces, and electricity will not be provided. The guidelines emphasise the importance of adhering to these instructions to ensure a smooth and successful participation in the fair.</w:t>
      </w:r>
      <w:r/>
    </w:p>
    <w:p>
      <w:pPr>
        <w:pStyle w:val="ListNumber"/>
        <w:spacing w:line="240" w:lineRule="auto"/>
        <w:ind w:left="720"/>
      </w:pPr>
      <w:r/>
      <w:hyperlink r:id="rId15">
        <w:r>
          <w:rPr>
            <w:color w:val="0000EE"/>
            <w:u w:val="single"/>
          </w:rPr>
          <w:t>https://www.sfmta.com/travel-updates/folsom-street-fair-sunday-september-27-2026</w:t>
        </w:r>
      </w:hyperlink>
      <w:r>
        <w:t xml:space="preserve"> - The Folsom Street Fair 2026, scheduled for Sunday, September 27, 2026, from 11:00 AM to 6:00 PM, will impact several Muni routes and require street closures in the South of Market (SoMa) area. A temporary taxi stand for pick-up and drop-off will be located at 298 7th Street, on the west side corner of 7th and Folsom streets. Street closures will begin at 5:00 PM on Saturday, September 26, 2026, and continue until 5:00 AM on Monday, September 28, 2026, affecting Folsom Street between 8th and 13th streets, and 9th through 12th streets between Howard and Harrison streets, as well as all alleys and intersections bounded by 8th, Howard, 13th, and Harrison streets. Muni routes 9 San Bruno, 12 Folsom/Pacific, 19 Polk, and 27 Bryant will be affected, with reroutes in place during the event. Attendees are advised to plan their travel accordingly and stay informed about the event's impact on local transportation and traffic.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48hills.org/2026/09/live-shots-pervy-and-proud-at-folsom-street-fair/" TargetMode="External"/><Relationship Id="rId10" Type="http://schemas.openxmlformats.org/officeDocument/2006/relationships/hyperlink" Target="https://www.folsomstreet.org/folsom-street-fair" TargetMode="External"/><Relationship Id="rId11" Type="http://schemas.openxmlformats.org/officeDocument/2006/relationships/hyperlink" Target="https://eroticadvisor.com/en/erotic-events/united-states/california/san-francisco/folsom-street-fair-2026" TargetMode="External"/><Relationship Id="rId12" Type="http://schemas.openxmlformats.org/officeDocument/2006/relationships/hyperlink" Target="https://www.folsomstreet.org/fsfexhibitorinstructions" TargetMode="External"/><Relationship Id="rId13" Type="http://schemas.openxmlformats.org/officeDocument/2006/relationships/hyperlink" Target="https://www.folsomstreet.org/faq" TargetMode="External"/><Relationship Id="rId14" Type="http://schemas.openxmlformats.org/officeDocument/2006/relationships/hyperlink" Target="https://www.folsomstreet.org/fsffoodvendorinstructions" TargetMode="External"/><Relationship Id="rId15" Type="http://schemas.openxmlformats.org/officeDocument/2006/relationships/hyperlink" Target="https://www.sfmta.com/travel-updates/folsom-street-fair-sunday-september-27-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