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Annapolis Pride Parade Travel Tips for Saturday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heading to Annapolis for the Pride Parade and Festival should expect rolling road closures, altered parking and a free shuttle on Saturday. The parade starts at 11am, while the festival follows at Bates Athletic Complex from noon to roughly 6pm, making a little route planning the key to enjoying the day without the usual city-centre scramble.</w:t>
      </w:r>
      <w:r/>
    </w:p>
    <w:p>
      <w:pPr>
        <w:pStyle w:val="Heading2"/>
      </w:pPr>
      <w:r>
        <w:t>Essential Takeaways</w:t>
      </w:r>
      <w:r/>
      <w:r/>
    </w:p>
    <w:p>
      <w:pPr>
        <w:pStyle w:val="ListBullet"/>
        <w:spacing w:line="240" w:lineRule="auto"/>
        <w:ind w:left="720"/>
      </w:pPr>
      <w:r/>
      <w:r>
        <w:rPr>
          <w:b/>
        </w:rPr>
        <w:t>Parade route:</w:t>
      </w:r>
      <w:r>
        <w:t xml:space="preserve"> The procession begins at Calvert and Bladen streets at 11am and finishes near Amos Garrett Boulevard.</w:t>
      </w:r>
      <w:r/>
    </w:p>
    <w:p>
      <w:pPr>
        <w:pStyle w:val="ListBullet"/>
        <w:spacing w:line="240" w:lineRule="auto"/>
        <w:ind w:left="720"/>
      </w:pPr>
      <w:r/>
      <w:r>
        <w:rPr>
          <w:b/>
        </w:rPr>
        <w:t>Early closures:</w:t>
      </w:r>
      <w:r>
        <w:t xml:space="preserve"> St John’s Street, Bloomsbury Square Street and part of Calvert Street close from 3am until 1pm.</w:t>
      </w:r>
      <w:r/>
    </w:p>
    <w:p>
      <w:pPr>
        <w:pStyle w:val="ListBullet"/>
        <w:spacing w:line="240" w:lineRule="auto"/>
        <w:ind w:left="720"/>
      </w:pPr>
      <w:r/>
      <w:r>
        <w:rPr>
          <w:b/>
        </w:rPr>
        <w:t>Festival timing:</w:t>
      </w:r>
      <w:r>
        <w:t xml:space="preserve"> Bates Athletic Complex hosts the afternoon celebration from noon until about 6pm.</w:t>
      </w:r>
      <w:r/>
    </w:p>
    <w:p>
      <w:pPr>
        <w:pStyle w:val="ListBullet"/>
        <w:spacing w:line="240" w:lineRule="auto"/>
        <w:ind w:left="720"/>
      </w:pPr>
      <w:r/>
      <w:r>
        <w:rPr>
          <w:b/>
        </w:rPr>
        <w:t>Parking options:</w:t>
      </w:r>
      <w:r>
        <w:t xml:space="preserve"> City garages and Navy-Marine Corps Memorial Stadium offer paid parking, while the State Garage provides free weekend parking.</w:t>
      </w:r>
      <w:r/>
    </w:p>
    <w:p>
      <w:pPr>
        <w:pStyle w:val="ListBullet"/>
        <w:spacing w:line="240" w:lineRule="auto"/>
        <w:ind w:left="720"/>
      </w:pPr>
      <w:r/>
      <w:r>
        <w:rPr>
          <w:b/>
        </w:rPr>
        <w:t>Transport help:</w:t>
      </w:r>
      <w:r>
        <w:t xml:space="preserve"> A free shuttle links the stadium with the parade area in the morning and the festival in the afternoon.</w:t>
      </w:r>
      <w:r/>
      <w:r/>
    </w:p>
    <w:p>
      <w:pPr>
        <w:pStyle w:val="Heading2"/>
      </w:pPr>
      <w:r>
        <w:t>Annapolis Pride brings a colourful Saturday to the city</w:t>
      </w:r>
      <w:r/>
    </w:p>
    <w:p>
      <w:r/>
      <w:r>
        <w:t>Annapolis will be busier than usual on Saturday as the Pride Parade winds through the historic city centre, with crowds expected along Calvert Street, Northwest Street, Church Circle and West Street. The event has a bright, communal feel, but visitors will need to remember that the road network won't operate normally.</w:t>
      </w:r>
      <w:r/>
    </w:p>
    <w:p>
      <w:r/>
      <w:r>
        <w:t xml:space="preserve">The parade sets off at 11am from the junction of Calvert and Bladen streets. It then moves through several central streets before ending at Amos Garrett Boulevard, with closures lifting progressively as the procession passes. (According to the parade information from Annapolis Pride.) </w:t>
      </w:r>
      <w:hyperlink r:id="rId9">
        <w:r>
          <w:rPr>
            <w:color w:val="0000EE"/>
            <w:u w:val="single"/>
          </w:rPr>
          <w:t>[3]</w:t>
        </w:r>
      </w:hyperlink>
      <w:r>
        <w:t xml:space="preserve">, </w:t>
      </w:r>
      <w:hyperlink r:id="rId10">
        <w:r>
          <w:rPr>
            <w:color w:val="0000EE"/>
            <w:u w:val="single"/>
          </w:rPr>
          <w:t>[4]</w:t>
        </w:r>
      </w:hyperlink>
      <w:r/>
    </w:p>
    <w:p>
      <w:r/>
      <w:r>
        <w:t xml:space="preserve">The festival begins at midday, giving visitors an easy reason to stay in town after the final floats and performers have gone by. Bates Athletic Complex will host the afternoon programme until around 6pm, creating a second gathering point away from the main parade route. </w:t>
      </w:r>
      <w:hyperlink r:id="rId10">
        <w:r>
          <w:rPr>
            <w:color w:val="0000EE"/>
            <w:u w:val="single"/>
          </w:rPr>
          <w:t>[4]</w:t>
        </w:r>
      </w:hyperlink>
      <w:r>
        <w:t xml:space="preserve">, </w:t>
      </w:r>
      <w:hyperlink r:id="rId11">
        <w:r>
          <w:rPr>
            <w:color w:val="0000EE"/>
            <w:u w:val="single"/>
          </w:rPr>
          <w:t>[5]</w:t>
        </w:r>
      </w:hyperlink>
      <w:r/>
    </w:p>
    <w:p>
      <w:pPr>
        <w:pStyle w:val="Heading2"/>
      </w:pPr>
      <w:r>
        <w:t>Road closures start before most visitors arrive</w:t>
      </w:r>
      <w:r/>
    </w:p>
    <w:p>
      <w:r/>
      <w:r>
        <w:t>The earliest restrictions begin at 3am, when St John’s Street, Bloomsbury Square Street and part of Calvert Street close to prepare for the event. That's especially important for residents, hotel guests and anyone planning an early drive into the centre.</w:t>
      </w:r>
      <w:r/>
    </w:p>
    <w:p>
      <w:r/>
      <w:r>
        <w:t xml:space="preserve">Additional rolling closures will follow the parade as it travels along the route. In practical terms, a road that looks open at breakfast may be restricted later in the morning, so drivers should avoid relying on a last-minute sat-nav route. </w:t>
      </w:r>
      <w:hyperlink r:id="rId9">
        <w:r>
          <w:rPr>
            <w:color w:val="0000EE"/>
            <w:u w:val="single"/>
          </w:rPr>
          <w:t>[3]</w:t>
        </w:r>
      </w:hyperlink>
      <w:r>
        <w:t xml:space="preserve">, </w:t>
      </w:r>
      <w:hyperlink r:id="rId10">
        <w:r>
          <w:rPr>
            <w:color w:val="0000EE"/>
            <w:u w:val="single"/>
          </w:rPr>
          <w:t>[4]</w:t>
        </w:r>
      </w:hyperlink>
      <w:r/>
    </w:p>
    <w:p>
      <w:r/>
      <w:r>
        <w:t xml:space="preserve">The City of Annapolis regularly uses temporary traffic arrangements for major public events, and its notices remain the best place to check for any updates before setting off. A few extra minutes spent checking the route could save a much longer conversation with a road barrier. </w:t>
      </w:r>
      <w:hyperlink r:id="rId12">
        <w:r>
          <w:rPr>
            <w:color w:val="0000EE"/>
            <w:u w:val="single"/>
          </w:rPr>
          <w:t>[2]</w:t>
        </w:r>
      </w:hyperlink>
      <w:r>
        <w:t xml:space="preserve">, </w:t>
      </w:r>
      <w:hyperlink r:id="rId13">
        <w:r>
          <w:rPr>
            <w:color w:val="0000EE"/>
            <w:u w:val="single"/>
          </w:rPr>
          <w:t>[6]</w:t>
        </w:r>
      </w:hyperlink>
      <w:r/>
    </w:p>
    <w:p>
      <w:pPr>
        <w:pStyle w:val="Heading2"/>
      </w:pPr>
      <w:r>
        <w:t>Where to park for the Annapolis Pride Festival</w:t>
      </w:r>
      <w:r/>
    </w:p>
    <w:p>
      <w:r/>
      <w:r>
        <w:t xml:space="preserve">Visitors who prefer to drive can use paid parking at Navy-Marine Corps Memorial Stadium and several city garages. The State Garage at Calvert and St John’s streets is a particularly useful option because weekend parking is free, although spaces are likely to be popular. </w:t>
      </w:r>
      <w:hyperlink r:id="rId9">
        <w:r>
          <w:rPr>
            <w:color w:val="0000EE"/>
            <w:u w:val="single"/>
          </w:rPr>
          <w:t>[3]</w:t>
        </w:r>
      </w:hyperlink>
      <w:r>
        <w:t xml:space="preserve">, </w:t>
      </w:r>
      <w:hyperlink r:id="rId10">
        <w:r>
          <w:rPr>
            <w:color w:val="0000EE"/>
            <w:u w:val="single"/>
          </w:rPr>
          <w:t>[4]</w:t>
        </w:r>
      </w:hyperlink>
      <w:r/>
    </w:p>
    <w:p>
      <w:r/>
      <w:r>
        <w:t>Parking close to the parade route may sound convenient, but it can become awkward once streets close and pedestrians fill the centre. The stadium is a practical alternative for anyone happy to park farther out and use the event shuttle instead.</w:t>
      </w:r>
      <w:r/>
    </w:p>
    <w:p>
      <w:r/>
      <w:r>
        <w:t xml:space="preserve">The parking guidance also makes clear why arriving early matters. Popular spaces can disappear quickly, and leaving the car outside the most congested area usually means a calmer walk or shuttle ride later. </w:t>
      </w:r>
      <w:hyperlink r:id="rId9">
        <w:r>
          <w:rPr>
            <w:color w:val="0000EE"/>
            <w:u w:val="single"/>
          </w:rPr>
          <w:t>[3]</w:t>
        </w:r>
      </w:hyperlink>
      <w:r/>
    </w:p>
    <w:p>
      <w:pPr>
        <w:pStyle w:val="Heading2"/>
      </w:pPr>
      <w:r>
        <w:t>The free shuttle makes the stadium a smart choice</w:t>
      </w:r>
      <w:r/>
    </w:p>
    <w:p>
      <w:r/>
      <w:r>
        <w:t>A free shuttle will run between the stadium and the parade area during the morning. In the afternoon, it will connect the stadium with Bates Athletic Complex, helping visitors move between the two main parts of the event without moving their cars.</w:t>
      </w:r>
      <w:r/>
    </w:p>
    <w:p>
      <w:r/>
      <w:r>
        <w:t xml:space="preserve">That arrangement should appeal to families, older visitors and anyone carrying bags, water or festival essentials. It also offers a less stressful way to experience both the parade and the festival, rather than choosing one and battling through traffic afterwards. </w:t>
      </w:r>
      <w:hyperlink r:id="rId9">
        <w:r>
          <w:rPr>
            <w:color w:val="0000EE"/>
            <w:u w:val="single"/>
          </w:rPr>
          <w:t>[3]</w:t>
        </w:r>
      </w:hyperlink>
      <w:r>
        <w:t xml:space="preserve">, </w:t>
      </w:r>
      <w:hyperlink r:id="rId10">
        <w:r>
          <w:rPr>
            <w:color w:val="0000EE"/>
            <w:u w:val="single"/>
          </w:rPr>
          <w:t>[4]</w:t>
        </w:r>
      </w:hyperlink>
      <w:r/>
    </w:p>
    <w:p>
      <w:r/>
      <w:r>
        <w:t xml:space="preserve">Shuttle timings and operating details can change around live road conditions, so visitors should check the latest event information before travelling. Even so, the service is one of the day's most useful practical features. </w:t>
      </w:r>
      <w:hyperlink r:id="rId9">
        <w:r>
          <w:rPr>
            <w:color w:val="0000EE"/>
            <w:u w:val="single"/>
          </w:rPr>
          <w:t>[3]</w:t>
        </w:r>
      </w:hyperlink>
      <w:r>
        <w:t xml:space="preserve">, </w:t>
      </w:r>
      <w:hyperlink r:id="rId11">
        <w:r>
          <w:rPr>
            <w:color w:val="0000EE"/>
            <w:u w:val="single"/>
          </w:rPr>
          <w:t>[5]</w:t>
        </w:r>
      </w:hyperlink>
      <w:r/>
    </w:p>
    <w:p>
      <w:pPr>
        <w:pStyle w:val="Heading2"/>
      </w:pPr>
      <w:r>
        <w:t>Ryan Cassata leads the entertainment line-up</w:t>
      </w:r>
      <w:r/>
    </w:p>
    <w:p>
      <w:r/>
      <w:r>
        <w:t>Singer-songwriter Ryan Cassata will serve as grand marshal and headline entertainer, adding a live music focus to the parade and festival programme. His appearance gives the event a recognisable centrepiece beyond the procession itself.</w:t>
      </w:r>
      <w:r/>
    </w:p>
    <w:p>
      <w:r/>
      <w:r>
        <w:t xml:space="preserve">This year's October date is also notable. Annapolis Pride is usually held in June, but organisers moved the event to autumn, following a similar shift last year after poor weather affected the original schedule. </w:t>
      </w:r>
      <w:hyperlink r:id="rId10">
        <w:r>
          <w:rPr>
            <w:color w:val="0000EE"/>
            <w:u w:val="single"/>
          </w:rPr>
          <w:t>[4]</w:t>
        </w:r>
      </w:hyperlink>
      <w:r>
        <w:t xml:space="preserve">, </w:t>
      </w:r>
      <w:hyperlink r:id="rId11">
        <w:r>
          <w:rPr>
            <w:color w:val="0000EE"/>
            <w:u w:val="single"/>
          </w:rPr>
          <w:t>[5]</w:t>
        </w:r>
      </w:hyperlink>
      <w:r/>
    </w:p>
    <w:p>
      <w:r/>
      <w:r>
        <w:t>For visitors, the later timing may mean cooler air and a different atmosphere from a traditional summer Pride. Either way, comfortable shoes, a light layer and a plan for getting between venues should make the day considerably easier.</w:t>
      </w:r>
      <w:r/>
    </w:p>
    <w:p>
      <w:pPr>
        <w:pStyle w:val="Heading2"/>
      </w:pPr>
      <w:r>
        <w:t>A little planning will make Pride day smoother</w:t>
      </w:r>
      <w:r/>
    </w:p>
    <w:p>
      <w:r/>
      <w:r>
        <w:t>The simplest strategy is to choose your arrival point first, then decide whether you'll walk, park centrally or use the stadium shuttle. If you're aiming for the parade, arrive before 11am and expect some streets to be closed well ahead of the start.</w:t>
      </w:r>
      <w:r/>
    </w:p>
    <w:p>
      <w:r/>
      <w:r>
        <w:t xml:space="preserve">Those heading to the festival can avoid the busiest central roads by going straight to Bates Athletic Complex or parking at the stadium and using the shuttle. Keep valuables out of sight, allow time for queues and check official updates before leaving home. </w:t>
      </w:r>
      <w:hyperlink r:id="rId12">
        <w:r>
          <w:rPr>
            <w:color w:val="0000EE"/>
            <w:u w:val="single"/>
          </w:rPr>
          <w:t>[2]</w:t>
        </w:r>
      </w:hyperlink>
      <w:r>
        <w:t xml:space="preserve">, </w:t>
      </w:r>
      <w:hyperlink r:id="rId9">
        <w:r>
          <w:rPr>
            <w:color w:val="0000EE"/>
            <w:u w:val="single"/>
          </w:rPr>
          <w:t>[3]</w:t>
        </w:r>
      </w:hyperlink>
      <w:r>
        <w:t xml:space="preserve">, </w:t>
      </w:r>
      <w:hyperlink r:id="rId10">
        <w:r>
          <w:rPr>
            <w:color w:val="0000EE"/>
            <w:u w:val="single"/>
          </w:rPr>
          <w:t>[4]</w:t>
        </w:r>
      </w:hyperlink>
      <w:r/>
    </w:p>
    <w:p>
      <w:r/>
      <w:r>
        <w:t>Annapolis Pride is designed to be welcoming and lively, and the traffic changes are a small trade-off for a large public celebration. Plan the journey, then enjoy the colour, music and community spirit.</w:t>
      </w:r>
      <w:r/>
    </w:p>
    <w:p>
      <w:r/>
      <w:r>
        <w:t>Plan ahead, park smartly and let the parade do the moving.</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0">
        <w:r>
          <w:rPr>
            <w:color w:val="0000EE"/>
            <w:u w:val="single"/>
          </w:rPr>
          <w:t>[4]</w:t>
        </w:r>
      </w:hyperlink>
      <w:r>
        <w:t xml:space="preserve">, </w:t>
      </w:r>
      <w:hyperlink r:id="rId11">
        <w:r>
          <w:rPr>
            <w:color w:val="0000EE"/>
            <w:u w:val="single"/>
          </w:rPr>
          <w:t>[5]</w:t>
        </w:r>
      </w:hyperlink>
      <w:r>
        <w:t xml:space="preserve">- Paragraph 3: </w:t>
      </w:r>
      <w:hyperlink r:id="rId9">
        <w:r>
          <w:rPr>
            <w:color w:val="0000EE"/>
            <w:u w:val="single"/>
          </w:rPr>
          <w:t>[3]</w:t>
        </w:r>
      </w:hyperlink>
      <w:r>
        <w:t xml:space="preserve">, </w:t>
      </w:r>
      <w:hyperlink r:id="rId10">
        <w:r>
          <w:rPr>
            <w:color w:val="0000EE"/>
            <w:u w:val="single"/>
          </w:rPr>
          <w:t>[4]</w:t>
        </w:r>
      </w:hyperlink>
      <w:r>
        <w:t xml:space="preserve">- Paragraph 4: </w:t>
      </w:r>
      <w:hyperlink r:id="rId12">
        <w:r>
          <w:rPr>
            <w:color w:val="0000EE"/>
            <w:u w:val="single"/>
          </w:rPr>
          <w:t>[2]</w:t>
        </w:r>
      </w:hyperlink>
      <w:r>
        <w:t xml:space="preserve">, </w:t>
      </w:r>
      <w:hyperlink r:id="rId13">
        <w:r>
          <w:rPr>
            <w:color w:val="0000EE"/>
            <w:u w:val="single"/>
          </w:rPr>
          <w:t>[6]</w:t>
        </w:r>
      </w:hyperlink>
      <w:r>
        <w:t xml:space="preserve">- Paragraph 5: </w:t>
      </w:r>
      <w:hyperlink r:id="rId9">
        <w:r>
          <w:rPr>
            <w:color w:val="0000EE"/>
            <w:u w:val="single"/>
          </w:rPr>
          <w:t>[3]</w:t>
        </w:r>
      </w:hyperlink>
      <w:r>
        <w:t xml:space="preserve">, </w:t>
      </w:r>
      <w:hyperlink r:id="rId10">
        <w:r>
          <w:rPr>
            <w:color w:val="0000EE"/>
            <w:u w:val="single"/>
          </w:rPr>
          <w:t>[4]</w:t>
        </w:r>
      </w:hyperlink>
      <w:r>
        <w:t xml:space="preserve">- Paragraph 6: </w:t>
      </w:r>
      <w:hyperlink r:id="rId9">
        <w:r>
          <w:rPr>
            <w:color w:val="0000EE"/>
            <w:u w:val="single"/>
          </w:rPr>
          <w:t>[3]</w:t>
        </w:r>
      </w:hyperlink>
      <w:r>
        <w:t xml:space="preserve">- Paragraph 7: </w:t>
      </w:r>
      <w:hyperlink r:id="rId9">
        <w:r>
          <w:rPr>
            <w:color w:val="0000EE"/>
            <w:u w:val="single"/>
          </w:rPr>
          <w:t>[3]</w:t>
        </w:r>
      </w:hyperlink>
      <w:r>
        <w:t xml:space="preserve">, </w:t>
      </w:r>
      <w:hyperlink r:id="rId10">
        <w:r>
          <w:rPr>
            <w:color w:val="0000EE"/>
            <w:u w:val="single"/>
          </w:rPr>
          <w:t>[4]</w:t>
        </w:r>
      </w:hyperlink>
      <w:r>
        <w:t xml:space="preserve">- Paragraph 8: </w:t>
      </w:r>
      <w:hyperlink r:id="rId9">
        <w:r>
          <w:rPr>
            <w:color w:val="0000EE"/>
            <w:u w:val="single"/>
          </w:rPr>
          <w:t>[3]</w:t>
        </w:r>
      </w:hyperlink>
      <w:r>
        <w:t xml:space="preserve">, </w:t>
      </w:r>
      <w:hyperlink r:id="rId11">
        <w:r>
          <w:rPr>
            <w:color w:val="0000EE"/>
            <w:u w:val="single"/>
          </w:rPr>
          <w:t>[5]</w:t>
        </w:r>
      </w:hyperlink>
      <w:r>
        <w:t xml:space="preserve">- Paragraph 9: </w:t>
      </w:r>
      <w:hyperlink r:id="rId10">
        <w:r>
          <w:rPr>
            <w:color w:val="0000EE"/>
            <w:u w:val="single"/>
          </w:rPr>
          <w:t>[4]</w:t>
        </w:r>
      </w:hyperlink>
      <w:r>
        <w:t xml:space="preserve">, </w:t>
      </w:r>
      <w:hyperlink r:id="rId11">
        <w:r>
          <w:rPr>
            <w:color w:val="0000EE"/>
            <w:u w:val="single"/>
          </w:rPr>
          <w:t>[5]</w:t>
        </w:r>
      </w:hyperlink>
      <w:r>
        <w:t xml:space="preserve">- Paragraph 10: </w:t>
      </w:r>
      <w:hyperlink r:id="rId12">
        <w:r>
          <w:rPr>
            <w:color w:val="0000EE"/>
            <w:u w:val="single"/>
          </w:rPr>
          <w:t>[2]</w:t>
        </w:r>
      </w:hyperlink>
      <w:r>
        <w:t xml:space="preserve">, </w:t>
      </w:r>
      <w:hyperlink r:id="rId9">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https://www.wmar2news.com/local/annapolis-pride-parade-to-bring-road-closures-parking-changes-on-saturday</w:t>
        </w:r>
      </w:hyperlink>
      <w:r>
        <w:t xml:space="preserve"> - Please view link - unable to able to access data</w:t>
      </w:r>
      <w:r/>
    </w:p>
    <w:p>
      <w:pPr>
        <w:pStyle w:val="ListNumber"/>
        <w:spacing w:line="240" w:lineRule="auto"/>
        <w:ind w:left="720"/>
      </w:pPr>
      <w:r/>
      <w:hyperlink r:id="rId12">
        <w:r>
          <w:rPr>
            <w:color w:val="0000EE"/>
            <w:u w:val="single"/>
          </w:rPr>
          <w:t>https://www.annapolis.gov/m/newsflash/Home/Detail/2026</w:t>
        </w:r>
      </w:hyperlink>
      <w:r>
        <w:t xml:space="preserve"> - The City of Annapolis announced the 2026 Pride Parade and Festival, scheduled for Saturday, October 18. The parade will commence at 11 a.m. at Calvert and Bladen streets, proceeding along Calvert Street, Northwest Street, Church Circle, West Street, and concluding at Amos Garrett Boulevard. The festival will take place from noon until approximately 6 p.m. at the Bates Athletic Complex. Road closures include St. John’s Street, Bloomsbury Square Street, and part of Calvert Street from 3 a.m. to 1 p.m., with rolling closures along the parade route. Parking options include paid parking at Navy-Marine Corps Memorial Stadium and various city garages, with free weekend parking at the State Garage on Calvert and St. John’s streets. A free shuttle service will operate from the stadium to the parade area in the morning and between the stadium and festival in the afternoon. (</w:t>
      </w:r>
      <w:hyperlink r:id="rId15">
        <w:r>
          <w:rPr>
            <w:color w:val="0000EE"/>
            <w:u w:val="single"/>
          </w:rPr>
          <w:t>annapolis.gov</w:t>
        </w:r>
      </w:hyperlink>
      <w:r>
        <w:t>)</w:t>
      </w:r>
      <w:r/>
    </w:p>
    <w:p>
      <w:pPr>
        <w:pStyle w:val="ListNumber"/>
        <w:spacing w:line="240" w:lineRule="auto"/>
        <w:ind w:left="720"/>
      </w:pPr>
      <w:r/>
      <w:hyperlink r:id="rId9">
        <w:r>
          <w:rPr>
            <w:color w:val="0000EE"/>
            <w:u w:val="single"/>
          </w:rPr>
          <w:t>https://www.annapolispride.org/wp-content/uploads/2025/08/2025-Parade-Parking-FAQ.pdf</w:t>
        </w:r>
      </w:hyperlink>
      <w:r>
        <w:t xml:space="preserve"> - Annapolis Pride provides detailed parking information for the 2025 Parade and Festival. The recommended parking location is the Navy-Marine Corps Memorial Stadium (NMCMS), accessible via Gate 1 from Farragut Ave near Rowe Blvd. Parking costs $15 per vehicle, payable by credit or debit card, and this fee also covers attendance at the stadium's evening soccer matches. Visitors are discouraged from parking in residential areas due to strict enforcement of parking violations. (</w:t>
      </w:r>
      <w:hyperlink r:id="rId16">
        <w:r>
          <w:rPr>
            <w:color w:val="0000EE"/>
            <w:u w:val="single"/>
          </w:rPr>
          <w:t>annapolispride.org</w:t>
        </w:r>
      </w:hyperlink>
      <w:r>
        <w:t>)</w:t>
      </w:r>
      <w:r/>
    </w:p>
    <w:p>
      <w:pPr>
        <w:pStyle w:val="ListNumber"/>
        <w:spacing w:line="240" w:lineRule="auto"/>
        <w:ind w:left="720"/>
      </w:pPr>
      <w:r/>
      <w:hyperlink r:id="rId10">
        <w:r>
          <w:rPr>
            <w:color w:val="0000EE"/>
            <w:u w:val="single"/>
          </w:rPr>
          <w:t>https://www.annapolispride.org/parade-info/</w:t>
        </w:r>
      </w:hyperlink>
      <w:r>
        <w:t xml:space="preserve"> - Annapolis Pride offers comprehensive information about the Parade and Festival, including maps, vendor lists, and entertainment lineups. The event features three stages of entertainment and a float contest with awards for various categories. Volunteer sign-ups are available, and the organisation is committed to accessibility, providing ASL interpreters and designated areas for individuals with mobility issues. Attendees can receive real-time alerts by texting 'PRIDE25' to 38276. (</w:t>
      </w:r>
      <w:hyperlink r:id="rId17">
        <w:r>
          <w:rPr>
            <w:color w:val="0000EE"/>
            <w:u w:val="single"/>
          </w:rPr>
          <w:t>annapolispride.org</w:t>
        </w:r>
      </w:hyperlink>
      <w:r>
        <w:t>)</w:t>
      </w:r>
      <w:r/>
    </w:p>
    <w:p>
      <w:pPr>
        <w:pStyle w:val="ListNumber"/>
        <w:spacing w:line="240" w:lineRule="auto"/>
        <w:ind w:left="720"/>
      </w:pPr>
      <w:r/>
      <w:hyperlink r:id="rId11">
        <w:r>
          <w:rPr>
            <w:color w:val="0000EE"/>
            <w:u w:val="single"/>
          </w:rPr>
          <w:t>https://www.annapolispride.org/</w:t>
        </w:r>
      </w:hyperlink>
      <w:r>
        <w:t xml:space="preserve"> - Annapolis Pride is a grassroots, volunteer organisation dedicated to creating a safe and welcoming environment for the LGBTQ+ community in Annapolis and Anne Arundel County. The organisation hosts annual Pride events, including the Parade and Festival, and offers resources and support for the community. Their mission is to advocate for, empower, and celebrate the LGBTQ+ community to live fully and authentically. (</w:t>
      </w:r>
      <w:hyperlink r:id="rId18">
        <w:r>
          <w:rPr>
            <w:color w:val="0000EE"/>
            <w:u w:val="single"/>
          </w:rPr>
          <w:t>annapolispride.org</w:t>
        </w:r>
      </w:hyperlink>
      <w:r>
        <w:t>)</w:t>
      </w:r>
      <w:r/>
    </w:p>
    <w:p>
      <w:pPr>
        <w:pStyle w:val="ListNumber"/>
        <w:spacing w:line="240" w:lineRule="auto"/>
        <w:ind w:left="720"/>
      </w:pPr>
      <w:r/>
      <w:hyperlink r:id="rId13">
        <w:r>
          <w:rPr>
            <w:color w:val="0000EE"/>
            <w:u w:val="single"/>
          </w:rPr>
          <w:t>https://www.annapolis.gov/m/newsflash/home/detail/1458</w:t>
        </w:r>
      </w:hyperlink>
      <w:r>
        <w:t xml:space="preserve"> - The City of Annapolis announced the 2020 Pride Parade and Festival, scheduled for Saturday, June 4. The festival will take place on Inner West Street between Church Circle and Calvert Streets at the conclusion of the parade. Road closures include rolling closures along the parade route on West and Calvert Streets, with West Street closed between Calvert Street and Church Circle for both the parade and festival, beginning at 12 p.m. until after the conclusion of Inner West Street’s Dinner Under the Stars. Parking options include paid parking at city garages such as Park Place, Gotts, and Knighton. (</w:t>
      </w:r>
      <w:hyperlink r:id="rId19">
        <w:r>
          <w:rPr>
            <w:color w:val="0000EE"/>
            <w:u w:val="single"/>
          </w:rPr>
          <w:t>annapolis.gov</w:t>
        </w:r>
      </w:hyperlink>
      <w:r>
        <w:t>)</w:t>
      </w:r>
      <w:r/>
    </w:p>
    <w:p>
      <w:pPr>
        <w:pStyle w:val="ListNumber"/>
        <w:spacing w:line="240" w:lineRule="auto"/>
        <w:ind w:left="720"/>
      </w:pPr>
      <w:r/>
      <w:hyperlink r:id="rId14">
        <w:r>
          <w:rPr>
            <w:color w:val="0000EE"/>
            <w:u w:val="single"/>
          </w:rPr>
          <w:t>https://www.wmar2news.com/local/annapolis-pride-parade-to-bring-road-closures-parking-changes-on-saturday</w:t>
        </w:r>
      </w:hyperlink>
      <w:r>
        <w:t xml:space="preserve"> - The Annapolis Pride Parade and Festival is scheduled for Saturday, bringing road closures and parking restrictions to parts of the city. The parade begins at 11 a.m. at Calvert and Bladen streets, traveling along Calvert Street, Northwest Street, Church Circle, West Street, and ending at Amos Garrett Boulevard. The festival runs from noon until about 6 p.m. at the Bates Athletic Complex. St. John’s Street, Bloomsbury Square Street, and part of Calvert Street will be closed from 3 a.m. until 1 p.m., with rolling road closures along the parade route. Paid parking is available at Navy-Marine Corps Memorial Stadium and several city garages, with free weekend parking at the State Garage at Calvert and St. John’s streets. A free shuttle will run from the stadium to the parade area in the morning and between the stadium and festival in the afternoon. Singer-songwriter Ryan Cassata will serve as grand marshal and headline entertainer. The Annapolis Pride Parade and Festival is typically held in June, but organisers moved this year’s event to October.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nnapolispride.org/wp-content/uploads/2025/08/2025-Parade-Parking-FAQ.pdf" TargetMode="External"/><Relationship Id="rId10" Type="http://schemas.openxmlformats.org/officeDocument/2006/relationships/hyperlink" Target="https://www.annapolispride.org/parade-info/" TargetMode="External"/><Relationship Id="rId11" Type="http://schemas.openxmlformats.org/officeDocument/2006/relationships/hyperlink" Target="https://www.annapolispride.org/" TargetMode="External"/><Relationship Id="rId12" Type="http://schemas.openxmlformats.org/officeDocument/2006/relationships/hyperlink" Target="https://www.annapolis.gov/m/newsflash/Home/Detail/2026" TargetMode="External"/><Relationship Id="rId13" Type="http://schemas.openxmlformats.org/officeDocument/2006/relationships/hyperlink" Target="https://www.annapolis.gov/m/newsflash/home/detail/1458" TargetMode="External"/><Relationship Id="rId14" Type="http://schemas.openxmlformats.org/officeDocument/2006/relationships/hyperlink" Target="https://www.wmar2news.com/local/annapolis-pride-parade-to-bring-road-closures-parking-changes-on-saturday" TargetMode="External"/><Relationship Id="rId15" Type="http://schemas.openxmlformats.org/officeDocument/2006/relationships/hyperlink" Target="https://www.annapolis.gov/m/newsflash/Home/Detail/2026?utm_source=openai" TargetMode="External"/><Relationship Id="rId16" Type="http://schemas.openxmlformats.org/officeDocument/2006/relationships/hyperlink" Target="https://www.annapolispride.org/wp-content/uploads/2025/08/2025-Parade-Parking-FAQ.pdf?utm_source=openai" TargetMode="External"/><Relationship Id="rId17" Type="http://schemas.openxmlformats.org/officeDocument/2006/relationships/hyperlink" Target="https://www.annapolispride.org/parade-info/?utm_source=openai" TargetMode="External"/><Relationship Id="rId18" Type="http://schemas.openxmlformats.org/officeDocument/2006/relationships/hyperlink" Target="https://www.annapolispride.org/?utm_source=openai" TargetMode="External"/><Relationship Id="rId19" Type="http://schemas.openxmlformats.org/officeDocument/2006/relationships/hyperlink" Target="https://www.annapolis.gov/m/newsflash/home/detail/1458?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