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2026 MTV VMAs moments as queer stars take centre stage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The 2026 MTV Video Music Awards in Los Angeles delivered major wins, dramatic fashion and a powerful celebration of LGBTQIA+ music history. Madonna led the night with seven trophies, while Kehlani, Adam Lambert, Orville Peck, Troye Sivan and drag royalty brought plenty of queer sparkle to the ceremony.</w:t>
      </w:r>
      <w:r/>
    </w:p>
    <w:p>
      <w:pPr>
        <w:pStyle w:val="Heading2"/>
      </w:pPr>
      <w:r>
        <w:t>Essential Takeaways</w:t>
      </w:r>
      <w:r/>
      <w:r/>
    </w:p>
    <w:p>
      <w:pPr>
        <w:pStyle w:val="ListBullet"/>
        <w:spacing w:line="240" w:lineRule="auto"/>
        <w:ind w:left="720"/>
      </w:pPr>
      <w:r/>
      <w:r>
        <w:rPr>
          <w:b/>
        </w:rPr>
        <w:t>Madonna dominated:</w:t>
      </w:r>
      <w:r>
        <w:t xml:space="preserve"> The pop icon collected seven awards, including Artist of the Year and Best Album.</w:t>
      </w:r>
      <w:r/>
    </w:p>
    <w:p>
      <w:pPr>
        <w:pStyle w:val="ListBullet"/>
        <w:spacing w:line="240" w:lineRule="auto"/>
        <w:ind w:left="720"/>
      </w:pPr>
      <w:r/>
      <w:r>
        <w:rPr>
          <w:b/>
        </w:rPr>
        <w:t>Kehlani won big:</w:t>
      </w:r>
      <w:r>
        <w:t xml:space="preserve"> Her collaboration with Cardi B, Safe, took Best Hip-Hop.</w:t>
      </w:r>
      <w:r/>
    </w:p>
    <w:p>
      <w:pPr>
        <w:pStyle w:val="ListBullet"/>
        <w:spacing w:line="240" w:lineRule="auto"/>
        <w:ind w:left="720"/>
      </w:pPr>
      <w:r/>
      <w:r>
        <w:rPr>
          <w:b/>
        </w:rPr>
        <w:t>George Michael was honoured:</w:t>
      </w:r>
      <w:r>
        <w:t xml:space="preserve"> Adam Lambert joined a major tribute to the late gay music legend.</w:t>
      </w:r>
      <w:r/>
    </w:p>
    <w:p>
      <w:pPr>
        <w:pStyle w:val="ListBullet"/>
        <w:spacing w:line="240" w:lineRule="auto"/>
        <w:ind w:left="720"/>
      </w:pPr>
      <w:r/>
      <w:r>
        <w:rPr>
          <w:b/>
        </w:rPr>
        <w:t>Queer stars filled the room:</w:t>
      </w:r>
      <w:r>
        <w:t xml:space="preserve"> Troye Sivan, Orville Peck, Pabllo Vittar, Bob the Drag Queen and Monét X Change all featured.</w:t>
      </w:r>
      <w:r/>
    </w:p>
    <w:p>
      <w:pPr>
        <w:pStyle w:val="ListBullet"/>
        <w:spacing w:line="240" w:lineRule="auto"/>
        <w:ind w:left="720"/>
      </w:pPr>
      <w:r/>
      <w:r>
        <w:rPr>
          <w:b/>
        </w:rPr>
        <w:t>The red carpet was bold:</w:t>
      </w:r>
      <w:r>
        <w:t xml:space="preserve"> Leather, sheer styling and theatrical silhouettes made the fashion feel unmistakably VMA.</w:t>
      </w:r>
      <w:r/>
      <w:r/>
    </w:p>
    <w:p>
      <w:pPr>
        <w:pStyle w:val="Heading2"/>
      </w:pPr>
      <w:r>
        <w:t>Madonna owns the 2026 VMAs</w:t>
      </w:r>
      <w:r/>
    </w:p>
    <w:p>
      <w:r/>
      <w:r>
        <w:t>Madonna didn't simply attend the 2026 MTV VMAs, she practically commandeered them. The 68-year-old arrived with the night's biggest nomination haul and left with seven awards, making her the ceremony's clear headline-maker.</w:t>
      </w:r>
      <w:r/>
    </w:p>
    <w:p>
      <w:r/>
      <w:r>
        <w:t>Her wins included Artist of the Year, Best Album for Confessions II, Best Collaboration with Sabrina Carpenter and several prizes for Confessions II - The Film. The result was a reminder that Madonna's grip on pop culture remains remarkably firm, even after four decades of reinvention.</w:t>
      </w:r>
      <w:r/>
    </w:p>
    <w:p>
      <w:r/>
      <w:r>
        <w:t>The singer also opened the ceremony with her first VMA performance in 23 years, a return that had been announced by MTV ahead of the event. Paramount's announcement positioned the appearance as a major television moment, and the awards haul made it even more significant. (According to Paramount Press Express and The Guardian.)</w:t>
      </w:r>
      <w:r/>
    </w:p>
    <w:p>
      <w:r/>
      <w:r>
        <w:t>Madonna later looked back on her infamous 1984 wardrobe mishap, when a fallen stiletto turned an accidental stumble into one of the most replayed moments in awards-show history. Her story still carries a useful lesson: sometimes the disaster is the performance.</w:t>
      </w:r>
      <w:r/>
    </w:p>
    <w:p>
      <w:pPr>
        <w:pStyle w:val="Heading2"/>
      </w:pPr>
      <w:r>
        <w:t>Kehlani and Cardi B take Best Hip-Hop</w:t>
      </w:r>
      <w:r/>
    </w:p>
    <w:p>
      <w:r/>
      <w:r>
        <w:t>Kehlani was among the night's LGBTQIA+ winners, taking Best Hip-Hop alongside Cardi B for Safe. The collaboration beat a competitive field that included several of rap's biggest names, giving the openly queer singer a particularly visible win.</w:t>
      </w:r>
      <w:r/>
    </w:p>
    <w:p>
      <w:r/>
      <w:r>
        <w:t>Kehlani also received a Best R&amp;B nomination for Folded, although that award went to Bruno Mars. Two nominations and one trophy still made the night a strong showing, especially in a ceremony packed with established favourites and high-profile pop releases.</w:t>
      </w:r>
      <w:r/>
    </w:p>
    <w:p>
      <w:r/>
      <w:r>
        <w:t>The win also reflects how fluid the modern awards landscape has become. Artists increasingly move between R&amp;B, hip-hop, pop and dance without treating those labels as fixed boxes, and Kehlani's presence sits comfortably in that wider shift. The official winners coverage and nominations reporting both listed the Safe victory and Kehlani's additional nomination. (The Wrap and NBC Boston reported on the results and nominees.)</w:t>
      </w:r>
      <w:r/>
    </w:p>
    <w:p>
      <w:pPr>
        <w:pStyle w:val="Heading2"/>
      </w:pPr>
      <w:r>
        <w:t>Adam Lambert gives George Michael tribute its missing piece</w:t>
      </w:r>
      <w:r/>
    </w:p>
    <w:p>
      <w:r/>
      <w:r>
        <w:t>One of the evening's most affecting sequences was the tribute to George Michael, whose influence on openly gay pop performers remains impossible to miss. Orville Peck introduced the segment by describing Michael as a trailblazer, before SOMBR, RAYE and Teddy Swims performed a run of his best-known songs.</w:t>
      </w:r>
      <w:r/>
    </w:p>
    <w:p>
      <w:r/>
      <w:r>
        <w:t>Then Adam Lambert appeared without being announced in advance, performing Freedom! '90 with MNEK, Saint Harison and MEEK. The surprise entrance gave the tribute an extra jolt of emotional weight, particularly because Michael's music and public life have long carried deep meaning for LGBTQIA+ audiences.</w:t>
      </w:r>
      <w:r/>
    </w:p>
    <w:p>
      <w:r/>
      <w:r>
        <w:t>There had been criticism before the show that the initial performer line-up appeared to lack openly LGBTQIA+ representation. Lambert's arrival, alongside Peck's introduction, helped address that concern in the most effective way possible: on stage, in the music, and without overexplaining the point.</w:t>
      </w:r>
      <w:r/>
    </w:p>
    <w:p>
      <w:r/>
      <w:r>
        <w:t>The tribute also connected the current ceremony to Michael's own VMA history. He won four awards during his career and received the Video Vanguard Award in 1989, underlining just how much the event owed to his legacy. (The Star Observer covered the performance details, while The Guardian's awards report provided wider ceremony context.)</w:t>
      </w:r>
      <w:r/>
    </w:p>
    <w:p>
      <w:pPr>
        <w:pStyle w:val="Heading2"/>
      </w:pPr>
      <w:r>
        <w:t>Orville Peck and Troye Sivan fly the queer flag</w:t>
      </w:r>
      <w:r/>
    </w:p>
    <w:p>
      <w:r/>
      <w:r>
        <w:t>Orville Peck supplied one of the night's most memorable red-carpet lines while wearing a full leather look in Los Angeles heat. Asked about the outfit, he said he was happy to be “representing the gays”, a wonderfully direct summary of the event's wider mood.</w:t>
      </w:r>
      <w:r/>
    </w:p>
    <w:p>
      <w:r/>
      <w:r>
        <w:t>The outfit was theatrical, impractical and completely at home at the VMAs. That's the charm of a good awards-show look: it doesn't need to be sensible, it needs to be remembered.</w:t>
      </w:r>
      <w:r/>
    </w:p>
    <w:p>
      <w:r/>
      <w:r>
        <w:t>Australian pop star Troye Sivan also appeared as a presenter, joining a line-up that included Charli xcx, Tyla, Teyana Taylor, Paris Hilton and Emma Bunton. His presence added an international and distinctly queer thread to the ceremony, while keeping Australia firmly in the conversation.</w:t>
      </w:r>
      <w:r/>
    </w:p>
    <w:p>
      <w:r/>
      <w:r>
        <w:t>The red carpet offered plenty of variety beyond the headline names, with the wider fashion coverage capturing the ceremony's mix of sharp tailoring, sheer fabrics, denim and stage-ready styling. (The Guardian's red-carpet gallery documented the night's standout looks.)</w:t>
      </w:r>
      <w:r/>
    </w:p>
    <w:p>
      <w:pPr>
        <w:pStyle w:val="Heading2"/>
      </w:pPr>
      <w:r>
        <w:t>Drag royalty brings spectacle to the red carpet</w:t>
      </w:r>
      <w:r/>
    </w:p>
    <w:p>
      <w:r/>
      <w:r>
        <w:t>Bob the Drag Queen and Monét X Change arrived together, giving the red carpet a generous dose of drag glamour. Bob's denim and polka-dot ensemble was deliberately playful, while Monét chose a sheer black look with a more polished, dramatic edge.</w:t>
      </w:r>
      <w:r/>
    </w:p>
    <w:p>
      <w:r/>
      <w:r>
        <w:t>Pabllo Vittar also appeared, adding Brazilian pop and drag-star power to an already international gathering. Several RuPaul's Drag Race alumni were spotted throughout the event, making the red carpet feel less like a side show and more like a genuine meeting point for queer entertainment.</w:t>
      </w:r>
      <w:r/>
    </w:p>
    <w:p>
      <w:r/>
      <w:r>
        <w:t>That matters because visibility at events such as the VMAs isn't only about who wins. It is also about whose artistry is treated as part of the main cultural conversation, whether they're collecting a trophy, presenting an award or simply making an entrance people will talk about the next morning.</w:t>
      </w:r>
      <w:r/>
    </w:p>
    <w:p>
      <w:r/>
      <w:r>
        <w:t>With Madonna leading the winners and queer artists appearing across the stage, the 2026 ceremony offered a reassuringly familiar VMA formula: huge performances, bigger outfits and just enough chaos to keep everyone watching. (The Star Observer and The Guardian's fashion coverage both highlighted the LGBTQIA+ presence and red-carpet moments.)</w:t>
      </w:r>
      <w:r/>
    </w:p>
    <w:p>
      <w:r/>
      <w:r>
        <w:t>The 2026 VMAs proved that queer pop culture isn't sitting at the edge of the room, it's helping run the show.</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[5]</w:t>
        </w:r>
      </w:hyperlink>
      <w:r>
        <w:t xml:space="preserve">, </w:t>
      </w:r>
      <w:hyperlink r:id="rId12">
        <w:r>
          <w:rPr>
            <w:color w:val="0000EE"/>
            <w:u w:val="single"/>
          </w:rPr>
          <w:t>[6]</w:t>
        </w:r>
      </w:hyperlink>
      <w:r>
        <w:t xml:space="preserve">- Paragraph 3: </w:t>
      </w:r>
      <w:hyperlink r:id="rId10">
        <w:r>
          <w:rPr>
            <w:color w:val="0000EE"/>
            <w:u w:val="single"/>
          </w:rPr>
          <w:t>[3]</w:t>
        </w:r>
      </w:hyperlink>
      <w:r>
        <w:t xml:space="preserve">, </w:t>
      </w:r>
      <w:hyperlink r:id="rId12">
        <w:r>
          <w:rPr>
            <w:color w:val="0000EE"/>
            <w:u w:val="single"/>
          </w:rPr>
          <w:t>[6]</w:t>
        </w:r>
      </w:hyperlink>
      <w:r>
        <w:t xml:space="preserve">- Paragraph 4: </w:t>
      </w:r>
      <w:hyperlink r:id="rId9">
        <w:r>
          <w:rPr>
            <w:color w:val="0000EE"/>
            <w:u w:val="single"/>
          </w:rPr>
          <w:t>[2]</w:t>
        </w:r>
      </w:hyperlink>
      <w:r>
        <w:t xml:space="preserve">, </w:t>
      </w:r>
      <w:hyperlink r:id="rId13">
        <w:r>
          <w:rPr>
            <w:color w:val="0000EE"/>
            <w:u w:val="single"/>
          </w:rPr>
          <w:t>[7]</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9">
        <w:r>
          <w:rPr>
            <w:color w:val="0000EE"/>
            <w:u w:val="single"/>
          </w:rPr>
          <w:t>[2]</w:t>
        </w:r>
      </w:hyperlink>
      <w:r>
        <w:t xml:space="preserve">, </w:t>
      </w:r>
      <w:hyperlink r:id="rId14">
        <w:r>
          <w:rPr>
            <w:color w:val="0000EE"/>
            <w:u w:val="single"/>
          </w:rPr>
          <w:t>[4]</w:t>
        </w:r>
      </w:hyperlink>
      <w:r>
        <w:t xml:space="preserve">- Paragraph 9: </w:t>
      </w:r>
      <w:hyperlink r:id="rId9">
        <w:r>
          <w:rPr>
            <w:color w:val="0000EE"/>
            <w:u w:val="single"/>
          </w:rPr>
          <w:t>[2]</w:t>
        </w:r>
      </w:hyperlink>
      <w:r>
        <w:t xml:space="preserve">, </w:t>
      </w:r>
      <w:hyperlink r:id="rId14">
        <w:r>
          <w:rPr>
            <w:color w:val="0000EE"/>
            <w:u w:val="single"/>
          </w:rPr>
          <w:t>[4]</w:t>
        </w:r>
      </w:hyperlink>
      <w:r>
        <w:t xml:space="preserve">- Paragraph 10: </w:t>
      </w:r>
      <w:hyperlink r:id="rId9">
        <w:r>
          <w:rPr>
            <w:color w:val="0000EE"/>
            <w:u w:val="single"/>
          </w:rPr>
          <w:t>[2]</w:t>
        </w:r>
      </w:hyperlink>
      <w:r>
        <w:t xml:space="preserve">, </w:t>
      </w:r>
      <w:hyperlink r:id="rId14">
        <w:r>
          <w:rPr>
            <w:color w:val="0000EE"/>
            <w:u w:val="single"/>
          </w:rPr>
          <w:t>[4]</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9">
        <w:r>
          <w:rPr>
            <w:color w:val="0000EE"/>
            <w:u w:val="single"/>
          </w:rPr>
          <w:t>[2]</w:t>
        </w:r>
      </w:hyperlink>
      <w:r>
        <w:t xml:space="preserve">, </w:t>
      </w:r>
      <w:hyperlink r:id="rId14">
        <w:r>
          <w:rPr>
            <w:color w:val="0000EE"/>
            <w:u w:val="single"/>
          </w:rPr>
          <w:t>[4]</w:t>
        </w:r>
      </w:hyperlink>
      <w:r>
        <w:t xml:space="preserve">- Paragraph 13: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https://www.starobserver.com.au/news/madonna-wins-big-as-lgbtqia-stars-shine-at-the-2026-vmas/244206</w:t>
        </w:r>
      </w:hyperlink>
      <w:r>
        <w:t xml:space="preserve"> - Please view link - unable to able to access data</w:t>
      </w:r>
      <w:r/>
    </w:p>
    <w:p>
      <w:pPr>
        <w:pStyle w:val="ListNumber"/>
        <w:spacing w:line="240" w:lineRule="auto"/>
        <w:ind w:left="720"/>
      </w:pPr>
      <w:r/>
      <w:hyperlink r:id="rId9">
        <w:r>
          <w:rPr>
            <w:color w:val="0000EE"/>
            <w:u w:val="single"/>
          </w:rPr>
          <w:t>https://www.starobserver.com.au/news/madonna-wins-big-as-lgbtqia-stars-shine-at-the-2026-vmas/244206</w:t>
        </w:r>
      </w:hyperlink>
      <w:r>
        <w:t xml:space="preserve"> - The 2026 MTV Video Music Awards in Los Angeles celebrated LGBTQIA+ artists, with Madonna leading the night by winning seven awards, including Artist of the Year and Best Album for 'Confessions II'. Kehlani secured Best Hip-Hop alongside Cardi B for their collaboration 'Safe'. Adam Lambert made a surprise appearance in a tribute to George Michael, performing 'Freedom! '90' alongside other LGBTQIA+ artists. Orville Peck, Troye Sivan, Pabllo Vittar, Bob the Drag Queen, Monét X Change, and Lauren Jauregui were also prominent attendees, highlighting the event's strong queer representation.</w:t>
      </w:r>
      <w:r/>
    </w:p>
    <w:p>
      <w:pPr>
        <w:pStyle w:val="ListNumber"/>
        <w:spacing w:line="240" w:lineRule="auto"/>
        <w:ind w:left="720"/>
      </w:pPr>
      <w:r/>
      <w:hyperlink r:id="rId10">
        <w:r>
          <w:rPr>
            <w:color w:val="0000EE"/>
            <w:u w:val="single"/>
          </w:rPr>
          <w:t>https://www.theguardian.com/music/2026/sep/28/mtv-vmas-2026-taylor-swift-madonna-win-video-music-awards-sienna-spiro-lisa</w:t>
        </w:r>
      </w:hyperlink>
      <w:r>
        <w:t xml:space="preserve"> - At the 2026 MTV Video Music Awards, Madonna and Taylor Swift dominated the ceremony, each winning multiple awards. Madonna, 68, secured Artist of the Year, Best Album for 'Confessions II', and Best Collaboration with Sabrina Carpenter for 'Bring Your Love'. Swift won Video of the Year for 'The Fate of Ophelia' and the inaugural Artist Director Honors. The event also featured a tribute to Dolly Parton, with Kacey Musgraves performing alongside archival footage of Parton.</w:t>
      </w:r>
      <w:r/>
    </w:p>
    <w:p>
      <w:pPr>
        <w:pStyle w:val="ListNumber"/>
        <w:spacing w:line="240" w:lineRule="auto"/>
        <w:ind w:left="720"/>
      </w:pPr>
      <w:r/>
      <w:hyperlink r:id="rId14">
        <w:r>
          <w:rPr>
            <w:color w:val="0000EE"/>
            <w:u w:val="single"/>
          </w:rPr>
          <w:t>https://www.theguardian.com/music/gallery/2026/sep/28/mtv-vmas-2026-red-carpet-video-music-awards-fashion-looks-outfits-photos-gallery-pictures</w:t>
        </w:r>
      </w:hyperlink>
      <w:r>
        <w:t xml:space="preserve"> - The 2026 MTV Video Music Awards red carpet showcased extravagant fashion choices from pop's biggest stars. Notable appearances included Adam Lambert wearing an 'Adam' fascinator, Taylor Swift in a mock neck gown with a sculptural silver skirt, and Troye Sivan among other celebrities. The event highlighted bold and creative fashion statements, reflecting the artists' personalities and the night's celebratory atmosphere.</w:t>
      </w:r>
      <w:r/>
    </w:p>
    <w:p>
      <w:pPr>
        <w:pStyle w:val="ListNumber"/>
        <w:spacing w:line="240" w:lineRule="auto"/>
        <w:ind w:left="720"/>
      </w:pPr>
      <w:r/>
      <w:hyperlink r:id="rId11">
        <w:r>
          <w:rPr>
            <w:color w:val="0000EE"/>
            <w:u w:val="single"/>
          </w:rPr>
          <w:t>https://www.paramountpressexpress.com/mtv/shows/2026/mtv-video-music-awards-vmas/releases/?view=113249-madonna-to-open-the-2026-video-music-awards-vmas-with-her-first-vmas-performance-in-23-years-airing-sunday-sept-27-on-cbs</w:t>
        </w:r>
      </w:hyperlink>
      <w:r>
        <w:t xml:space="preserve"> - Madonna is set to open the 2026 MTV Video Music Awards with her first live performance at the show in 23 years. The ceremony, hosted by Snoop Dogg, will air live from Los Angeles on September 27, 2026, and will be simulcast on MTV and streamed on Paramount+. Madonna's performance marks a significant return to the VMAs stage, coinciding with the release of her album 'Confessions II'.</w:t>
      </w:r>
      <w:r/>
    </w:p>
    <w:p>
      <w:pPr>
        <w:pStyle w:val="ListNumber"/>
        <w:spacing w:line="240" w:lineRule="auto"/>
        <w:ind w:left="720"/>
      </w:pPr>
      <w:r/>
      <w:hyperlink r:id="rId12">
        <w:r>
          <w:rPr>
            <w:color w:val="0000EE"/>
            <w:u w:val="single"/>
          </w:rPr>
          <w:t>https://www.thewrap.com/industry-news/awards/vmas-winners-list-2026/</w:t>
        </w:r>
      </w:hyperlink>
      <w:r>
        <w:t xml:space="preserve"> - The 2026 MTV Video Music Awards took place at the Peacock Theater in Los Angeles, with Madonna leading the nominations with 11 nods, including Video of the Year and Artist of the Year. Taylor Swift followed with nine nominations. The ceremony featured performances from various artists and highlighted the year's most impactful music videos and artists.</w:t>
      </w:r>
      <w:r/>
    </w:p>
    <w:p>
      <w:pPr>
        <w:pStyle w:val="ListNumber"/>
        <w:spacing w:line="240" w:lineRule="auto"/>
        <w:ind w:left="720"/>
      </w:pPr>
      <w:r/>
      <w:hyperlink r:id="rId13">
        <w:r>
          <w:rPr>
            <w:color w:val="0000EE"/>
            <w:u w:val="single"/>
          </w:rPr>
          <w:t>https://www.nbcboston.com/entertainment/entertainment-news/2026-mtv-video-music-awards-nominations-full-list/4020209/</w:t>
        </w:r>
      </w:hyperlink>
      <w:r>
        <w:t xml:space="preserve"> - The 2026 MTV Video Music Awards nominations have been announced, with Madonna leading the list with 11 nods, followed by Taylor Swift with nine. Other top nominees include Ariana Grande and Sabrina Carpenter, each with seven. The ceremony will take place on September 27, 2026, at the Peacock Theater in Los Angeles, and will be broadcast live on CBS and MTV.</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robserver.com.au/news/madonna-wins-big-as-lgbtqia-stars-shine-at-the-2026-vmas/244206" TargetMode="External"/><Relationship Id="rId10" Type="http://schemas.openxmlformats.org/officeDocument/2006/relationships/hyperlink" Target="https://www.theguardian.com/music/2026/sep/28/mtv-vmas-2026-taylor-swift-madonna-win-video-music-awards-sienna-spiro-lisa" TargetMode="External"/><Relationship Id="rId11" Type="http://schemas.openxmlformats.org/officeDocument/2006/relationships/hyperlink" Target="https://www.paramountpressexpress.com/mtv/shows/2026/mtv-video-music-awards-vmas/releases/?view=113249-madonna-to-open-the-2026-video-music-awards-vmas-with-her-first-vmas-performance-in-23-years-airing-sunday-sept-27-on-cbs" TargetMode="External"/><Relationship Id="rId12" Type="http://schemas.openxmlformats.org/officeDocument/2006/relationships/hyperlink" Target="https://www.thewrap.com/industry-news/awards/vmas-winners-list-2026/" TargetMode="External"/><Relationship Id="rId13" Type="http://schemas.openxmlformats.org/officeDocument/2006/relationships/hyperlink" Target="https://www.nbcboston.com/entertainment/entertainment-news/2026-mtv-video-music-awards-nominations-full-list/4020209/" TargetMode="External"/><Relationship Id="rId14" Type="http://schemas.openxmlformats.org/officeDocument/2006/relationships/hyperlink" Target="https://www.theguardian.com/music/gallery/2026/sep/28/mtv-vmas-2026-red-carpet-video-music-awards-fashion-looks-outfits-photos-gallery-pictur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