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Sakura Wars Still Rewards Queer Reading After 30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Sakura Wars as the classic Japanese dating sim reaches its 30th anniversary, looking beyond its steampunk battles and romance routes to the quieter bond between Maria Tachibana and Ayame Fujieda. For queer players, that hidden relationship offers a striking way to rethink a game built around choice, desire and assumptions about who gets to love whom.</w:t>
      </w:r>
      <w:r/>
    </w:p>
    <w:p>
      <w:pPr>
        <w:pStyle w:val="Heading2"/>
      </w:pPr>
      <w:r>
        <w:t>Essential Takeaways</w:t>
      </w:r>
      <w:r/>
      <w:r/>
    </w:p>
    <w:p>
      <w:pPr>
        <w:pStyle w:val="ListBullet"/>
        <w:spacing w:line="240" w:lineRule="auto"/>
        <w:ind w:left="720"/>
      </w:pPr>
      <w:r/>
      <w:r>
        <w:rPr>
          <w:b/>
        </w:rPr>
        <w:t>A landmark anniversary:</w:t>
      </w:r>
      <w:r>
        <w:t xml:space="preserve"> Sega's Sakura Wars first launched in 1996, combining tactical battles, theatre melodrama and dating-sim storytelling.</w:t>
      </w:r>
      <w:r/>
    </w:p>
    <w:p>
      <w:pPr>
        <w:pStyle w:val="ListBullet"/>
        <w:spacing w:line="240" w:lineRule="auto"/>
        <w:ind w:left="720"/>
      </w:pPr>
      <w:r/>
      <w:r>
        <w:rPr>
          <w:b/>
        </w:rPr>
        <w:t>A different reading:</w:t>
      </w:r>
      <w:r>
        <w:t xml:space="preserve"> Maria and Ayame's relationship can be interpreted through scattered dialogue, songs, objects and shared spaces.</w:t>
      </w:r>
      <w:r/>
    </w:p>
    <w:p>
      <w:pPr>
        <w:pStyle w:val="ListBullet"/>
        <w:spacing w:line="240" w:lineRule="auto"/>
        <w:ind w:left="720"/>
      </w:pPr>
      <w:r/>
      <w:r>
        <w:rPr>
          <w:b/>
        </w:rPr>
        <w:t>The system matters:</w:t>
      </w:r>
      <w:r>
        <w:t xml:space="preserve"> The game assumes a male protagonist, yet its female characters often show desires and loyalties that don't fit neatly into heterosexual romance.</w:t>
      </w:r>
      <w:r/>
    </w:p>
    <w:p>
      <w:pPr>
        <w:pStyle w:val="ListBullet"/>
        <w:spacing w:line="240" w:lineRule="auto"/>
        <w:ind w:left="720"/>
      </w:pPr>
      <w:r/>
      <w:r>
        <w:rPr>
          <w:b/>
        </w:rPr>
        <w:t>Small clues carry weight:</w:t>
      </w:r>
      <w:r>
        <w:t xml:space="preserve"> A locket, a customised handgun and musical parallels become meaningful when viewed together.</w:t>
      </w:r>
      <w:r/>
    </w:p>
    <w:p>
      <w:pPr>
        <w:pStyle w:val="ListBullet"/>
        <w:spacing w:line="240" w:lineRule="auto"/>
        <w:ind w:left="720"/>
      </w:pPr>
      <w:r/>
      <w:r>
        <w:rPr>
          <w:b/>
        </w:rPr>
        <w:t>Queer media still needs close reading:</w:t>
      </w:r>
      <w:r>
        <w:t xml:space="preserve"> The franchise shows how intimacy between women can be overlooked when audiences are trained to read it as friendship.</w:t>
      </w:r>
      <w:r/>
      <w:r/>
    </w:p>
    <w:p>
      <w:pPr>
        <w:pStyle w:val="Heading2"/>
      </w:pPr>
      <w:r>
        <w:t>The dating sim that invites a second look</w:t>
      </w:r>
      <w:r/>
    </w:p>
    <w:p>
      <w:r/>
      <w:r>
        <w:t>Sakura Wars is easy to describe as a glamorous 1990s fantasy. Players command steam-powered robots, lead the Flower Division theatre troupe and build relationships with its cast of heroines. There's romance, comedy, military adventure and enough brass, velvet and mechanical clanking to fill an entire afternoon.</w:t>
      </w:r>
      <w:r/>
    </w:p>
    <w:p>
      <w:r/>
      <w:r>
        <w:t>But that familiar description places the player at the centre of every emotional possibility. The more revealing question is what the characters want when the player isn't looking. That shift turns Sakura Wars from a straightforward romance game into something much more layered, especially for players who have felt boxed in by stories where heterosexual coupling is treated as the only satisfying conclusion.</w:t>
      </w:r>
      <w:r/>
    </w:p>
    <w:p>
      <w:r/>
      <w:r>
        <w:t xml:space="preserve">The series' broad premise is well established. According to background information collected by Wikipedia, the original game follows naval officer Ichiro Ogami as he joins Tokyo's Imperial Combat Revue, an organisation that protects the city while performing on stage. Its unusual mix of strategy, theatre and relationship-building helped make Sakura Wars a distinctive Sega franchise rather than just another dating game. </w:t>
      </w:r>
      <w:hyperlink r:id="rId9">
        <w:r>
          <w:rPr>
            <w:color w:val="0000EE"/>
            <w:u w:val="single"/>
          </w:rPr>
          <w:t>[2]</w:t>
        </w:r>
      </w:hyperlink>
      <w:r/>
    </w:p>
    <w:p>
      <w:pPr>
        <w:pStyle w:val="Heading2"/>
      </w:pPr>
      <w:r>
        <w:t>Maria and Ayame's relationship lives between the lines</w:t>
      </w:r>
      <w:r/>
    </w:p>
    <w:p>
      <w:r/>
      <w:r>
        <w:t>Maria Tachibana and Ayame Fujieda are central to this alternative reading. Maria is a disciplined marksman with a severe, elegant presentation, while Ayame is the older organiser who recruits the Flower Division's members and helps hold the group together. One is a romanceable heroine, the other isn't, and that imbalance is precisely what makes their connection so easy to miss.</w:t>
      </w:r>
      <w:r/>
    </w:p>
    <w:p>
      <w:r/>
      <w:r>
        <w:t>The game's hints are rarely delivered as a neat declaration. Instead, they appear in details: a supposedly unfamiliar cafe that Maria describes with suspicious intimacy, privileged access to the secret battleship Mikasa and objects that seem to connect the two women across the story. None of these moments is a conventional love scene, but together they form a pattern.</w:t>
      </w:r>
      <w:r/>
    </w:p>
    <w:p>
      <w:r/>
      <w:r>
        <w:t xml:space="preserve">That pattern matters because women in Japanese media have often been allowed intense emotional closeness without the relationship being named as romantic. Anime Feminist's discussion of LGBTQ representation in anime highlights how easily meaningful same-gender bonds can remain suspended between friendship and romance, particularly when creators avoid explicit labels. </w:t>
      </w:r>
      <w:hyperlink r:id="rId10">
        <w:r>
          <w:rPr>
            <w:color w:val="0000EE"/>
            <w:u w:val="single"/>
          </w:rPr>
          <w:t>[3]</w:t>
        </w:r>
      </w:hyperlink>
      <w:r>
        <w:t xml:space="preserve"> For queer audiences, that ambiguity can feel less like an empty gap and more like a space where recognition has to be actively made.</w:t>
      </w:r>
      <w:r/>
    </w:p>
    <w:p>
      <w:pPr>
        <w:pStyle w:val="Heading2"/>
      </w:pPr>
      <w:r>
        <w:t>When the game system assumes too much</w:t>
      </w:r>
      <w:r/>
    </w:p>
    <w:p>
      <w:r/>
      <w:r>
        <w:t>Dating sims train players to interpret every blush, pause and compliment as a possible invitation. Sakura Wars uses that familiar structure, but its story can also push back against it. The male protagonist is encouraged to develop romantic relationships with the women around him, yet the women have histories, loyalties and emotional worlds that don't begin with his arrival.</w:t>
      </w:r>
      <w:r/>
    </w:p>
    <w:p>
      <w:r/>
      <w:r>
        <w:t>This is where the idea of compulsory heterosexuality becomes useful. If a game teaches players to see every heroine as potentially available to the male lead, it can make other forms of desire almost invisible. Maria's reserve becomes a personality trait, Ayame's tragedy becomes a conventional romance plot and closeness between women is filed away as camaraderie.</w:t>
      </w:r>
      <w:r/>
    </w:p>
    <w:p>
      <w:r/>
      <w:r>
        <w:t xml:space="preserve">The series' relationship mechanics also underline this tension. Gamesource's overview of Sakura Wars discusses the Lips system, which lets players respond to characters under time pressure and shapes their relationships through dialogue choices. </w:t>
      </w:r>
      <w:hyperlink r:id="rId11">
        <w:r>
          <w:rPr>
            <w:color w:val="0000EE"/>
            <w:u w:val="single"/>
          </w:rPr>
          <w:t>[4]</w:t>
        </w:r>
      </w:hyperlink>
      <w:r>
        <w:t xml:space="preserve"> It's a clever system, but it also turns emotion into a prompt: the player is constantly asked how to react, and therefore encouraged to treat intimacy as something to manage or win.</w:t>
      </w:r>
      <w:r/>
    </w:p>
    <w:p>
      <w:pPr>
        <w:pStyle w:val="Heading2"/>
      </w:pPr>
      <w:r>
        <w:t>Songs, weapons and lockets become a hidden language</w:t>
      </w:r>
      <w:r/>
    </w:p>
    <w:p>
      <w:r/>
      <w:r>
        <w:t>The strongest evidence for a queer reading isn't found in a single dramatic scene. It emerges through repetition. Maria's customised firearm, Ayame's connection to the Mikasa and the locket associated with Maria's grief all suggest that important emotional bonds exist outside the player's presumed romantic route.</w:t>
      </w:r>
      <w:r/>
    </w:p>
    <w:p>
      <w:r/>
      <w:r>
        <w:t>Music adds another layer. The franchise's signature song, "Geki! Teikoku Kagekidan", pairs images of a woman hardening her heart with another revealing her passion. Read alongside later songs and story developments, those mirrored ideas can sound less like generic heroic imagery and more like a conversation between two characters whose relationship has been deliberately kept indirect.</w:t>
      </w:r>
      <w:r/>
    </w:p>
    <w:p>
      <w:r/>
      <w:r>
        <w:t xml:space="preserve">That musical architecture is especially interesting because Sakura Wars has always treated performance as part of its identity. Characters are actresses as well as soldiers, so songs aren't decorative extras; they are part of how the world communicates. The official launch materials for Sakura Wars games have likewise emphasised character relationships and story-driven interaction as major attractions, rather than presenting the series as a battle game alone. </w:t>
      </w:r>
      <w:hyperlink r:id="rId12">
        <w:r>
          <w:rPr>
            <w:color w:val="0000EE"/>
            <w:u w:val="single"/>
          </w:rPr>
          <w:t>[5]</w:t>
        </w:r>
      </w:hyperlink>
      <w:r/>
    </w:p>
    <w:p>
      <w:pPr>
        <w:pStyle w:val="Heading2"/>
      </w:pPr>
      <w:r>
        <w:t>A franchise built on intimacy, not just conquest</w:t>
      </w:r>
      <w:r/>
    </w:p>
    <w:p>
      <w:r/>
      <w:r>
        <w:t>The original Sakura Wars ends in grand melodrama, with Ayame transformed into an enemy figure and the Flower Division fighting to restore her. On the surface, it is a tragic heroic arc followed by the player's chosen heterosexual romantic ending. Yet the emotional residue is less tidy, particularly when the women around Ayame are considered as people with their own attachments and grief.</w:t>
      </w:r>
      <w:r/>
    </w:p>
    <w:p>
      <w:r/>
      <w:r>
        <w:t xml:space="preserve">Later entries continued to experiment with the balance between combat, romance and character interaction. Wikipedia's overview of Sakura Wars 4 describes a game focused on resolving the original cast's stories, while the 2019 title revisited the setting with a new generation and updated presentation. </w:t>
      </w:r>
      <w:hyperlink r:id="rId13">
        <w:r>
          <w:rPr>
            <w:color w:val="0000EE"/>
            <w:u w:val="single"/>
          </w:rPr>
          <w:t>[6]</w:t>
        </w:r>
      </w:hyperlink>
      <w:r>
        <w:t xml:space="preserve"> </w:t>
      </w:r>
      <w:hyperlink r:id="rId14">
        <w:r>
          <w:rPr>
            <w:color w:val="0000EE"/>
            <w:u w:val="single"/>
          </w:rPr>
          <w:t>[7]</w:t>
        </w:r>
      </w:hyperlink>
      <w:r>
        <w:t xml:space="preserve"> The result is a franchise that keeps returning to the same question: can its characters remain more complicated than the routes designed for them?</w:t>
      </w:r>
      <w:r/>
    </w:p>
    <w:p>
      <w:r/>
      <w:r>
        <w:t>That question also explains why Sakura Wars still appeals to fans who aren't interested in treating romance as a points-based competition. Its theatre setting, ensemble cast and shared performances create a sense of community that sits alongside the dating-sim structure. For some players, the most meaningful relationship isn't the one the game awards at the end, but the one they notice quietly developing in the margins.</w:t>
      </w:r>
      <w:r/>
    </w:p>
    <w:p>
      <w:pPr>
        <w:pStyle w:val="Heading2"/>
      </w:pPr>
      <w:r>
        <w:t>Why this reading still matters now</w:t>
      </w:r>
      <w:r/>
    </w:p>
    <w:p>
      <w:r/>
      <w:r>
        <w:t>There is a temptation to ask whether Maria and Ayame are officially a couple, as if a definitive answer could settle the discussion. But the more valuable point is what the question reveals about how games teach us to read. If players are trained to see women as prizes, they may overlook women's relationships with one another even when the writing, music and imagery keep circling back to them.</w:t>
      </w:r>
      <w:r/>
    </w:p>
    <w:p>
      <w:r/>
      <w:r>
        <w:t>That makes Sakura Wars an unexpectedly useful anniversary text. It captures a period when queer representation was often coded, indirect or left to audience interpretation, while also showing how fans can reclaim those details decades later. The reading isn't only about proving a hidden romance; it's about refusing to let the game's default viewpoint become the only one available.</w:t>
      </w:r>
      <w:r/>
    </w:p>
    <w:p>
      <w:r/>
      <w:r>
        <w:t>Sakura Wars has changed across sequels, remakes and spin-offs, but its most interesting legacy may be this ability to support competing interpretations. The series can be a colourful robot adventure, a theatrical romance and a story about women building private forms of solidarity. Those readings don't have to cancel one another out.</w:t>
      </w:r>
      <w:r/>
    </w:p>
    <w:p>
      <w:r/>
      <w:r>
        <w:t>Thirty years on, the game still asks players to look twice. The first time, you see the battles and romance routes. The second time, you may notice who is standing beside whom when the spotlight fades.</w:t>
      </w:r>
      <w:r/>
    </w:p>
    <w:p>
      <w:r/>
      <w:r>
        <w:t>It's a small shift in perspective, but it can change the whole story.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12">
        <w:r>
          <w:rPr>
            <w:color w:val="0000EE"/>
            <w:u w:val="single"/>
          </w:rPr>
          <w:t>[5]</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t xml:space="preserve">- Paragraph 18: </w:t>
      </w:r>
      <w:hyperlink r:id="rId12">
        <w:r>
          <w:rPr>
            <w:color w:val="0000EE"/>
            <w:u w:val="single"/>
          </w:rPr>
          <w:t>[5]</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11">
        <w:r>
          <w:rPr>
            <w:color w:val="0000EE"/>
            <w:u w:val="single"/>
          </w:rPr>
          <w:t>[4]</w:t>
        </w:r>
      </w:hyperlink>
      <w:r>
        <w:t xml:space="preserve">, </w:t>
      </w:r>
      <w:hyperlink r:id="rId13">
        <w:r>
          <w:rPr>
            <w:color w:val="0000EE"/>
            <w:u w:val="single"/>
          </w:rPr>
          <w:t>[6]</w:t>
        </w:r>
      </w:hyperlink>
      <w:r>
        <w:t xml:space="preserve">- Paragraph 21: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https://animeherald.com/2026/09/26/arming-the-heart-with-steel-how-sakura-wars-explores-structural-queer-survival/?utm_source=rss&amp;utm_medium=rss&amp;utm_campaign=arming-the-heart-with-steel-how-sakura-wars-explores-structural-queer-survival</w:t>
        </w:r>
      </w:hyperlink>
      <w:r>
        <w:t xml:space="preserve"> - Please view link - unable to able to access data</w:t>
      </w:r>
      <w:r/>
    </w:p>
    <w:p>
      <w:pPr>
        <w:pStyle w:val="ListNumber"/>
        <w:spacing w:line="240" w:lineRule="auto"/>
        <w:ind w:left="720"/>
      </w:pPr>
      <w:r/>
      <w:hyperlink r:id="rId9">
        <w:r>
          <w:rPr>
            <w:color w:val="0000EE"/>
            <w:u w:val="single"/>
          </w:rPr>
          <w:t>https://en.wikipedia.org/wiki/Sakura_Wars</w:t>
        </w:r>
      </w:hyperlink>
      <w:r>
        <w:t xml:space="preserve"> - The 'Sakura Wars' series, launched in 1996, is a renowned dating simulation game that uniquely blends steampunk aesthetics with tactical role-playing elements. Set in a reimagined Taishō period, players command steam-powered mechas and engage in romantic interactions with a diverse cast of female characters. This fusion of genres has solidified its status as a classic in the gaming community.</w:t>
      </w:r>
      <w:r/>
    </w:p>
    <w:p>
      <w:pPr>
        <w:pStyle w:val="ListNumber"/>
        <w:spacing w:line="240" w:lineRule="auto"/>
        <w:ind w:left="720"/>
      </w:pPr>
      <w:r/>
      <w:hyperlink r:id="rId10">
        <w:r>
          <w:rPr>
            <w:color w:val="0000EE"/>
            <w:u w:val="single"/>
          </w:rPr>
          <w:t>https://www.animefeminist.com/versus-cardcaptor-sakura-and-the-stagnant-lgbtq-representation/</w:t>
        </w:r>
      </w:hyperlink>
      <w:r>
        <w:t xml:space="preserve"> - This article critiques the 'Cardcaptor Sakura' series for its lack of progressive LGBTQ representation in its sequel, 'Clear Card'. It highlights the absence of character development for LGBTQ characters, particularly Tomoyo Daidoji, whose unrequited feelings for Sakura are sidelined, reflecting a broader stagnation in LGBTQ representation within anime.</w:t>
      </w:r>
      <w:r/>
    </w:p>
    <w:p>
      <w:pPr>
        <w:pStyle w:val="ListNumber"/>
        <w:spacing w:line="240" w:lineRule="auto"/>
        <w:ind w:left="720"/>
      </w:pPr>
      <w:r/>
      <w:hyperlink r:id="rId11">
        <w:r>
          <w:rPr>
            <w:color w:val="0000EE"/>
            <w:u w:val="single"/>
          </w:rPr>
          <w:t>https://www.gamesource.it/notizie/sakura-wars-il-lips-system-e-le-relazioni/</w:t>
        </w:r>
      </w:hyperlink>
      <w:r>
        <w:t xml:space="preserve"> - This piece delves into the 'Live &amp; Interactive Picture System' (LIPS) of 'Sakura Wars', a pivotal gameplay mechanic that influences character relationships. The article discusses how player choices during LIPS segments affect interactions and the development of bonds between characters, emphasizing the system's role in shaping the game's narrative dynamics.</w:t>
      </w:r>
      <w:r/>
    </w:p>
    <w:p>
      <w:pPr>
        <w:pStyle w:val="ListNumber"/>
        <w:spacing w:line="240" w:lineRule="auto"/>
        <w:ind w:left="720"/>
      </w:pPr>
      <w:r/>
      <w:hyperlink r:id="rId12">
        <w:r>
          <w:rPr>
            <w:color w:val="0000EE"/>
            <w:u w:val="single"/>
          </w:rPr>
          <w:t>https://www.gematsu.com/2020/03/sakura-wars-launch-and-digital-deluxe-editions-detailed-relationships-trailer-screenshots</w:t>
        </w:r>
      </w:hyperlink>
      <w:r>
        <w:t xml:space="preserve"> - Gematsu provides detailed information on the launch and digital deluxe editions of 'Sakura Wars', highlighting exclusive content such as a reversible cover, sticker set, and additional costumes. The article also features a 'Relationships' trailer, showcasing the game's emphasis on building romantic and friendly connections with its heroines.</w:t>
      </w:r>
      <w:r/>
    </w:p>
    <w:p>
      <w:pPr>
        <w:pStyle w:val="ListNumber"/>
        <w:spacing w:line="240" w:lineRule="auto"/>
        <w:ind w:left="720"/>
      </w:pPr>
      <w:r/>
      <w:hyperlink r:id="rId13">
        <w:r>
          <w:rPr>
            <w:color w:val="0000EE"/>
            <w:u w:val="single"/>
          </w:rPr>
          <w:t>https://en.wikipedia.org/wiki/Sakura_Wars_(2019_video_game)</w:t>
        </w:r>
      </w:hyperlink>
      <w:r>
        <w:t xml:space="preserve"> - The 2019 'Sakura Wars' game serves as a soft reboot of the series, set in a fictionalized 1940. It combines action role-playing, dating simulation, and visual novel elements, introducing new characters and a fresh narrative while retaining the franchise's core themes of combat and romance.</w:t>
      </w:r>
      <w:r/>
    </w:p>
    <w:p>
      <w:pPr>
        <w:pStyle w:val="ListNumber"/>
        <w:spacing w:line="240" w:lineRule="auto"/>
        <w:ind w:left="720"/>
      </w:pPr>
      <w:r/>
      <w:hyperlink r:id="rId14">
        <w:r>
          <w:rPr>
            <w:color w:val="0000EE"/>
            <w:u w:val="single"/>
          </w:rPr>
          <w:t>https://en.wikipedia.org/wiki/Sakura_Wars_4:_Fall_in_Love,_Maidens</w:t>
        </w:r>
      </w:hyperlink>
      <w:r>
        <w:t xml:space="preserve"> - Released in 2002, 'Sakura Wars 4: Fall in Love, Maidens' is the fourth main installment in the series. Set in Tokyo during a reimagined Taishō period, it continues the blend of tactical role-playing, dating simulation, and visual novel elements, focusing on the adventures of the Imperial Combat Revue's Flower Division.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Sakura_Wars" TargetMode="External"/><Relationship Id="rId10" Type="http://schemas.openxmlformats.org/officeDocument/2006/relationships/hyperlink" Target="https://www.animefeminist.com/versus-cardcaptor-sakura-and-the-stagnant-lgbtq-representation/" TargetMode="External"/><Relationship Id="rId11" Type="http://schemas.openxmlformats.org/officeDocument/2006/relationships/hyperlink" Target="https://www.gamesource.it/notizie/sakura-wars-il-lips-system-e-le-relazioni/" TargetMode="External"/><Relationship Id="rId12" Type="http://schemas.openxmlformats.org/officeDocument/2006/relationships/hyperlink" Target="https://www.gematsu.com/2020/03/sakura-wars-launch-and-digital-deluxe-editions-detailed-relationships-trailer-screenshots" TargetMode="External"/><Relationship Id="rId13" Type="http://schemas.openxmlformats.org/officeDocument/2006/relationships/hyperlink" Target="https://en.wikipedia.org/wiki/Sakura_Wars_(2019_video_game)" TargetMode="External"/><Relationship Id="rId14" Type="http://schemas.openxmlformats.org/officeDocument/2006/relationships/hyperlink" Target="https://en.wikipedia.org/wiki/Sakura_Wars_4:_Fall_in_Love,_Maidens" TargetMode="External"/><Relationship Id="rId15" Type="http://schemas.openxmlformats.org/officeDocument/2006/relationships/hyperlink" Target="https://animeherald.com/2026/09/26/arming-the-heart-with-steel-how-sakura-wars-explores-structural-queer-survival/?utm_source=rss&amp;utm_medium=rss&amp;utm_campaign=arming-the-heart-with-steel-how-sakura-wars-explores-structural-queer-surv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